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Family: a família em inglês</w:t>
      </w:r>
    </w:p>
    <w:p>
      <w:r>
        <w:rPr>
          <w:color w:val="6B6B6B"/>
          <w:sz w:val="18"/>
        </w:rPr>
        <w:t>5 anos · Family (família)</w:t>
      </w:r>
    </w:p>
    <w:p>
      <w:pPr>
        <w:pStyle w:val="Heading2"/>
      </w:pPr>
      <w:r>
        <w:t>1. Who is it?</w:t>
      </w:r>
    </w:p>
    <w:p>
      <w:r>
        <w:rPr>
          <w:i/>
        </w:rPr>
        <w:t>A professora diz a palavra em português. Escolha em inglês. (Listen and choose.)</w:t>
      </w:r>
    </w:p>
    <w:p>
      <w:pPr>
        <w:keepNext/>
        <w:spacing w:before="120"/>
      </w:pPr>
      <w:r>
        <w:t>1. 👩  mamãe</w:t>
      </w:r>
    </w:p>
    <w:p>
      <w:pPr>
        <w:spacing w:after="0"/>
        <w:ind w:left="454"/>
      </w:pPr>
      <w:r>
        <w:t>(   ) a) mother</w:t>
      </w:r>
    </w:p>
    <w:p>
      <w:pPr>
        <w:spacing w:after="0"/>
        <w:ind w:left="454"/>
      </w:pPr>
      <w:r>
        <w:t>(   ) b) father</w:t>
      </w:r>
    </w:p>
    <w:p>
      <w:pPr>
        <w:spacing w:after="0"/>
        <w:ind w:left="454"/>
      </w:pPr>
      <w:r>
        <w:t>(   ) c) baby</w:t>
      </w:r>
    </w:p>
    <w:p>
      <w:pPr>
        <w:keepNext/>
        <w:spacing w:before="120"/>
      </w:pPr>
      <w:r>
        <w:t>2. 👨  papai</w:t>
      </w:r>
    </w:p>
    <w:p>
      <w:pPr>
        <w:spacing w:after="0"/>
        <w:ind w:left="454"/>
      </w:pPr>
      <w:r>
        <w:t>(   ) a) sister</w:t>
      </w:r>
    </w:p>
    <w:p>
      <w:pPr>
        <w:spacing w:after="0"/>
        <w:ind w:left="454"/>
      </w:pPr>
      <w:r>
        <w:t>(   ) b) father</w:t>
      </w:r>
    </w:p>
    <w:p>
      <w:pPr>
        <w:spacing w:after="0"/>
        <w:ind w:left="454"/>
      </w:pPr>
      <w:r>
        <w:t>(   ) c) grandma</w:t>
      </w:r>
    </w:p>
    <w:p>
      <w:pPr>
        <w:keepNext/>
        <w:spacing w:before="120"/>
      </w:pPr>
      <w:r>
        <w:t>3. 👵  vovó</w:t>
      </w:r>
    </w:p>
    <w:p>
      <w:pPr>
        <w:spacing w:after="0"/>
        <w:ind w:left="454"/>
      </w:pPr>
      <w:r>
        <w:t>(   ) a) brother</w:t>
      </w:r>
    </w:p>
    <w:p>
      <w:pPr>
        <w:spacing w:after="0"/>
        <w:ind w:left="454"/>
      </w:pPr>
      <w:r>
        <w:t>(   ) b) mother</w:t>
      </w:r>
    </w:p>
    <w:p>
      <w:pPr>
        <w:spacing w:after="0"/>
        <w:ind w:left="454"/>
      </w:pPr>
      <w:r>
        <w:t>(   ) c) grandma</w:t>
      </w:r>
    </w:p>
    <w:p>
      <w:pPr>
        <w:keepNext/>
        <w:spacing w:before="120"/>
      </w:pPr>
      <w:r>
        <w:t>4. 👴  vovô</w:t>
      </w:r>
    </w:p>
    <w:p>
      <w:pPr>
        <w:spacing w:after="0"/>
        <w:ind w:left="454"/>
      </w:pPr>
      <w:r>
        <w:t>(   ) a) grandpa</w:t>
      </w:r>
    </w:p>
    <w:p>
      <w:pPr>
        <w:spacing w:after="0"/>
        <w:ind w:left="454"/>
      </w:pPr>
      <w:r>
        <w:t>(   ) b) baby</w:t>
      </w:r>
    </w:p>
    <w:p>
      <w:pPr>
        <w:spacing w:after="0"/>
        <w:ind w:left="454"/>
      </w:pPr>
      <w:r>
        <w:t>(   ) c) sister</w:t>
      </w:r>
    </w:p>
    <w:p>
      <w:pPr>
        <w:keepNext/>
        <w:spacing w:before="120"/>
      </w:pPr>
      <w:r>
        <w:t>5. 👶  bebê</w:t>
      </w:r>
    </w:p>
    <w:p>
      <w:pPr>
        <w:spacing w:after="0"/>
        <w:ind w:left="454"/>
      </w:pPr>
      <w:r>
        <w:t>(   ) a) father</w:t>
      </w:r>
    </w:p>
    <w:p>
      <w:pPr>
        <w:spacing w:after="0"/>
        <w:ind w:left="454"/>
      </w:pPr>
      <w:r>
        <w:t>(   ) b) baby</w:t>
      </w:r>
    </w:p>
    <w:p>
      <w:pPr>
        <w:spacing w:after="0"/>
        <w:ind w:left="454"/>
      </w:pPr>
      <w:r>
        <w:t>(   ) c) grandpa</w:t>
      </w:r>
    </w:p>
    <w:p>
      <w:pPr>
        <w:pStyle w:val="Heading2"/>
      </w:pPr>
      <w:r>
        <w:t>2. My family</w:t>
      </w:r>
    </w:p>
    <w:p>
      <w:r>
        <w:rPr>
          <w:i/>
        </w:rPr>
        <w:t>Complete com a palavra certa. (Complete.)</w:t>
      </w:r>
    </w:p>
    <w:p>
      <w:r>
        <w:rPr>
          <w:b/>
        </w:rPr>
        <w:t>Word bank:  mother  |  brother  |  sister  |  family</w:t>
      </w:r>
    </w:p>
    <w:p>
      <w:pPr>
        <w:keepNext/>
        <w:spacing w:before="120"/>
      </w:pPr>
      <w:r>
        <w:t>1. 👦  This is my ______________. (irmão)</w:t>
      </w:r>
    </w:p>
    <w:p>
      <w:pPr>
        <w:keepNext/>
        <w:spacing w:before="120"/>
      </w:pPr>
      <w:r>
        <w:t>2. 👧  This is my ______________. (irmã)</w:t>
      </w:r>
    </w:p>
    <w:p>
      <w:pPr>
        <w:keepNext/>
        <w:spacing w:before="120"/>
      </w:pPr>
      <w:r>
        <w:t>3. 👩  This is my ______________. (mamãe)</w:t>
      </w:r>
    </w:p>
    <w:p>
      <w:pPr>
        <w:keepNext/>
        <w:spacing w:before="120"/>
      </w:pPr>
      <w:r>
        <w:t>4. 👨‍👩‍👧‍👦  I love my ______________. (família)</w:t>
      </w:r>
    </w:p>
    <w:p>
      <w:pPr>
        <w:pStyle w:val="Heading2"/>
      </w:pPr>
      <w:r>
        <w:t>3. Yes or no?</w:t>
      </w:r>
    </w:p>
    <w:p>
      <w:r>
        <w:rPr>
          <w:i/>
        </w:rPr>
        <w:t>A professora lê. Está certo? (Yes = sim / No = não)</w:t>
      </w:r>
    </w:p>
    <w:p>
      <w:pPr>
        <w:keepNext/>
        <w:spacing w:before="120"/>
      </w:pPr>
      <w:r>
        <w:t>1. 👵  Vovó = grandma.</w:t>
      </w:r>
    </w:p>
    <w:p>
      <w:pPr>
        <w:ind w:left="454"/>
      </w:pPr>
      <w:r>
        <w:t>(   ) Yes        (   ) No</w:t>
      </w:r>
    </w:p>
    <w:p>
      <w:pPr>
        <w:keepNext/>
        <w:spacing w:before="120"/>
      </w:pPr>
      <w:r>
        <w:t>2. 👨  Papai = sister.</w:t>
      </w:r>
    </w:p>
    <w:p>
      <w:pPr>
        <w:ind w:left="454"/>
      </w:pPr>
      <w:r>
        <w:t>(   ) Yes        (   ) No</w:t>
      </w:r>
    </w:p>
    <w:p>
      <w:pPr>
        <w:keepNext/>
        <w:spacing w:before="120"/>
      </w:pPr>
      <w:r>
        <w:t>3. 👶  Bebê = baby.</w:t>
      </w:r>
    </w:p>
    <w:p>
      <w:pPr>
        <w:ind w:left="454"/>
      </w:pPr>
      <w:r>
        <w:t>(   ) Yes        (   ) No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Who is it?</w:t>
      </w:r>
    </w:p>
    <w:p>
      <w:pPr>
        <w:spacing w:after="0"/>
      </w:pPr>
      <w:r>
        <w:t>1) a) mother</w:t>
      </w:r>
    </w:p>
    <w:p>
      <w:pPr>
        <w:spacing w:after="0"/>
      </w:pPr>
      <w:r>
        <w:t>2) b) father</w:t>
      </w:r>
    </w:p>
    <w:p>
      <w:pPr>
        <w:spacing w:after="0"/>
      </w:pPr>
      <w:r>
        <w:t>3) c) grandma</w:t>
      </w:r>
    </w:p>
    <w:p>
      <w:pPr>
        <w:spacing w:after="0"/>
      </w:pPr>
      <w:r>
        <w:t>4) a) grandpa</w:t>
      </w:r>
    </w:p>
    <w:p>
      <w:pPr>
        <w:spacing w:after="0"/>
      </w:pPr>
      <w:r>
        <w:t>5) b) baby</w:t>
      </w:r>
    </w:p>
    <w:p>
      <w:r>
        <w:rPr>
          <w:b/>
        </w:rPr>
        <w:t>2. My family</w:t>
      </w:r>
    </w:p>
    <w:p>
      <w:pPr>
        <w:spacing w:after="0"/>
      </w:pPr>
      <w:r>
        <w:t>1) brother</w:t>
      </w:r>
    </w:p>
    <w:p>
      <w:pPr>
        <w:spacing w:after="0"/>
      </w:pPr>
      <w:r>
        <w:t>2) sister</w:t>
      </w:r>
    </w:p>
    <w:p>
      <w:pPr>
        <w:spacing w:after="0"/>
      </w:pPr>
      <w:r>
        <w:t>3) mother</w:t>
      </w:r>
    </w:p>
    <w:p>
      <w:pPr>
        <w:spacing w:after="0"/>
      </w:pPr>
      <w:r>
        <w:t>4) family</w:t>
      </w:r>
    </w:p>
    <w:p>
      <w:r>
        <w:rPr>
          <w:b/>
        </w:rPr>
        <w:t>3. Yes or no?</w:t>
      </w:r>
    </w:p>
    <w:p>
      <w:pPr>
        <w:spacing w:after="0"/>
      </w:pPr>
      <w:r>
        <w:t>1) Yes</w:t>
      </w:r>
    </w:p>
    <w:p>
      <w:pPr>
        <w:spacing w:after="0"/>
      </w:pPr>
      <w:r>
        <w:t>2) No</w:t>
      </w:r>
    </w:p>
    <w:p>
      <w:pPr>
        <w:spacing w:after="0"/>
      </w:pPr>
      <w:r>
        <w:t>3) Yes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2026-10-23T00:00:00Z</dcterms:created>
  <dcterms:modified xsi:type="dcterms:W3CDTF">2026-10-23T00:00:00Z</dcterms:modified>
  <cp:category/>
</cp:coreProperties>
</file>