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Family: os membros da família</w:t>
      </w:r>
    </w:p>
    <w:p>
      <w:r>
        <w:rPr>
          <w:color w:val="6B6B6B"/>
          <w:sz w:val="18"/>
        </w:rPr>
        <w:t>2º ano e 3º ano · Family (família)</w:t>
      </w:r>
    </w:p>
    <w:p>
      <w:pPr>
        <w:pStyle w:val="Heading2"/>
      </w:pPr>
      <w:r>
        <w:t>1. Who is it?</w:t>
      </w:r>
    </w:p>
    <w:p>
      <w:r>
        <w:rPr>
          <w:i/>
        </w:rPr>
        <w:t>Escolha a palavra em inglês. (Choose the word in English.)</w:t>
      </w:r>
    </w:p>
    <w:p>
      <w:pPr>
        <w:keepNext/>
        <w:spacing w:before="120"/>
      </w:pPr>
      <w:r>
        <w:t>1. 👩  mãe</w:t>
      </w:r>
    </w:p>
    <w:p>
      <w:pPr>
        <w:spacing w:after="0"/>
        <w:ind w:left="454"/>
      </w:pPr>
      <w:r>
        <w:t>(   ) a) father</w:t>
      </w:r>
    </w:p>
    <w:p>
      <w:pPr>
        <w:spacing w:after="0"/>
        <w:ind w:left="454"/>
      </w:pPr>
      <w:r>
        <w:t>(   ) b) mother</w:t>
      </w:r>
    </w:p>
    <w:p>
      <w:pPr>
        <w:spacing w:after="0"/>
        <w:ind w:left="454"/>
      </w:pPr>
      <w:r>
        <w:t>(   ) c) sister</w:t>
      </w:r>
    </w:p>
    <w:p>
      <w:pPr>
        <w:keepNext/>
        <w:spacing w:before="120"/>
      </w:pPr>
      <w:r>
        <w:t>2. 👨  pai</w:t>
      </w:r>
    </w:p>
    <w:p>
      <w:pPr>
        <w:spacing w:after="0"/>
        <w:ind w:left="454"/>
      </w:pPr>
      <w:r>
        <w:t>(   ) a) father</w:t>
      </w:r>
    </w:p>
    <w:p>
      <w:pPr>
        <w:spacing w:after="0"/>
        <w:ind w:left="454"/>
      </w:pPr>
      <w:r>
        <w:t>(   ) b) brother</w:t>
      </w:r>
    </w:p>
    <w:p>
      <w:pPr>
        <w:spacing w:after="0"/>
        <w:ind w:left="454"/>
      </w:pPr>
      <w:r>
        <w:t>(   ) c) grandmother</w:t>
      </w:r>
    </w:p>
    <w:p>
      <w:pPr>
        <w:keepNext/>
        <w:spacing w:before="120"/>
      </w:pPr>
      <w:r>
        <w:t>3. 👧  irmã</w:t>
      </w:r>
    </w:p>
    <w:p>
      <w:pPr>
        <w:spacing w:after="0"/>
        <w:ind w:left="454"/>
      </w:pPr>
      <w:r>
        <w:t>(   ) a) mother</w:t>
      </w:r>
    </w:p>
    <w:p>
      <w:pPr>
        <w:spacing w:after="0"/>
        <w:ind w:left="454"/>
      </w:pPr>
      <w:r>
        <w:t>(   ) b) grandfather</w:t>
      </w:r>
    </w:p>
    <w:p>
      <w:pPr>
        <w:spacing w:after="0"/>
        <w:ind w:left="454"/>
      </w:pPr>
      <w:r>
        <w:t>(   ) c) sister</w:t>
      </w:r>
    </w:p>
    <w:p>
      <w:pPr>
        <w:keepNext/>
        <w:spacing w:before="120"/>
      </w:pPr>
      <w:r>
        <w:t>4. 👦  irmão</w:t>
      </w:r>
    </w:p>
    <w:p>
      <w:pPr>
        <w:spacing w:after="0"/>
        <w:ind w:left="454"/>
      </w:pPr>
      <w:r>
        <w:t>(   ) a) brother</w:t>
      </w:r>
    </w:p>
    <w:p>
      <w:pPr>
        <w:spacing w:after="0"/>
        <w:ind w:left="454"/>
      </w:pPr>
      <w:r>
        <w:t>(   ) b) sister</w:t>
      </w:r>
    </w:p>
    <w:p>
      <w:pPr>
        <w:spacing w:after="0"/>
        <w:ind w:left="454"/>
      </w:pPr>
      <w:r>
        <w:t>(   ) c) baby</w:t>
      </w:r>
    </w:p>
    <w:p>
      <w:pPr>
        <w:keepNext/>
        <w:spacing w:before="120"/>
      </w:pPr>
      <w:r>
        <w:t>5. 👵  avó</w:t>
      </w:r>
    </w:p>
    <w:p>
      <w:pPr>
        <w:spacing w:after="0"/>
        <w:ind w:left="454"/>
      </w:pPr>
      <w:r>
        <w:t>(   ) a) grandfather</w:t>
      </w:r>
    </w:p>
    <w:p>
      <w:pPr>
        <w:spacing w:after="0"/>
        <w:ind w:left="454"/>
      </w:pPr>
      <w:r>
        <w:t>(   ) b) grandmother</w:t>
      </w:r>
    </w:p>
    <w:p>
      <w:pPr>
        <w:spacing w:after="0"/>
        <w:ind w:left="454"/>
      </w:pPr>
      <w:r>
        <w:t>(   ) c) father</w:t>
      </w:r>
    </w:p>
    <w:p>
      <w:pPr>
        <w:keepNext/>
        <w:spacing w:before="120"/>
      </w:pPr>
      <w:r>
        <w:t>6. 👴  avô</w:t>
      </w:r>
    </w:p>
    <w:p>
      <w:pPr>
        <w:spacing w:after="0"/>
        <w:ind w:left="454"/>
      </w:pPr>
      <w:r>
        <w:t>(   ) a) mother</w:t>
      </w:r>
    </w:p>
    <w:p>
      <w:pPr>
        <w:spacing w:after="0"/>
        <w:ind w:left="454"/>
      </w:pPr>
      <w:r>
        <w:t>(   ) b) brother</w:t>
      </w:r>
    </w:p>
    <w:p>
      <w:pPr>
        <w:spacing w:after="0"/>
        <w:ind w:left="454"/>
      </w:pPr>
      <w:r>
        <w:t>(   ) c) grandfather</w:t>
      </w:r>
    </w:p>
    <w:p>
      <w:pPr>
        <w:pStyle w:val="Heading2"/>
      </w:pPr>
      <w:r>
        <w:t>2. This is my family</w:t>
      </w:r>
    </w:p>
    <w:p>
      <w:r>
        <w:rPr>
          <w:i/>
        </w:rPr>
        <w:t>A Lia apresenta a família dela. Complete com o banco. (Complete the sentences.)</w:t>
      </w:r>
    </w:p>
    <w:p>
      <w:r>
        <w:rPr>
          <w:b/>
        </w:rPr>
        <w:t>Word bank:  mother  |  father  |  brother  |  baby</w:t>
      </w:r>
    </w:p>
    <w:p>
      <w:pPr>
        <w:keepNext/>
        <w:spacing w:before="120"/>
      </w:pPr>
      <w:r>
        <w:t>1. 👨  This is my ______________. His name is Paulo.</w:t>
      </w:r>
    </w:p>
    <w:p>
      <w:pPr>
        <w:keepNext/>
        <w:spacing w:before="120"/>
      </w:pPr>
      <w:r>
        <w:t>2. 👩  This is my ______________. Her name is Ana.</w:t>
      </w:r>
    </w:p>
    <w:p>
      <w:pPr>
        <w:keepNext/>
        <w:spacing w:before="120"/>
      </w:pPr>
      <w:r>
        <w:t>3. 👦  This is my ______________. His name is Davi.</w:t>
      </w:r>
    </w:p>
    <w:p>
      <w:pPr>
        <w:keepNext/>
        <w:spacing w:before="120"/>
      </w:pPr>
      <w:r>
        <w:t>4. 👶  This is my ______________ sister. She is one year old.</w:t>
      </w:r>
    </w:p>
    <w:p>
      <w:pPr>
        <w:pStyle w:val="Heading2"/>
      </w:pPr>
      <w:r>
        <w:t>3. Yes or no?</w:t>
      </w:r>
    </w:p>
    <w:p>
      <w:r>
        <w:rPr>
          <w:i/>
        </w:rPr>
        <w:t>A frase está certa? (Yes = sim / No = não)</w:t>
      </w:r>
    </w:p>
    <w:p>
      <w:pPr>
        <w:keepNext/>
        <w:spacing w:before="120"/>
      </w:pPr>
      <w:r>
        <w:t>1. 👵  My mother's mother is my grandmother.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👦  "Brother" means "irmã".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👨  "Father" means "pai".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Who is it?</w:t>
      </w:r>
    </w:p>
    <w:p>
      <w:pPr>
        <w:spacing w:after="0"/>
      </w:pPr>
      <w:r>
        <w:t>1) b) mother</w:t>
      </w:r>
    </w:p>
    <w:p>
      <w:pPr>
        <w:spacing w:after="0"/>
      </w:pPr>
      <w:r>
        <w:t>2) a) father</w:t>
      </w:r>
    </w:p>
    <w:p>
      <w:pPr>
        <w:spacing w:after="0"/>
      </w:pPr>
      <w:r>
        <w:t>3) c) sister</w:t>
      </w:r>
    </w:p>
    <w:p>
      <w:pPr>
        <w:spacing w:after="0"/>
      </w:pPr>
      <w:r>
        <w:t>4) a) brother</w:t>
      </w:r>
    </w:p>
    <w:p>
      <w:pPr>
        <w:spacing w:after="0"/>
      </w:pPr>
      <w:r>
        <w:t>5) b) grandmother</w:t>
      </w:r>
    </w:p>
    <w:p>
      <w:pPr>
        <w:spacing w:after="0"/>
      </w:pPr>
      <w:r>
        <w:t>6) c) grandfather</w:t>
      </w:r>
    </w:p>
    <w:p>
      <w:r>
        <w:rPr>
          <w:b/>
        </w:rPr>
        <w:t>2. This is my family</w:t>
      </w:r>
    </w:p>
    <w:p>
      <w:pPr>
        <w:spacing w:after="0"/>
      </w:pPr>
      <w:r>
        <w:t>1) father</w:t>
      </w:r>
    </w:p>
    <w:p>
      <w:pPr>
        <w:spacing w:after="0"/>
      </w:pPr>
      <w:r>
        <w:t>2) mother</w:t>
      </w:r>
    </w:p>
    <w:p>
      <w:pPr>
        <w:spacing w:after="0"/>
      </w:pPr>
      <w:r>
        <w:t>3) brother</w:t>
      </w:r>
    </w:p>
    <w:p>
      <w:pPr>
        <w:spacing w:after="0"/>
      </w:pPr>
      <w:r>
        <w:t>4) baby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