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Family members: a família</w:t>
      </w:r>
    </w:p>
    <w:p>
      <w:r>
        <w:rPr>
          <w:color w:val="6B6B6B"/>
          <w:sz w:val="18"/>
        </w:rPr>
        <w:t>1º ano e 2º ano · Family (família)</w:t>
      </w:r>
    </w:p>
    <w:p>
      <w:pPr>
        <w:pStyle w:val="Heading2"/>
      </w:pPr>
      <w:r>
        <w:t>1. This is my...</w:t>
      </w:r>
    </w:p>
    <w:p>
      <w:r>
        <w:rPr>
          <w:i/>
        </w:rPr>
        <w:t>Complete com a palavra da família. (Complete with the family word.)</w:t>
      </w:r>
    </w:p>
    <w:p>
      <w:r>
        <w:rPr>
          <w:b/>
        </w:rPr>
        <w:t>Word bank:  mother  |  father  |  sister  |  brother</w:t>
      </w:r>
    </w:p>
    <w:p>
      <w:pPr>
        <w:keepNext/>
        <w:spacing w:before="120"/>
      </w:pPr>
      <w:r>
        <w:t>1. 👨  This is my ______________. He is my dad.</w:t>
      </w:r>
    </w:p>
    <w:p>
      <w:pPr>
        <w:keepNext/>
        <w:spacing w:before="120"/>
      </w:pPr>
      <w:r>
        <w:t>2. 👩  This is my ______________. She is my mom.</w:t>
      </w:r>
    </w:p>
    <w:p>
      <w:pPr>
        <w:keepNext/>
        <w:spacing w:before="120"/>
      </w:pPr>
      <w:r>
        <w:t>3. 👧  This is my ______________. She is a girl.</w:t>
      </w:r>
    </w:p>
    <w:p>
      <w:pPr>
        <w:keepNext/>
        <w:spacing w:before="120"/>
      </w:pPr>
      <w:r>
        <w:t>4. 👦  This is my ______________. He is a boy.</w:t>
      </w:r>
    </w:p>
    <w:p>
      <w:pPr>
        <w:pStyle w:val="Heading2"/>
      </w:pPr>
      <w:r>
        <w:t>2. Choose the word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👩  My ___ is a woman.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father</w:t>
      </w:r>
    </w:p>
    <w:p>
      <w:pPr>
        <w:keepNext/>
        <w:spacing w:before="120"/>
      </w:pPr>
      <w:r>
        <w:t>2. 👦  My ___ is a boy.</w:t>
      </w:r>
    </w:p>
    <w:p>
      <w:pPr>
        <w:spacing w:after="0"/>
        <w:ind w:left="454"/>
      </w:pPr>
      <w:r>
        <w:t>(   ) a) sister</w:t>
      </w:r>
    </w:p>
    <w:p>
      <w:pPr>
        <w:spacing w:after="0"/>
        <w:ind w:left="454"/>
      </w:pPr>
      <w:r>
        <w:t>(   ) b) brother</w:t>
      </w:r>
    </w:p>
    <w:p>
      <w:pPr>
        <w:keepNext/>
        <w:spacing w:before="120"/>
      </w:pPr>
      <w:r>
        <w:t>3. 👨  My ___ is a man.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father</w:t>
      </w:r>
    </w:p>
    <w:p>
      <w:pPr>
        <w:pStyle w:val="Heading2"/>
      </w:pPr>
      <w:r>
        <w:t>3. Match the family</w:t>
      </w:r>
    </w:p>
    <w:p>
      <w:r>
        <w:rPr>
          <w:i/>
        </w:rPr>
        <w:t>Olhe a figura e escolha a palavra certa. (Look and choose.)</w:t>
      </w:r>
    </w:p>
    <w:p>
      <w:pPr>
        <w:keepNext/>
        <w:spacing w:before="120"/>
      </w:pPr>
      <w:r>
        <w:t>1. 👨  Dad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Father</w:t>
      </w:r>
    </w:p>
    <w:p>
      <w:pPr>
        <w:spacing w:after="0"/>
        <w:ind w:left="454"/>
      </w:pPr>
      <w:r>
        <w:t>(   ) c) Sister</w:t>
      </w:r>
    </w:p>
    <w:p>
      <w:pPr>
        <w:keepNext/>
        <w:spacing w:before="120"/>
      </w:pPr>
      <w:r>
        <w:t>2. 👩  Mom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Brother</w:t>
      </w:r>
    </w:p>
    <w:p>
      <w:pPr>
        <w:spacing w:after="0"/>
        <w:ind w:left="454"/>
      </w:pPr>
      <w:r>
        <w:t>(   ) c) Father</w:t>
      </w:r>
    </w:p>
    <w:p>
      <w:pPr>
        <w:keepNext/>
        <w:spacing w:before="120"/>
      </w:pPr>
      <w:r>
        <w:t>3. 👧  Girl in the family</w:t>
      </w:r>
    </w:p>
    <w:p>
      <w:pPr>
        <w:spacing w:after="0"/>
        <w:ind w:left="454"/>
      </w:pPr>
      <w:r>
        <w:t>(   ) a) Brother</w:t>
      </w:r>
    </w:p>
    <w:p>
      <w:pPr>
        <w:spacing w:after="0"/>
        <w:ind w:left="454"/>
      </w:pPr>
      <w:r>
        <w:t>(   ) b) Father</w:t>
      </w:r>
    </w:p>
    <w:p>
      <w:pPr>
        <w:spacing w:after="0"/>
        <w:ind w:left="454"/>
      </w:pPr>
      <w:r>
        <w:t>(   ) c) Sister</w:t>
      </w:r>
    </w:p>
    <w:p>
      <w:pPr>
        <w:keepNext/>
        <w:spacing w:before="120"/>
      </w:pPr>
      <w:r>
        <w:t>4. 👦  Boy in the family</w:t>
      </w:r>
    </w:p>
    <w:p>
      <w:pPr>
        <w:spacing w:after="0"/>
        <w:ind w:left="454"/>
      </w:pPr>
      <w:r>
        <w:t>(   ) a) Brother</w:t>
      </w:r>
    </w:p>
    <w:p>
      <w:pPr>
        <w:spacing w:after="0"/>
        <w:ind w:left="454"/>
      </w:pPr>
      <w:r>
        <w:t>(   ) b) Mother</w:t>
      </w:r>
    </w:p>
    <w:p>
      <w:pPr>
        <w:spacing w:after="0"/>
        <w:ind w:left="454"/>
      </w:pPr>
      <w:r>
        <w:t>(   ) c) Sister</w:t>
      </w:r>
    </w:p>
    <w:p>
      <w:pPr>
        <w:pStyle w:val="Heading2"/>
      </w:pPr>
      <w:r>
        <w:t>4. Yes or no?</w:t>
      </w:r>
    </w:p>
    <w:p>
      <w:r>
        <w:rPr>
          <w:i/>
        </w:rPr>
        <w:t>Olhe a figura e leia a frase. Está certo? (Yes = sim / No = não)</w:t>
      </w:r>
    </w:p>
    <w:p>
      <w:pPr>
        <w:keepNext/>
        <w:spacing w:before="120"/>
      </w:pPr>
      <w:r>
        <w:t>1. 👵  This is my grandma.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👴  This is my sister.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👶  This is my baby brother.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👨‍👩‍👧  This is my family.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This is my...</w:t>
      </w:r>
    </w:p>
    <w:p>
      <w:pPr>
        <w:spacing w:after="0"/>
      </w:pPr>
      <w:r>
        <w:t>1) father</w:t>
      </w:r>
    </w:p>
    <w:p>
      <w:pPr>
        <w:spacing w:after="0"/>
      </w:pPr>
      <w:r>
        <w:t>2) mother</w:t>
      </w:r>
    </w:p>
    <w:p>
      <w:pPr>
        <w:spacing w:after="0"/>
      </w:pPr>
      <w:r>
        <w:t>3) sister</w:t>
      </w:r>
    </w:p>
    <w:p>
      <w:pPr>
        <w:spacing w:after="0"/>
      </w:pPr>
      <w:r>
        <w:t>4) brother</w:t>
      </w:r>
    </w:p>
    <w:p>
      <w:r>
        <w:rPr>
          <w:b/>
        </w:rPr>
        <w:t>2. Choose the word</w:t>
      </w:r>
    </w:p>
    <w:p>
      <w:pPr>
        <w:spacing w:after="0"/>
      </w:pPr>
      <w:r>
        <w:t>1) a) mother</w:t>
      </w:r>
    </w:p>
    <w:p>
      <w:pPr>
        <w:spacing w:after="0"/>
      </w:pPr>
      <w:r>
        <w:t>2) b) brother</w:t>
      </w:r>
    </w:p>
    <w:p>
      <w:pPr>
        <w:spacing w:after="0"/>
      </w:pPr>
      <w:r>
        <w:t>3) b) father</w:t>
      </w:r>
    </w:p>
    <w:p>
      <w:r>
        <w:rPr>
          <w:b/>
        </w:rPr>
        <w:t>3. Match the family</w:t>
      </w:r>
    </w:p>
    <w:p>
      <w:pPr>
        <w:spacing w:after="0"/>
      </w:pPr>
      <w:r>
        <w:t>1) b) Father</w:t>
      </w:r>
    </w:p>
    <w:p>
      <w:pPr>
        <w:spacing w:after="0"/>
      </w:pPr>
      <w:r>
        <w:t>2) a) Mother</w:t>
      </w:r>
    </w:p>
    <w:p>
      <w:pPr>
        <w:spacing w:after="0"/>
      </w:pPr>
      <w:r>
        <w:t>3) c) Sister</w:t>
      </w:r>
    </w:p>
    <w:p>
      <w:pPr>
        <w:spacing w:after="0"/>
      </w:pPr>
      <w:r>
        <w:t>4) a) Brother</w:t>
      </w:r>
    </w:p>
    <w:p>
      <w:r>
        <w:rPr>
          <w:b/>
        </w:rPr>
        <w:t>4.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