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The benefits of exercise: present perfect</w:t>
      </w:r>
    </w:p>
    <w:p>
      <w:r>
        <w:rPr>
          <w:color w:val="6B6B6B"/>
          <w:sz w:val="18"/>
        </w:rPr>
        <w:t>1ª série · Present perfect · BNCC: EM13LGG302, EM13LGG403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The Benefits of Exercise</w:t>
      </w:r>
    </w:p>
    <w:p>
      <w:pPr>
        <w:ind w:left="340"/>
      </w:pPr>
      <w:r>
        <w:t>Regular exercise is important for a healthy life. It helps people stay fit, reduces stress, and improves concentration. Many teenagers who exercise regularly report feeling more energetic and confident.</w:t>
      </w:r>
    </w:p>
    <w:p>
      <w:pPr>
        <w:keepNext/>
        <w:spacing w:before="120"/>
      </w:pPr>
      <w:r>
        <w:t>1. Why is regular exercise important?</w:t>
      </w:r>
    </w:p>
    <w:p>
      <w:pPr>
        <w:spacing w:after="0"/>
        <w:ind w:left="454"/>
      </w:pPr>
      <w:r>
        <w:t>(   ) a) It is important for a healthy life.</w:t>
      </w:r>
    </w:p>
    <w:p>
      <w:pPr>
        <w:spacing w:after="0"/>
        <w:ind w:left="454"/>
      </w:pPr>
      <w:r>
        <w:t>(   ) b) It makes people famous.</w:t>
      </w:r>
    </w:p>
    <w:p>
      <w:pPr>
        <w:spacing w:after="0"/>
        <w:ind w:left="454"/>
      </w:pPr>
      <w:r>
        <w:t>(   ) c) It replaces school activities.</w:t>
      </w:r>
    </w:p>
    <w:p>
      <w:pPr>
        <w:keepNext/>
        <w:spacing w:before="120"/>
      </w:pPr>
      <w:r>
        <w:t>2. Which benefit is NOT mentioned in the text?</w:t>
      </w:r>
    </w:p>
    <w:p>
      <w:pPr>
        <w:spacing w:after="0"/>
        <w:ind w:left="454"/>
      </w:pPr>
      <w:r>
        <w:t>(   ) a) It reduces stress.</w:t>
      </w:r>
    </w:p>
    <w:p>
      <w:pPr>
        <w:spacing w:after="0"/>
        <w:ind w:left="454"/>
      </w:pPr>
      <w:r>
        <w:t>(   ) b) It improves concentration.</w:t>
      </w:r>
    </w:p>
    <w:p>
      <w:pPr>
        <w:spacing w:after="0"/>
        <w:ind w:left="454"/>
      </w:pPr>
      <w:r>
        <w:t>(   ) c) It helps people stay fit.</w:t>
      </w:r>
    </w:p>
    <w:p>
      <w:pPr>
        <w:spacing w:after="0"/>
        <w:ind w:left="454"/>
      </w:pPr>
      <w:r>
        <w:t>(   ) d) It helps people sleep less.</w:t>
      </w:r>
    </w:p>
    <w:p>
      <w:pPr>
        <w:keepNext/>
        <w:spacing w:before="120"/>
      </w:pPr>
      <w:r>
        <w:t>3. How do many teenagers who exercise regularly feel?</w:t>
      </w:r>
    </w:p>
    <w:p>
      <w:pPr>
        <w:spacing w:after="0"/>
        <w:ind w:left="454"/>
      </w:pPr>
      <w:r>
        <w:t>(   ) a) Tired and bored</w:t>
      </w:r>
    </w:p>
    <w:p>
      <w:pPr>
        <w:spacing w:after="0"/>
        <w:ind w:left="454"/>
      </w:pPr>
      <w:r>
        <w:t>(   ) b) More energetic and confident</w:t>
      </w:r>
    </w:p>
    <w:p>
      <w:pPr>
        <w:spacing w:after="0"/>
        <w:ind w:left="454"/>
      </w:pPr>
      <w:r>
        <w:t>(   ) c) More stressed</w:t>
      </w:r>
    </w:p>
    <w:p>
      <w:pPr>
        <w:keepNext/>
        <w:spacing w:before="120"/>
      </w:pPr>
      <w:r>
        <w:t>4. What is the main idea of the text?</w:t>
      </w:r>
    </w:p>
    <w:p>
      <w:pPr>
        <w:spacing w:after="0"/>
        <w:ind w:left="454"/>
      </w:pPr>
      <w:r>
        <w:t>(   ) a) Exercise is dangerous for teenagers.</w:t>
      </w:r>
    </w:p>
    <w:p>
      <w:pPr>
        <w:spacing w:after="0"/>
        <w:ind w:left="454"/>
      </w:pPr>
      <w:r>
        <w:t>(   ) b) The benefits of regular exercise</w:t>
      </w:r>
    </w:p>
    <w:p>
      <w:pPr>
        <w:spacing w:after="0"/>
        <w:ind w:left="454"/>
      </w:pPr>
      <w:r>
        <w:t>(   ) c) How to become a professional athlete</w:t>
      </w:r>
    </w:p>
    <w:p>
      <w:pPr>
        <w:pStyle w:val="Heading2"/>
      </w:pPr>
      <w:r>
        <w:t>2. Present perfect</w:t>
      </w:r>
    </w:p>
    <w:p>
      <w:r>
        <w:rPr>
          <w:i/>
        </w:rPr>
        <w:t>Complete with the present perfect of the verbs in parentheses.</w:t>
      </w:r>
    </w:p>
    <w:p>
      <w:pPr>
        <w:keepNext/>
        <w:spacing w:before="120"/>
      </w:pPr>
      <w:r>
        <w:t>1. I ______________ (already / finish) my homework.</w:t>
      </w:r>
    </w:p>
    <w:p>
      <w:pPr>
        <w:keepNext/>
        <w:spacing w:before="120"/>
      </w:pPr>
      <w:r>
        <w:t>2. She ______________ (never / visit) Argentina.</w:t>
      </w:r>
    </w:p>
    <w:p>
      <w:pPr>
        <w:keepNext/>
        <w:spacing w:before="120"/>
      </w:pPr>
      <w:r>
        <w:t>3. They ______________ (study) English for two years.</w:t>
      </w:r>
    </w:p>
    <w:p>
      <w:pPr>
        <w:keepNext/>
        <w:spacing w:before="120"/>
      </w:pPr>
      <w:r>
        <w:t>4. We ______________ (not / see) that film yet.</w:t>
      </w:r>
    </w:p>
    <w:p>
      <w:pPr>
        <w:keepNext/>
        <w:spacing w:before="120"/>
      </w:pPr>
      <w:r>
        <w:t>5. He ______________ (just / arrive) at school.</w:t>
      </w:r>
    </w:p>
    <w:p>
      <w:pPr>
        <w:keepNext/>
        <w:spacing w:before="120"/>
      </w:pPr>
      <w:r>
        <w:t>6. ______________ Lucas ever run a marathon? (have / has)</w:t>
      </w:r>
    </w:p>
    <w:p>
      <w:pPr>
        <w:pStyle w:val="Heading2"/>
      </w:pPr>
      <w:r>
        <w:t>3. Vocabulary in context</w:t>
      </w:r>
    </w:p>
    <w:p>
      <w:r>
        <w:rPr>
          <w:i/>
        </w:rPr>
        <w:t>Choose the correct option.</w:t>
      </w:r>
    </w:p>
    <w:p>
      <w:pPr>
        <w:keepNext/>
        <w:spacing w:before="120"/>
      </w:pPr>
      <w:r>
        <w:t>1. The opposite of "healthy" is:</w:t>
      </w:r>
    </w:p>
    <w:p>
      <w:pPr>
        <w:spacing w:after="0"/>
        <w:ind w:left="454"/>
      </w:pPr>
      <w:r>
        <w:t>(   ) a) strong</w:t>
      </w:r>
    </w:p>
    <w:p>
      <w:pPr>
        <w:spacing w:after="0"/>
        <w:ind w:left="454"/>
      </w:pPr>
      <w:r>
        <w:t>(   ) b) sick</w:t>
      </w:r>
    </w:p>
    <w:p>
      <w:pPr>
        <w:spacing w:after="0"/>
        <w:ind w:left="454"/>
      </w:pPr>
      <w:r>
        <w:t>(   ) c) fit</w:t>
      </w:r>
    </w:p>
    <w:p>
      <w:pPr>
        <w:keepNext/>
        <w:spacing w:before="120"/>
      </w:pPr>
      <w:r>
        <w:t>2. A synonym for "improve" is:</w:t>
      </w:r>
    </w:p>
    <w:p>
      <w:pPr>
        <w:spacing w:after="0"/>
        <w:ind w:left="454"/>
      </w:pPr>
      <w:r>
        <w:t>(   ) a) get better</w:t>
      </w:r>
    </w:p>
    <w:p>
      <w:pPr>
        <w:spacing w:after="0"/>
        <w:ind w:left="454"/>
      </w:pPr>
      <w:r>
        <w:t>(   ) b) get worse</w:t>
      </w:r>
    </w:p>
    <w:p>
      <w:pPr>
        <w:spacing w:after="0"/>
        <w:ind w:left="454"/>
      </w:pPr>
      <w:r>
        <w:t>(   ) c) give up</w:t>
      </w:r>
    </w:p>
    <w:p>
      <w:pPr>
        <w:keepNext/>
        <w:spacing w:before="120"/>
      </w:pPr>
      <w:r>
        <w:t>3. Someone who exercises often may feel:</w:t>
      </w:r>
    </w:p>
    <w:p>
      <w:pPr>
        <w:spacing w:after="0"/>
        <w:ind w:left="454"/>
      </w:pPr>
      <w:r>
        <w:t>(   ) a) tired all the time</w:t>
      </w:r>
    </w:p>
    <w:p>
      <w:pPr>
        <w:spacing w:after="0"/>
        <w:ind w:left="454"/>
      </w:pPr>
      <w:r>
        <w:t>(   ) b) bored</w:t>
      </w:r>
    </w:p>
    <w:p>
      <w:pPr>
        <w:spacing w:after="0"/>
        <w:ind w:left="454"/>
      </w:pPr>
      <w:r>
        <w:t>(   ) c) energetic</w:t>
      </w:r>
    </w:p>
    <w:p>
      <w:pPr>
        <w:keepNext/>
        <w:spacing w:before="120"/>
      </w:pPr>
      <w:r>
        <w:t>4. The word "confidence" is related to:</w:t>
      </w:r>
    </w:p>
    <w:p>
      <w:pPr>
        <w:spacing w:after="0"/>
        <w:ind w:left="454"/>
      </w:pPr>
      <w:r>
        <w:t>(   ) a) believing in yourself</w:t>
      </w:r>
    </w:p>
    <w:p>
      <w:pPr>
        <w:spacing w:after="0"/>
        <w:ind w:left="454"/>
      </w:pPr>
      <w:r>
        <w:t>(   ) b) being afraid</w:t>
      </w:r>
    </w:p>
    <w:p>
      <w:pPr>
        <w:spacing w:after="0"/>
        <w:ind w:left="454"/>
      </w:pPr>
      <w:r>
        <w:t>(   ) c) being lazy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a) It is important for a healthy life.</w:t>
      </w:r>
    </w:p>
    <w:p>
      <w:pPr>
        <w:spacing w:after="0"/>
      </w:pPr>
      <w:r>
        <w:t>2) d) It helps people sleep less.</w:t>
      </w:r>
    </w:p>
    <w:p>
      <w:pPr>
        <w:spacing w:after="0"/>
      </w:pPr>
      <w:r>
        <w:t>3) b) More energetic and confident</w:t>
      </w:r>
    </w:p>
    <w:p>
      <w:pPr>
        <w:spacing w:after="0"/>
      </w:pPr>
      <w:r>
        <w:t>4) b) The benefits of regular exercise</w:t>
      </w:r>
    </w:p>
    <w:p>
      <w:r>
        <w:rPr>
          <w:b/>
        </w:rPr>
        <w:t>2. Present perfect</w:t>
      </w:r>
    </w:p>
    <w:p>
      <w:pPr>
        <w:spacing w:after="0"/>
      </w:pPr>
      <w:r>
        <w:t>1) have already finished</w:t>
      </w:r>
    </w:p>
    <w:p>
      <w:pPr>
        <w:spacing w:after="0"/>
      </w:pPr>
      <w:r>
        <w:t>2) has never visited</w:t>
      </w:r>
    </w:p>
    <w:p>
      <w:pPr>
        <w:spacing w:after="0"/>
      </w:pPr>
      <w:r>
        <w:t>3) have studied</w:t>
      </w:r>
    </w:p>
    <w:p>
      <w:pPr>
        <w:spacing w:after="0"/>
      </w:pPr>
      <w:r>
        <w:t>4) haven't seen</w:t>
      </w:r>
    </w:p>
    <w:p>
      <w:pPr>
        <w:spacing w:after="0"/>
      </w:pPr>
      <w:r>
        <w:t>5) has just arrived</w:t>
      </w:r>
    </w:p>
    <w:p>
      <w:pPr>
        <w:spacing w:after="0"/>
      </w:pPr>
      <w:r>
        <w:t>6) Has</w:t>
      </w:r>
    </w:p>
    <w:p>
      <w:r>
        <w:rPr>
          <w:b/>
        </w:rPr>
        <w:t>3. Vocabulary in context</w:t>
      </w:r>
    </w:p>
    <w:p>
      <w:pPr>
        <w:spacing w:after="0"/>
      </w:pPr>
      <w:r>
        <w:t>1) b) sick</w:t>
      </w:r>
    </w:p>
    <w:p>
      <w:pPr>
        <w:spacing w:after="0"/>
      </w:pPr>
      <w:r>
        <w:t>2) a) get better</w:t>
      </w:r>
    </w:p>
    <w:p>
      <w:pPr>
        <w:spacing w:after="0"/>
      </w:pPr>
      <w:r>
        <w:t>3) c) energetic</w:t>
      </w:r>
    </w:p>
    <w:p>
      <w:pPr>
        <w:spacing w:after="0"/>
      </w:pPr>
      <w:r>
        <w:t>4) a) believing in yourself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2026-07-24T00:00:00Z</dcterms:created>
  <dcterms:modified xsi:type="dcterms:W3CDTF">2026-07-24T00:00:00Z</dcterms:modified>
  <cp:category/>
</cp:coreProperties>
</file>