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Everyday Texts: post, e-mail e diálogo</w:t>
      </w:r>
    </w:p>
    <w:p>
      <w:r>
        <w:rPr>
          <w:color w:val="6B6B6B"/>
          <w:sz w:val="18"/>
        </w:rPr>
        <w:t>7º ano e 8º ano · Text genres (gêneros textuais) · BNCC: EF07LI09, EF08LI05</w:t>
      </w:r>
    </w:p>
    <w:p>
      <w:pPr>
        <w:pStyle w:val="Heading2"/>
      </w:pPr>
      <w:r>
        <w:t>1. Social media post</w:t>
      </w:r>
    </w:p>
    <w:p>
      <w:r>
        <w:rPr>
          <w:i/>
        </w:rPr>
        <w:t>Read the post and choose the correct answer.</w:t>
      </w:r>
    </w:p>
    <w:p>
      <w:r>
        <w:rPr>
          <w:b/>
        </w:rPr>
        <w:t>Post</w:t>
      </w:r>
    </w:p>
    <w:p>
      <w:pPr>
        <w:ind w:left="340"/>
      </w:pPr>
      <w:r>
        <w:t>Just finished reading an amazing book about space! 🚀 Totally recommend it. It's full of facts, fun stories, and great pictures. Science can be super cool!</w:t>
      </w:r>
    </w:p>
    <w:p>
      <w:pPr>
        <w:keepNext/>
        <w:spacing w:before="120"/>
      </w:pPr>
      <w:r>
        <w:t>1. What did the person read about?</w:t>
      </w:r>
    </w:p>
    <w:p>
      <w:pPr>
        <w:spacing w:after="0"/>
        <w:ind w:left="454"/>
      </w:pPr>
      <w:r>
        <w:t>(   ) a) The ocean</w:t>
      </w:r>
    </w:p>
    <w:p>
      <w:pPr>
        <w:spacing w:after="0"/>
        <w:ind w:left="454"/>
      </w:pPr>
      <w:r>
        <w:t>(   ) b) Space</w:t>
      </w:r>
    </w:p>
    <w:p>
      <w:pPr>
        <w:spacing w:after="0"/>
        <w:ind w:left="454"/>
      </w:pPr>
      <w:r>
        <w:t>(   ) c) Sports</w:t>
      </w:r>
    </w:p>
    <w:p>
      <w:pPr>
        <w:keepNext/>
        <w:spacing w:before="120"/>
      </w:pPr>
      <w:r>
        <w:t>2. What did they think of the book?</w:t>
      </w:r>
    </w:p>
    <w:p>
      <w:pPr>
        <w:spacing w:after="0"/>
        <w:ind w:left="454"/>
      </w:pPr>
      <w:r>
        <w:t>(   ) a) They liked it a lot.</w:t>
      </w:r>
    </w:p>
    <w:p>
      <w:pPr>
        <w:spacing w:after="0"/>
        <w:ind w:left="454"/>
      </w:pPr>
      <w:r>
        <w:t>(   ) b) They found it boring.</w:t>
      </w:r>
    </w:p>
    <w:p>
      <w:pPr>
        <w:spacing w:after="0"/>
        <w:ind w:left="454"/>
      </w:pPr>
      <w:r>
        <w:t>(   ) c) They didn't finish it.</w:t>
      </w:r>
    </w:p>
    <w:p>
      <w:pPr>
        <w:keepNext/>
        <w:spacing w:before="120"/>
      </w:pPr>
      <w:r>
        <w:t>3. What is the main purpose of the post?</w:t>
      </w:r>
    </w:p>
    <w:p>
      <w:pPr>
        <w:spacing w:after="0"/>
        <w:ind w:left="454"/>
      </w:pPr>
      <w:r>
        <w:t>(   ) a) To sell a telescope</w:t>
      </w:r>
    </w:p>
    <w:p>
      <w:pPr>
        <w:spacing w:after="0"/>
        <w:ind w:left="454"/>
      </w:pPr>
      <w:r>
        <w:t>(   ) b) To complain about science</w:t>
      </w:r>
    </w:p>
    <w:p>
      <w:pPr>
        <w:spacing w:after="0"/>
        <w:ind w:left="454"/>
      </w:pPr>
      <w:r>
        <w:t>(   ) c) To recommend a book and share excitement about science</w:t>
      </w:r>
    </w:p>
    <w:p>
      <w:pPr>
        <w:keepNext/>
        <w:spacing w:before="120"/>
      </w:pPr>
      <w:r>
        <w:t>4. "Totally recommend it" means the person:</w:t>
      </w:r>
    </w:p>
    <w:p>
      <w:pPr>
        <w:spacing w:after="0"/>
        <w:ind w:left="454"/>
      </w:pPr>
      <w:r>
        <w:t>(   ) a) doesn't recommend it</w:t>
      </w:r>
    </w:p>
    <w:p>
      <w:pPr>
        <w:spacing w:after="0"/>
        <w:ind w:left="454"/>
      </w:pPr>
      <w:r>
        <w:t>(   ) b) strongly recommends it</w:t>
      </w:r>
    </w:p>
    <w:p>
      <w:pPr>
        <w:spacing w:after="0"/>
        <w:ind w:left="454"/>
      </w:pPr>
      <w:r>
        <w:t>(   ) c) is not sure about it</w:t>
      </w:r>
    </w:p>
    <w:p>
      <w:pPr>
        <w:pStyle w:val="Heading2"/>
      </w:pPr>
      <w:r>
        <w:t>2. Short e-mail</w:t>
      </w:r>
    </w:p>
    <w:p>
      <w:r>
        <w:rPr>
          <w:i/>
        </w:rPr>
        <w:t>Read the e-mail and choose the correct answer.</w:t>
      </w:r>
    </w:p>
    <w:p>
      <w:r>
        <w:rPr>
          <w:b/>
        </w:rPr>
        <w:t>Subject: Study Group</w:t>
      </w:r>
    </w:p>
    <w:p>
      <w:pPr>
        <w:ind w:left="340"/>
      </w:pPr>
      <w:r>
        <w:t>Hi everyone! Let's meet on Saturday at 2 p.m. to study for the history test. We can go over the main topics and quiz each other. Bring your notes!</w:t>
      </w:r>
    </w:p>
    <w:p>
      <w:pPr>
        <w:keepNext/>
        <w:spacing w:before="120"/>
      </w:pPr>
      <w:r>
        <w:t>1. What is the purpose of the e-mail?</w:t>
      </w:r>
    </w:p>
    <w:p>
      <w:pPr>
        <w:spacing w:after="0"/>
        <w:ind w:left="454"/>
      </w:pPr>
      <w:r>
        <w:t>(   ) a) To organize a study group</w:t>
      </w:r>
    </w:p>
    <w:p>
      <w:pPr>
        <w:spacing w:after="0"/>
        <w:ind w:left="454"/>
      </w:pPr>
      <w:r>
        <w:t>(   ) b) To cancel a history test</w:t>
      </w:r>
    </w:p>
    <w:p>
      <w:pPr>
        <w:spacing w:after="0"/>
        <w:ind w:left="454"/>
      </w:pPr>
      <w:r>
        <w:t>(   ) c) To invite friends to a party</w:t>
      </w:r>
    </w:p>
    <w:p>
      <w:pPr>
        <w:keepNext/>
        <w:spacing w:before="120"/>
      </w:pPr>
      <w:r>
        <w:t>2. When is the meeting?</w:t>
      </w:r>
    </w:p>
    <w:p>
      <w:pPr>
        <w:spacing w:after="0"/>
        <w:ind w:left="454"/>
      </w:pPr>
      <w:r>
        <w:t>(   ) a) On Friday at 2 p.m.</w:t>
      </w:r>
    </w:p>
    <w:p>
      <w:pPr>
        <w:spacing w:after="0"/>
        <w:ind w:left="454"/>
      </w:pPr>
      <w:r>
        <w:t>(   ) b) On Sunday at 10 a.m.</w:t>
      </w:r>
    </w:p>
    <w:p>
      <w:pPr>
        <w:spacing w:after="0"/>
        <w:ind w:left="454"/>
      </w:pPr>
      <w:r>
        <w:t>(   ) c) On Saturday at 2 p.m.</w:t>
      </w:r>
    </w:p>
    <w:p>
      <w:pPr>
        <w:keepNext/>
        <w:spacing w:before="120"/>
      </w:pPr>
      <w:r>
        <w:t>3. What should the students bring?</w:t>
      </w:r>
    </w:p>
    <w:p>
      <w:pPr>
        <w:spacing w:after="0"/>
        <w:ind w:left="454"/>
      </w:pPr>
      <w:r>
        <w:t>(   ) a) Snacks</w:t>
      </w:r>
    </w:p>
    <w:p>
      <w:pPr>
        <w:spacing w:after="0"/>
        <w:ind w:left="454"/>
      </w:pPr>
      <w:r>
        <w:t>(   ) b) Their notes</w:t>
      </w:r>
    </w:p>
    <w:p>
      <w:pPr>
        <w:spacing w:after="0"/>
        <w:ind w:left="454"/>
      </w:pPr>
      <w:r>
        <w:t>(   ) c) Their history books only</w:t>
      </w:r>
    </w:p>
    <w:p>
      <w:pPr>
        <w:keepNext/>
        <w:spacing w:before="120"/>
      </w:pPr>
      <w:r>
        <w:t>4. "quiz each other" means:</w:t>
      </w:r>
    </w:p>
    <w:p>
      <w:pPr>
        <w:spacing w:after="0"/>
        <w:ind w:left="454"/>
      </w:pPr>
      <w:r>
        <w:t>(   ) a) ask each other questions</w:t>
      </w:r>
    </w:p>
    <w:p>
      <w:pPr>
        <w:spacing w:after="0"/>
        <w:ind w:left="454"/>
      </w:pPr>
      <w:r>
        <w:t>(   ) b) play video games together</w:t>
      </w:r>
    </w:p>
    <w:p>
      <w:pPr>
        <w:spacing w:after="0"/>
        <w:ind w:left="454"/>
      </w:pPr>
      <w:r>
        <w:t>(   ) c) copy each other's homework</w:t>
      </w:r>
    </w:p>
    <w:p>
      <w:pPr>
        <w:pStyle w:val="Heading2"/>
      </w:pPr>
      <w:r>
        <w:t>3. Dialogue between friends</w:t>
      </w:r>
    </w:p>
    <w:p>
      <w:r>
        <w:rPr>
          <w:i/>
        </w:rPr>
        <w:t>Read the dialogue and choose the correct answer.</w:t>
      </w:r>
    </w:p>
    <w:p>
      <w:r>
        <w:rPr>
          <w:b/>
        </w:rPr>
        <w:t>Mia and Lucas</w:t>
      </w:r>
    </w:p>
    <w:p>
      <w:pPr>
        <w:ind w:left="340"/>
      </w:pPr>
      <w:r>
        <w:t>Mia: Hey, are you going to the soccer game on Friday?</w:t>
      </w:r>
    </w:p>
    <w:p>
      <w:pPr>
        <w:ind w:left="340"/>
      </w:pPr>
      <w:r>
        <w:t>Lucas: I don't know… I have a math test that day.</w:t>
      </w:r>
    </w:p>
    <w:p>
      <w:pPr>
        <w:ind w:left="340"/>
      </w:pPr>
      <w:r>
        <w:t>Mia: Come on! It's after school, and it will be fun.</w:t>
      </w:r>
    </w:p>
    <w:p>
      <w:pPr>
        <w:ind w:left="340"/>
      </w:pPr>
      <w:r>
        <w:t>Lucas: OK, maybe I'll go if I finish studying in time.</w:t>
      </w:r>
    </w:p>
    <w:p>
      <w:pPr>
        <w:keepNext/>
        <w:spacing w:before="120"/>
      </w:pPr>
      <w:r>
        <w:t>1. What event are they talking about?</w:t>
      </w:r>
    </w:p>
    <w:p>
      <w:pPr>
        <w:spacing w:after="0"/>
        <w:ind w:left="454"/>
      </w:pPr>
      <w:r>
        <w:t>(   ) a) A math class</w:t>
      </w:r>
    </w:p>
    <w:p>
      <w:pPr>
        <w:spacing w:after="0"/>
        <w:ind w:left="454"/>
      </w:pPr>
      <w:r>
        <w:t>(   ) b) A soccer game</w:t>
      </w:r>
    </w:p>
    <w:p>
      <w:pPr>
        <w:spacing w:after="0"/>
        <w:ind w:left="454"/>
      </w:pPr>
      <w:r>
        <w:t>(   ) c) A birthday party</w:t>
      </w:r>
    </w:p>
    <w:p>
      <w:pPr>
        <w:keepNext/>
        <w:spacing w:before="120"/>
      </w:pPr>
      <w:r>
        <w:t>2. Why is Lucas unsure?</w:t>
      </w:r>
    </w:p>
    <w:p>
      <w:pPr>
        <w:spacing w:after="0"/>
        <w:ind w:left="454"/>
      </w:pPr>
      <w:r>
        <w:t>(   ) a) He doesn't like soccer.</w:t>
      </w:r>
    </w:p>
    <w:p>
      <w:pPr>
        <w:spacing w:after="0"/>
        <w:ind w:left="454"/>
      </w:pPr>
      <w:r>
        <w:t>(   ) b) He is sick.</w:t>
      </w:r>
    </w:p>
    <w:p>
      <w:pPr>
        <w:spacing w:after="0"/>
        <w:ind w:left="454"/>
      </w:pPr>
      <w:r>
        <w:t>(   ) c) He has a math test that day.</w:t>
      </w:r>
    </w:p>
    <w:p>
      <w:pPr>
        <w:keepNext/>
        <w:spacing w:before="120"/>
      </w:pPr>
      <w:r>
        <w:t>3. What condition does Lucas give to go?</w:t>
      </w:r>
    </w:p>
    <w:p>
      <w:pPr>
        <w:spacing w:after="0"/>
        <w:ind w:left="454"/>
      </w:pPr>
      <w:r>
        <w:t>(   ) a) He will go if he finishes studying in time.</w:t>
      </w:r>
    </w:p>
    <w:p>
      <w:pPr>
        <w:spacing w:after="0"/>
        <w:ind w:left="454"/>
      </w:pPr>
      <w:r>
        <w:t>(   ) b) He will go if Mia pays for the ticket.</w:t>
      </w:r>
    </w:p>
    <w:p>
      <w:pPr>
        <w:spacing w:after="0"/>
        <w:ind w:left="454"/>
      </w:pPr>
      <w:r>
        <w:t>(   ) c) He will go if it doesn't rain.</w:t>
      </w:r>
    </w:p>
    <w:p>
      <w:pPr>
        <w:keepNext/>
        <w:spacing w:before="120"/>
      </w:pPr>
      <w:r>
        <w:t>4. "Come on!" is used by Mia to:</w:t>
      </w:r>
    </w:p>
    <w:p>
      <w:pPr>
        <w:spacing w:after="0"/>
        <w:ind w:left="454"/>
      </w:pPr>
      <w:r>
        <w:t>(   ) a) say goodbye</w:t>
      </w:r>
    </w:p>
    <w:p>
      <w:pPr>
        <w:spacing w:after="0"/>
        <w:ind w:left="454"/>
      </w:pPr>
      <w:r>
        <w:t>(   ) b) encourage Lucas to go</w:t>
      </w:r>
    </w:p>
    <w:p>
      <w:pPr>
        <w:spacing w:after="0"/>
        <w:ind w:left="454"/>
      </w:pPr>
      <w:r>
        <w:t>(   ) c) ask Lucas to come closer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Social media post</w:t>
      </w:r>
    </w:p>
    <w:p>
      <w:pPr>
        <w:spacing w:after="0"/>
      </w:pPr>
      <w:r>
        <w:t>1) b) Space</w:t>
      </w:r>
    </w:p>
    <w:p>
      <w:pPr>
        <w:spacing w:after="0"/>
      </w:pPr>
      <w:r>
        <w:t>2) a) They liked it a lot.</w:t>
      </w:r>
    </w:p>
    <w:p>
      <w:pPr>
        <w:spacing w:after="0"/>
      </w:pPr>
      <w:r>
        <w:t>3) c) To recommend a book and share excitement about science</w:t>
      </w:r>
    </w:p>
    <w:p>
      <w:pPr>
        <w:spacing w:after="0"/>
      </w:pPr>
      <w:r>
        <w:t>4) b) strongly recommends it</w:t>
      </w:r>
    </w:p>
    <w:p>
      <w:r>
        <w:rPr>
          <w:b/>
        </w:rPr>
        <w:t>2. Short e-mail</w:t>
      </w:r>
    </w:p>
    <w:p>
      <w:pPr>
        <w:spacing w:after="0"/>
      </w:pPr>
      <w:r>
        <w:t>1) a) To organize a study group</w:t>
      </w:r>
    </w:p>
    <w:p>
      <w:pPr>
        <w:spacing w:after="0"/>
      </w:pPr>
      <w:r>
        <w:t>2) c) On Saturday at 2 p.m.</w:t>
      </w:r>
    </w:p>
    <w:p>
      <w:pPr>
        <w:spacing w:after="0"/>
      </w:pPr>
      <w:r>
        <w:t>3) b) Their notes</w:t>
      </w:r>
    </w:p>
    <w:p>
      <w:pPr>
        <w:spacing w:after="0"/>
      </w:pPr>
      <w:r>
        <w:t>4) a) ask each other questions</w:t>
      </w:r>
    </w:p>
    <w:p>
      <w:r>
        <w:rPr>
          <w:b/>
        </w:rPr>
        <w:t>3. Dialogue between friends</w:t>
      </w:r>
    </w:p>
    <w:p>
      <w:pPr>
        <w:spacing w:after="0"/>
      </w:pPr>
      <w:r>
        <w:t>1) b) A soccer game</w:t>
      </w:r>
    </w:p>
    <w:p>
      <w:pPr>
        <w:spacing w:after="0"/>
      </w:pPr>
      <w:r>
        <w:t>2) c) He has a math test that day.</w:t>
      </w:r>
    </w:p>
    <w:p>
      <w:pPr>
        <w:spacing w:after="0"/>
      </w:pPr>
      <w:r>
        <w:t>3) a) He will go if he finishes studying in time.</w:t>
      </w:r>
    </w:p>
    <w:p>
      <w:pPr>
        <w:spacing w:after="0"/>
      </w:pPr>
      <w:r>
        <w:t>4) b) encourage Lucas to go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2025-12-10T00:00:00Z</dcterms:created>
  <dcterms:modified xsi:type="dcterms:W3CDTF">2025-12-10T00:00:00Z</dcterms:modified>
  <cp:category/>
</cp:coreProperties>
</file>