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Everyday Texts: e-mail, cartaz e mensagem</w:t>
      </w:r>
    </w:p>
    <w:p>
      <w:r>
        <w:rPr>
          <w:color w:val="6B6B6B"/>
          <w:sz w:val="18"/>
        </w:rPr>
        <w:t>1ª série · Text genres (gêneros textuais) · BNCC: EM13LGG402</w:t>
      </w:r>
    </w:p>
    <w:p>
      <w:pPr>
        <w:pStyle w:val="Heading2"/>
      </w:pPr>
      <w:r>
        <w:t>1. Short e-mail</w:t>
      </w:r>
    </w:p>
    <w:p>
      <w:r>
        <w:rPr>
          <w:i/>
        </w:rPr>
        <w:t>Read the e-mail and choose the correct answer.</w:t>
      </w:r>
    </w:p>
    <w:p>
      <w:r>
        <w:rPr>
          <w:b/>
        </w:rPr>
        <w:t>Subject: Homework Reminder</w:t>
      </w:r>
    </w:p>
    <w:p>
      <w:pPr>
        <w:ind w:left="340"/>
      </w:pPr>
      <w:r>
        <w:t>Hi Lucas,</w:t>
      </w:r>
    </w:p>
    <w:p>
      <w:pPr>
        <w:ind w:left="340"/>
      </w:pPr>
      <w:r>
        <w:t>Just a quick reminder: we have to finish the English homework by Wednesday. Don't forget to write about your favorite movie.</w:t>
      </w:r>
    </w:p>
    <w:p>
      <w:pPr>
        <w:ind w:left="340"/>
      </w:pPr>
      <w:r>
        <w:t>See you!</w:t>
      </w:r>
    </w:p>
    <w:p>
      <w:pPr>
        <w:ind w:left="340"/>
      </w:pPr>
      <w:r>
        <w:t>– Ana</w:t>
      </w:r>
    </w:p>
    <w:p>
      <w:pPr>
        <w:keepNext/>
        <w:spacing w:before="120"/>
      </w:pPr>
      <w:r>
        <w:t>1. What is the e-mail about?</w:t>
      </w:r>
    </w:p>
    <w:p>
      <w:pPr>
        <w:spacing w:after="0"/>
        <w:ind w:left="454"/>
      </w:pPr>
      <w:r>
        <w:t>(   ) a) An invitation to the movies</w:t>
      </w:r>
    </w:p>
    <w:p>
      <w:pPr>
        <w:spacing w:after="0"/>
        <w:ind w:left="454"/>
      </w:pPr>
      <w:r>
        <w:t>(   ) b) A reminder about the English homework</w:t>
      </w:r>
    </w:p>
    <w:p>
      <w:pPr>
        <w:spacing w:after="0"/>
        <w:ind w:left="454"/>
      </w:pPr>
      <w:r>
        <w:t>(   ) c) A test on Wednesday</w:t>
      </w:r>
    </w:p>
    <w:p>
      <w:pPr>
        <w:keepNext/>
        <w:spacing w:before="120"/>
      </w:pPr>
      <w:r>
        <w:t>2. What is the topic of the homework?</w:t>
      </w:r>
    </w:p>
    <w:p>
      <w:pPr>
        <w:spacing w:after="0"/>
        <w:ind w:left="454"/>
      </w:pPr>
      <w:r>
        <w:t>(   ) a) Your favorite movie</w:t>
      </w:r>
    </w:p>
    <w:p>
      <w:pPr>
        <w:spacing w:after="0"/>
        <w:ind w:left="454"/>
      </w:pPr>
      <w:r>
        <w:t>(   ) b) Your favorite book</w:t>
      </w:r>
    </w:p>
    <w:p>
      <w:pPr>
        <w:spacing w:after="0"/>
        <w:ind w:left="454"/>
      </w:pPr>
      <w:r>
        <w:t>(   ) c) Your family</w:t>
      </w:r>
    </w:p>
    <w:p>
      <w:pPr>
        <w:keepNext/>
        <w:spacing w:before="120"/>
      </w:pPr>
      <w:r>
        <w:t>3. When is the homework due?</w:t>
      </w:r>
    </w:p>
    <w:p>
      <w:pPr>
        <w:spacing w:after="0"/>
        <w:ind w:left="454"/>
      </w:pPr>
      <w:r>
        <w:t>(   ) a) By Monday</w:t>
      </w:r>
    </w:p>
    <w:p>
      <w:pPr>
        <w:spacing w:after="0"/>
        <w:ind w:left="454"/>
      </w:pPr>
      <w:r>
        <w:t>(   ) b) By Friday</w:t>
      </w:r>
    </w:p>
    <w:p>
      <w:pPr>
        <w:spacing w:after="0"/>
        <w:ind w:left="454"/>
      </w:pPr>
      <w:r>
        <w:t>(   ) c) By Wednesday</w:t>
      </w:r>
    </w:p>
    <w:p>
      <w:pPr>
        <w:pStyle w:val="Heading2"/>
      </w:pPr>
      <w:r>
        <w:t>2. Poster</w:t>
      </w:r>
    </w:p>
    <w:p>
      <w:r>
        <w:rPr>
          <w:i/>
        </w:rPr>
        <w:t>Read the poster and choose the correct answer.</w:t>
      </w:r>
    </w:p>
    <w:p>
      <w:r>
        <w:rPr>
          <w:b/>
        </w:rPr>
        <w:t>🌍 English Club Meeting!</w:t>
      </w:r>
    </w:p>
    <w:p>
      <w:pPr>
        <w:ind w:left="340"/>
      </w:pPr>
      <w:r>
        <w:t>Come practice English with your friends!</w:t>
      </w:r>
    </w:p>
    <w:p>
      <w:pPr>
        <w:ind w:left="340"/>
      </w:pPr>
      <w:r>
        <w:t>📅 Every Friday</w:t>
      </w:r>
    </w:p>
    <w:p>
      <w:pPr>
        <w:ind w:left="340"/>
      </w:pPr>
      <w:r>
        <w:t>🕓 4 p.m. – Room 5</w:t>
      </w:r>
    </w:p>
    <w:p>
      <w:pPr>
        <w:ind w:left="340"/>
      </w:pPr>
      <w:r>
        <w:t>🎉 Games, music, and fun!</w:t>
      </w:r>
    </w:p>
    <w:p>
      <w:pPr>
        <w:keepNext/>
        <w:spacing w:before="120"/>
      </w:pPr>
      <w:r>
        <w:t>1. What is the purpose of the poster?</w:t>
      </w:r>
    </w:p>
    <w:p>
      <w:pPr>
        <w:spacing w:after="0"/>
        <w:ind w:left="454"/>
      </w:pPr>
      <w:r>
        <w:t>(   ) a) To sell English books</w:t>
      </w:r>
    </w:p>
    <w:p>
      <w:pPr>
        <w:spacing w:after="0"/>
        <w:ind w:left="454"/>
      </w:pPr>
      <w:r>
        <w:t>(   ) b) To announce an English test</w:t>
      </w:r>
    </w:p>
    <w:p>
      <w:pPr>
        <w:spacing w:after="0"/>
        <w:ind w:left="454"/>
      </w:pPr>
      <w:r>
        <w:t>(   ) c) To invite students to the English Club</w:t>
      </w:r>
    </w:p>
    <w:p>
      <w:pPr>
        <w:keepNext/>
        <w:spacing w:before="120"/>
      </w:pPr>
      <w:r>
        <w:t>2. When does the meeting happen?</w:t>
      </w:r>
    </w:p>
    <w:p>
      <w:pPr>
        <w:spacing w:after="0"/>
        <w:ind w:left="454"/>
      </w:pPr>
      <w:r>
        <w:t>(   ) a) Every Friday at 4 p.m.</w:t>
      </w:r>
    </w:p>
    <w:p>
      <w:pPr>
        <w:spacing w:after="0"/>
        <w:ind w:left="454"/>
      </w:pPr>
      <w:r>
        <w:t>(   ) b) Every Monday at 5 p.m.</w:t>
      </w:r>
    </w:p>
    <w:p>
      <w:pPr>
        <w:spacing w:after="0"/>
        <w:ind w:left="454"/>
      </w:pPr>
      <w:r>
        <w:t>(   ) c) Only once, on Friday</w:t>
      </w:r>
    </w:p>
    <w:p>
      <w:pPr>
        <w:keepNext/>
        <w:spacing w:before="120"/>
      </w:pPr>
      <w:r>
        <w:t>3. Where is the meeting?</w:t>
      </w:r>
    </w:p>
    <w:p>
      <w:pPr>
        <w:spacing w:after="0"/>
        <w:ind w:left="454"/>
      </w:pPr>
      <w:r>
        <w:t>(   ) a) In the library</w:t>
      </w:r>
    </w:p>
    <w:p>
      <w:pPr>
        <w:spacing w:after="0"/>
        <w:ind w:left="454"/>
      </w:pPr>
      <w:r>
        <w:t>(   ) b) In Room 5</w:t>
      </w:r>
    </w:p>
    <w:p>
      <w:pPr>
        <w:spacing w:after="0"/>
        <w:ind w:left="454"/>
      </w:pPr>
      <w:r>
        <w:t>(   ) c) In the school yard</w:t>
      </w:r>
    </w:p>
    <w:p>
      <w:pPr>
        <w:pStyle w:val="Heading2"/>
      </w:pPr>
      <w:r>
        <w:t>3. Text message</w:t>
      </w:r>
    </w:p>
    <w:p>
      <w:r>
        <w:rPr>
          <w:i/>
        </w:rPr>
        <w:t>Read the message and choose the correct answer.</w:t>
      </w:r>
    </w:p>
    <w:p>
      <w:r>
        <w:rPr>
          <w:b/>
        </w:rPr>
        <w:t>Message</w:t>
      </w:r>
    </w:p>
    <w:p>
      <w:pPr>
        <w:ind w:left="340"/>
      </w:pPr>
      <w:r>
        <w:t>Hey! I'm going to the bookstore after class. Want to come with me? They have new comic books and some English magazines!</w:t>
      </w:r>
    </w:p>
    <w:p>
      <w:pPr>
        <w:keepNext/>
        <w:spacing w:before="120"/>
      </w:pPr>
      <w:r>
        <w:t>1. Where is the person going?</w:t>
      </w:r>
    </w:p>
    <w:p>
      <w:pPr>
        <w:spacing w:after="0"/>
        <w:ind w:left="454"/>
      </w:pPr>
      <w:r>
        <w:t>(   ) a) To the bookstore</w:t>
      </w:r>
    </w:p>
    <w:p>
      <w:pPr>
        <w:spacing w:after="0"/>
        <w:ind w:left="454"/>
      </w:pPr>
      <w:r>
        <w:t>(   ) b) To the library</w:t>
      </w:r>
    </w:p>
    <w:p>
      <w:pPr>
        <w:spacing w:after="0"/>
        <w:ind w:left="454"/>
      </w:pPr>
      <w:r>
        <w:t>(   ) c) To the movies</w:t>
      </w:r>
    </w:p>
    <w:p>
      <w:pPr>
        <w:keepNext/>
        <w:spacing w:before="120"/>
      </w:pPr>
      <w:r>
        <w:t>2. What is the main purpose of the message?</w:t>
      </w:r>
    </w:p>
    <w:p>
      <w:pPr>
        <w:spacing w:after="0"/>
        <w:ind w:left="454"/>
      </w:pPr>
      <w:r>
        <w:t>(   ) a) To ask for money</w:t>
      </w:r>
    </w:p>
    <w:p>
      <w:pPr>
        <w:spacing w:after="0"/>
        <w:ind w:left="454"/>
      </w:pPr>
      <w:r>
        <w:t>(   ) b) To invite a friend to go along</w:t>
      </w:r>
    </w:p>
    <w:p>
      <w:pPr>
        <w:spacing w:after="0"/>
        <w:ind w:left="454"/>
      </w:pPr>
      <w:r>
        <w:t>(   ) c) To cancel a meeting</w:t>
      </w:r>
    </w:p>
    <w:p>
      <w:pPr>
        <w:keepNext/>
        <w:spacing w:before="120"/>
      </w:pPr>
      <w:r>
        <w:t>3. What do they mention the bookstore has?</w:t>
      </w:r>
    </w:p>
    <w:p>
      <w:pPr>
        <w:spacing w:after="0"/>
        <w:ind w:left="454"/>
      </w:pPr>
      <w:r>
        <w:t>(   ) a) Video games and posters</w:t>
      </w:r>
    </w:p>
    <w:p>
      <w:pPr>
        <w:spacing w:after="0"/>
        <w:ind w:left="454"/>
      </w:pPr>
      <w:r>
        <w:t>(   ) b) School uniforms</w:t>
      </w:r>
    </w:p>
    <w:p>
      <w:pPr>
        <w:spacing w:after="0"/>
        <w:ind w:left="454"/>
      </w:pPr>
      <w:r>
        <w:t>(   ) c) New comic books and English magazines</w:t>
      </w:r>
    </w:p>
    <w:p>
      <w:pPr>
        <w:pStyle w:val="Heading2"/>
      </w:pPr>
      <w:r>
        <w:t>4. Text genres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Which text uses emojis and short lines to give information quickly to many people?</w:t>
      </w:r>
    </w:p>
    <w:p>
      <w:pPr>
        <w:spacing w:after="0"/>
        <w:ind w:left="454"/>
      </w:pPr>
      <w:r>
        <w:t>(   ) a) The e-mail</w:t>
      </w:r>
    </w:p>
    <w:p>
      <w:pPr>
        <w:spacing w:after="0"/>
        <w:ind w:left="454"/>
      </w:pPr>
      <w:r>
        <w:t>(   ) b) The poster</w:t>
      </w:r>
    </w:p>
    <w:p>
      <w:pPr>
        <w:spacing w:after="0"/>
        <w:ind w:left="454"/>
      </w:pPr>
      <w:r>
        <w:t>(   ) c) The text message</w:t>
      </w:r>
    </w:p>
    <w:p>
      <w:pPr>
        <w:keepNext/>
        <w:spacing w:before="120"/>
      </w:pPr>
      <w:r>
        <w:t>2. Which text has a subject line?</w:t>
      </w:r>
    </w:p>
    <w:p>
      <w:pPr>
        <w:spacing w:after="0"/>
        <w:ind w:left="454"/>
      </w:pPr>
      <w:r>
        <w:t>(   ) a) The e-mail</w:t>
      </w:r>
    </w:p>
    <w:p>
      <w:pPr>
        <w:spacing w:after="0"/>
        <w:ind w:left="454"/>
      </w:pPr>
      <w:r>
        <w:t>(   ) b) The poster</w:t>
      </w:r>
    </w:p>
    <w:p>
      <w:pPr>
        <w:spacing w:after="0"/>
        <w:ind w:left="454"/>
      </w:pPr>
      <w:r>
        <w:t>(   ) c) The text message</w:t>
      </w:r>
    </w:p>
    <w:p>
      <w:pPr>
        <w:keepNext/>
        <w:spacing w:before="120"/>
      </w:pPr>
      <w:r>
        <w:t>3. "Want to come with me?" is a short, informal way of saying:</w:t>
      </w:r>
    </w:p>
    <w:p>
      <w:pPr>
        <w:spacing w:after="0"/>
        <w:ind w:left="454"/>
      </w:pPr>
      <w:r>
        <w:t>(   ) a) Do you want to come with me?</w:t>
      </w:r>
    </w:p>
    <w:p>
      <w:pPr>
        <w:spacing w:after="0"/>
        <w:ind w:left="454"/>
      </w:pPr>
      <w:r>
        <w:t>(   ) b) You must come with me.</w:t>
      </w:r>
    </w:p>
    <w:p>
      <w:pPr>
        <w:spacing w:after="0"/>
        <w:ind w:left="454"/>
      </w:pPr>
      <w:r>
        <w:t>(   ) c) Did you come with me?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Short e-mail</w:t>
      </w:r>
    </w:p>
    <w:p>
      <w:pPr>
        <w:spacing w:after="0"/>
      </w:pPr>
      <w:r>
        <w:t>1) b) A reminder about the English homework</w:t>
      </w:r>
    </w:p>
    <w:p>
      <w:pPr>
        <w:spacing w:after="0"/>
      </w:pPr>
      <w:r>
        <w:t>2) a) Your favorite movie</w:t>
      </w:r>
    </w:p>
    <w:p>
      <w:pPr>
        <w:spacing w:after="0"/>
      </w:pPr>
      <w:r>
        <w:t>3) c) By Wednesday</w:t>
      </w:r>
    </w:p>
    <w:p>
      <w:r>
        <w:rPr>
          <w:b/>
        </w:rPr>
        <w:t>2. Poster</w:t>
      </w:r>
    </w:p>
    <w:p>
      <w:pPr>
        <w:spacing w:after="0"/>
      </w:pPr>
      <w:r>
        <w:t>1) c) To invite students to the English Club</w:t>
      </w:r>
    </w:p>
    <w:p>
      <w:pPr>
        <w:spacing w:after="0"/>
      </w:pPr>
      <w:r>
        <w:t>2) a) Every Friday at 4 p.m.</w:t>
      </w:r>
    </w:p>
    <w:p>
      <w:pPr>
        <w:spacing w:after="0"/>
      </w:pPr>
      <w:r>
        <w:t>3) b) In Room 5</w:t>
      </w:r>
    </w:p>
    <w:p>
      <w:r>
        <w:rPr>
          <w:b/>
        </w:rPr>
        <w:t>3. Text message</w:t>
      </w:r>
    </w:p>
    <w:p>
      <w:pPr>
        <w:spacing w:after="0"/>
      </w:pPr>
      <w:r>
        <w:t>1) a) To the bookstore</w:t>
      </w:r>
    </w:p>
    <w:p>
      <w:pPr>
        <w:spacing w:after="0"/>
      </w:pPr>
      <w:r>
        <w:t>2) b) To invite a friend to go along</w:t>
      </w:r>
    </w:p>
    <w:p>
      <w:pPr>
        <w:spacing w:after="0"/>
      </w:pPr>
      <w:r>
        <w:t>3) c) New comic books and English magazines</w:t>
      </w:r>
    </w:p>
    <w:p>
      <w:r>
        <w:rPr>
          <w:b/>
        </w:rPr>
        <w:t>4. Text genres</w:t>
      </w:r>
    </w:p>
    <w:p>
      <w:pPr>
        <w:spacing w:after="0"/>
      </w:pPr>
      <w:r>
        <w:t>1) b) The poster</w:t>
      </w:r>
    </w:p>
    <w:p>
      <w:pPr>
        <w:spacing w:after="0"/>
      </w:pPr>
      <w:r>
        <w:t>2) a) The e-mail</w:t>
      </w:r>
    </w:p>
    <w:p>
      <w:pPr>
        <w:spacing w:after="0"/>
      </w:pPr>
      <w:r>
        <w:t>3) a) Do you want to come with me?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