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Gêneros digitais: posts, mensagens e abreviações</w:t>
      </w:r>
    </w:p>
    <w:p>
      <w:r>
        <w:rPr>
          <w:color w:val="6B6B6B"/>
          <w:sz w:val="18"/>
        </w:rPr>
        <w:t>9º ano · Text genres (gêneros textuais) · BNCC: EF09LI13, EF09LI08</w:t>
      </w:r>
    </w:p>
    <w:p>
      <w:pPr>
        <w:pStyle w:val="Heading2"/>
      </w:pPr>
      <w:r>
        <w:t>1. Reading</w:t>
      </w:r>
    </w:p>
    <w:p>
      <w:r>
        <w:rPr>
          <w:i/>
        </w:rPr>
        <w:t>Read the group chat and choose the correct answer.</w:t>
      </w:r>
    </w:p>
    <w:p>
      <w:r>
        <w:rPr>
          <w:b/>
        </w:rPr>
        <w:t>Group chat: 9B Friends</w:t>
      </w:r>
    </w:p>
    <w:p>
      <w:pPr>
        <w:ind w:left="340"/>
      </w:pPr>
      <w:r>
        <w:t>Caio: hey guys, r u going to the fair 2morrow? 🎡</w:t>
      </w:r>
    </w:p>
    <w:p>
      <w:pPr>
        <w:ind w:left="340"/>
      </w:pPr>
      <w:r>
        <w:t>Leticia: idk... I have 2 study 4 the math test 😩</w:t>
      </w:r>
    </w:p>
    <w:p>
      <w:pPr>
        <w:ind w:left="340"/>
      </w:pPr>
      <w:r>
        <w:t>Caio: omg, the test is on fri, not 2morrow lol</w:t>
      </w:r>
    </w:p>
    <w:p>
      <w:pPr>
        <w:ind w:left="340"/>
      </w:pPr>
      <w:r>
        <w:t>Leticia: rly?? thx!!! then I'm in 😄</w:t>
      </w:r>
    </w:p>
    <w:p>
      <w:pPr>
        <w:ind w:left="340"/>
      </w:pPr>
      <w:r>
        <w:t>João: me 2! c u at the entrance at 3pm?</w:t>
      </w:r>
    </w:p>
    <w:p>
      <w:pPr>
        <w:ind w:left="340"/>
      </w:pPr>
      <w:r>
        <w:t>Caio: ok, btw bring money, the tickets r R$10</w:t>
      </w:r>
    </w:p>
    <w:p>
      <w:pPr>
        <w:ind w:left="340"/>
      </w:pPr>
      <w:r>
        <w:t>Leticia: np. brb, my mom is calling</w:t>
      </w:r>
    </w:p>
    <w:p>
      <w:pPr>
        <w:keepNext/>
        <w:spacing w:before="120"/>
      </w:pPr>
      <w:r>
        <w:t>1. In the chat, "2morrow" means...</w:t>
      </w:r>
    </w:p>
    <w:p>
      <w:pPr>
        <w:spacing w:after="0"/>
        <w:ind w:left="454"/>
      </w:pPr>
      <w:r>
        <w:t>(   ) a) today.</w:t>
      </w:r>
    </w:p>
    <w:p>
      <w:pPr>
        <w:spacing w:after="0"/>
        <w:ind w:left="454"/>
      </w:pPr>
      <w:r>
        <w:t>(   ) b) tomorrow.</w:t>
      </w:r>
    </w:p>
    <w:p>
      <w:pPr>
        <w:spacing w:after="0"/>
        <w:ind w:left="454"/>
      </w:pPr>
      <w:r>
        <w:t>(   ) c) two mornings.</w:t>
      </w:r>
    </w:p>
    <w:p>
      <w:pPr>
        <w:keepNext/>
        <w:spacing w:before="120"/>
      </w:pPr>
      <w:r>
        <w:t>2. "idk" means...</w:t>
      </w:r>
    </w:p>
    <w:p>
      <w:pPr>
        <w:spacing w:after="0"/>
        <w:ind w:left="454"/>
      </w:pPr>
      <w:r>
        <w:t>(   ) a) I don't know.</w:t>
      </w:r>
    </w:p>
    <w:p>
      <w:pPr>
        <w:spacing w:after="0"/>
        <w:ind w:left="454"/>
      </w:pPr>
      <w:r>
        <w:t>(   ) b) I did it.</w:t>
      </w:r>
    </w:p>
    <w:p>
      <w:pPr>
        <w:spacing w:after="0"/>
        <w:ind w:left="454"/>
      </w:pPr>
      <w:r>
        <w:t>(   ) c) I'm doing OK.</w:t>
      </w:r>
    </w:p>
    <w:p>
      <w:pPr>
        <w:keepNext/>
        <w:spacing w:before="120"/>
      </w:pPr>
      <w:r>
        <w:t>3. When is the math test?</w:t>
      </w:r>
    </w:p>
    <w:p>
      <w:pPr>
        <w:spacing w:after="0"/>
        <w:ind w:left="454"/>
      </w:pPr>
      <w:r>
        <w:t>(   ) a) Today</w:t>
      </w:r>
    </w:p>
    <w:p>
      <w:pPr>
        <w:spacing w:after="0"/>
        <w:ind w:left="454"/>
      </w:pPr>
      <w:r>
        <w:t>(   ) b) Tomorrow</w:t>
      </w:r>
    </w:p>
    <w:p>
      <w:pPr>
        <w:spacing w:after="0"/>
        <w:ind w:left="454"/>
      </w:pPr>
      <w:r>
        <w:t>(   ) c) On Friday</w:t>
      </w:r>
    </w:p>
    <w:p>
      <w:pPr>
        <w:keepNext/>
        <w:spacing w:before="120"/>
      </w:pPr>
      <w:r>
        <w:t>4. Why does Leticia write "thx!!!"?</w:t>
      </w:r>
    </w:p>
    <w:p>
      <w:pPr>
        <w:spacing w:after="0"/>
        <w:ind w:left="454"/>
      </w:pPr>
      <w:r>
        <w:t>(   ) a) She is saying goodbye.</w:t>
      </w:r>
    </w:p>
    <w:p>
      <w:pPr>
        <w:spacing w:after="0"/>
        <w:ind w:left="454"/>
      </w:pPr>
      <w:r>
        <w:t>(   ) b) She is thanking Caio for the information.</w:t>
      </w:r>
    </w:p>
    <w:p>
      <w:pPr>
        <w:spacing w:after="0"/>
        <w:ind w:left="454"/>
      </w:pPr>
      <w:r>
        <w:t>(   ) c) She is angry with Caio.</w:t>
      </w:r>
    </w:p>
    <w:p>
      <w:pPr>
        <w:keepNext/>
        <w:spacing w:before="120"/>
      </w:pPr>
      <w:r>
        <w:t>5. "brb" means...</w:t>
      </w:r>
    </w:p>
    <w:p>
      <w:pPr>
        <w:spacing w:after="0"/>
        <w:ind w:left="454"/>
      </w:pPr>
      <w:r>
        <w:t>(   ) a) be right back.</w:t>
      </w:r>
    </w:p>
    <w:p>
      <w:pPr>
        <w:spacing w:after="0"/>
        <w:ind w:left="454"/>
      </w:pPr>
      <w:r>
        <w:t>(   ) b) bring the books.</w:t>
      </w:r>
    </w:p>
    <w:p>
      <w:pPr>
        <w:spacing w:after="0"/>
        <w:ind w:left="454"/>
      </w:pPr>
      <w:r>
        <w:t>(   ) c) bye bye.</w:t>
      </w:r>
    </w:p>
    <w:p>
      <w:pPr>
        <w:pStyle w:val="Heading2"/>
      </w:pPr>
      <w:r>
        <w:t>2. Write it in internet style</w:t>
      </w:r>
    </w:p>
    <w:p>
      <w:r>
        <w:rPr>
          <w:i/>
        </w:rPr>
        <w:t>Complete each message with the abbreviation from the box.</w:t>
      </w:r>
    </w:p>
    <w:p>
      <w:r>
        <w:rPr>
          <w:b/>
        </w:rPr>
        <w:t>Word bank:  thx  |  np  |  c u  |  omg  |  btw</w:t>
      </w:r>
    </w:p>
    <w:p>
      <w:pPr>
        <w:keepNext/>
        <w:spacing w:before="120"/>
      </w:pPr>
      <w:r>
        <w:t>1. Thanks for the help! → ______________ for the help!</w:t>
      </w:r>
    </w:p>
    <w:p>
      <w:pPr>
        <w:keepNext/>
        <w:spacing w:before="120"/>
      </w:pPr>
      <w:r>
        <w:t>2. No problem, I can help you. → ______________, I can help you.</w:t>
      </w:r>
    </w:p>
    <w:p>
      <w:pPr>
        <w:keepNext/>
        <w:spacing w:before="120"/>
      </w:pPr>
      <w:r>
        <w:t>3. See you tomorrow! → ______________ 2morrow!</w:t>
      </w:r>
    </w:p>
    <w:p>
      <w:pPr>
        <w:keepNext/>
        <w:spacing w:before="120"/>
      </w:pPr>
      <w:r>
        <w:t>4. Oh my God, I passed the test! → ______________, I passed the test!</w:t>
      </w:r>
    </w:p>
    <w:p>
      <w:pPr>
        <w:keepNext/>
        <w:spacing w:before="120"/>
      </w:pPr>
      <w:r>
        <w:t>5. By the way, what time is the party? → ______________, what time is the party?</w:t>
      </w:r>
    </w:p>
    <w:p>
      <w:pPr>
        <w:pStyle w:val="Heading2"/>
      </w:pPr>
      <w:r>
        <w:t>3. True or false?</w:t>
      </w:r>
    </w:p>
    <w:p>
      <w:r>
        <w:rPr>
          <w:i/>
        </w:rPr>
        <w:t>Mark T (true) or F (false) about digital writing.</w:t>
      </w:r>
    </w:p>
    <w:p>
      <w:pPr>
        <w:keepNext/>
        <w:spacing w:before="120"/>
      </w:pPr>
      <w:r>
        <w:t>1. In "4 the math test", the number 4 replaces the word "for".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In the chat, "lol" means "lots of love".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Internet abbreviations are appropriate in a formal email to the school principal.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4. Emojis can show feelings. For example, 😩 can show that someone is tired or frustrated.</w:t>
      </w:r>
    </w:p>
    <w:p>
      <w:pPr>
        <w:ind w:left="454"/>
      </w:pPr>
      <w:r>
        <w:t>(   ) True        (   ) False</w:t>
      </w:r>
    </w:p>
    <w:p>
      <w:pPr>
        <w:pStyle w:val="Heading2"/>
      </w:pPr>
      <w:r>
        <w:t>4. Digital genres</w:t>
      </w:r>
    </w:p>
    <w:p>
      <w:r>
        <w:rPr>
          <w:i/>
        </w:rPr>
        <w:t>Choose the correct answer.</w:t>
      </w:r>
    </w:p>
    <w:p>
      <w:pPr>
        <w:keepNext/>
        <w:spacing w:before="120"/>
      </w:pPr>
      <w:r>
        <w:t>1. Which text is most likely an Instagram post?</w:t>
      </w:r>
    </w:p>
    <w:p>
      <w:pPr>
        <w:spacing w:after="0"/>
        <w:ind w:left="454"/>
      </w:pPr>
      <w:r>
        <w:t>(   ) a) Dear Sir, I am writing to complain about the service.</w:t>
      </w:r>
    </w:p>
    <w:p>
      <w:pPr>
        <w:spacing w:after="0"/>
        <w:ind w:left="454"/>
      </w:pPr>
      <w:r>
        <w:t>(   ) b) Beach day with my besties ☀️🌊 #summer #friends</w:t>
      </w:r>
    </w:p>
    <w:p>
      <w:pPr>
        <w:spacing w:after="0"/>
        <w:ind w:left="454"/>
      </w:pPr>
      <w:r>
        <w:t>(   ) c) Mix two eggs with a cup of flour.</w:t>
      </w:r>
    </w:p>
    <w:p>
      <w:pPr>
        <w:keepNext/>
        <w:spacing w:before="120"/>
      </w:pPr>
      <w:r>
        <w:t>2. What is the main purpose of hashtags (#) in posts?</w:t>
      </w:r>
    </w:p>
    <w:p>
      <w:pPr>
        <w:spacing w:after="0"/>
        <w:ind w:left="454"/>
      </w:pPr>
      <w:r>
        <w:t>(   ) a) To group posts about the same topic.</w:t>
      </w:r>
    </w:p>
    <w:p>
      <w:pPr>
        <w:spacing w:after="0"/>
        <w:ind w:left="454"/>
      </w:pPr>
      <w:r>
        <w:t>(   ) b) To end a sentence.</w:t>
      </w:r>
    </w:p>
    <w:p>
      <w:pPr>
        <w:spacing w:after="0"/>
        <w:ind w:left="454"/>
      </w:pPr>
      <w:r>
        <w:t>(   ) c) To show the price of a product.</w:t>
      </w:r>
    </w:p>
    <w:p>
      <w:pPr>
        <w:keepNext/>
        <w:spacing w:before="120"/>
      </w:pPr>
      <w:r>
        <w:t>3. Which message is the most appropriate to send to a teacher?</w:t>
      </w:r>
    </w:p>
    <w:p>
      <w:pPr>
        <w:spacing w:after="0"/>
        <w:ind w:left="454"/>
      </w:pPr>
      <w:r>
        <w:t>(   ) a) hey teach, wats the hw?? lol</w:t>
      </w:r>
    </w:p>
    <w:p>
      <w:pPr>
        <w:spacing w:after="0"/>
        <w:ind w:left="454"/>
      </w:pPr>
      <w:r>
        <w:t>(   ) b) omg i 4got the hw sry</w:t>
      </w:r>
    </w:p>
    <w:p>
      <w:pPr>
        <w:spacing w:after="0"/>
        <w:ind w:left="454"/>
      </w:pPr>
      <w:r>
        <w:t>(   ) c) Good afternoon, Ms. Silva. Could you tell me what the homework is?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b) tomorrow.</w:t>
      </w:r>
    </w:p>
    <w:p>
      <w:pPr>
        <w:spacing w:after="0"/>
      </w:pPr>
      <w:r>
        <w:t>2) a) I don't know.</w:t>
      </w:r>
    </w:p>
    <w:p>
      <w:pPr>
        <w:spacing w:after="0"/>
      </w:pPr>
      <w:r>
        <w:t>3) c) On Friday</w:t>
      </w:r>
    </w:p>
    <w:p>
      <w:pPr>
        <w:spacing w:after="0"/>
      </w:pPr>
      <w:r>
        <w:t>4) b) She is thanking Caio for the information.</w:t>
      </w:r>
    </w:p>
    <w:p>
      <w:pPr>
        <w:spacing w:after="0"/>
      </w:pPr>
      <w:r>
        <w:t>5) a) be right back.</w:t>
      </w:r>
    </w:p>
    <w:p>
      <w:r>
        <w:rPr>
          <w:b/>
        </w:rPr>
        <w:t>2. Write it in internet style</w:t>
      </w:r>
    </w:p>
    <w:p>
      <w:pPr>
        <w:spacing w:after="0"/>
      </w:pPr>
      <w:r>
        <w:t>1) thx</w:t>
      </w:r>
    </w:p>
    <w:p>
      <w:pPr>
        <w:spacing w:after="0"/>
      </w:pPr>
      <w:r>
        <w:t>2) np</w:t>
      </w:r>
    </w:p>
    <w:p>
      <w:pPr>
        <w:spacing w:after="0"/>
      </w:pPr>
      <w:r>
        <w:t>3) c u</w:t>
      </w:r>
    </w:p>
    <w:p>
      <w:pPr>
        <w:spacing w:after="0"/>
      </w:pPr>
      <w:r>
        <w:t>4) omg</w:t>
      </w:r>
    </w:p>
    <w:p>
      <w:pPr>
        <w:spacing w:after="0"/>
      </w:pPr>
      <w:r>
        <w:t>5) btw</w:t>
      </w:r>
    </w:p>
    <w:p>
      <w:r>
        <w:rPr>
          <w:b/>
        </w:rPr>
        <w:t>3. True or false?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False</w:t>
      </w:r>
    </w:p>
    <w:p>
      <w:pPr>
        <w:spacing w:after="0"/>
      </w:pPr>
      <w:r>
        <w:t>4) True</w:t>
      </w:r>
    </w:p>
    <w:p>
      <w:r>
        <w:rPr>
          <w:b/>
        </w:rPr>
        <w:t>4. Digital genres</w:t>
      </w:r>
    </w:p>
    <w:p>
      <w:pPr>
        <w:spacing w:after="0"/>
      </w:pPr>
      <w:r>
        <w:t>1) b) Beach day with my besties ☀️🌊 #summer #friends</w:t>
      </w:r>
    </w:p>
    <w:p>
      <w:pPr>
        <w:spacing w:after="0"/>
      </w:pPr>
      <w:r>
        <w:t>2) a) To group posts about the same topic.</w:t>
      </w:r>
    </w:p>
    <w:p>
      <w:pPr>
        <w:spacing w:after="0"/>
      </w:pPr>
      <w:r>
        <w:t>3) c) Good afternoon, Ms. Silva. Could you tell me what the homework is?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