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Sarah's Morning: rotina e adjetivos</w:t>
      </w:r>
    </w:p>
    <w:p>
      <w:r>
        <w:rPr>
          <w:color w:val="6B6B6B"/>
          <w:sz w:val="18"/>
        </w:rPr>
        <w:t>4º ano e 5º ano · Daily routine (rotina)</w:t>
      </w:r>
    </w:p>
    <w:p>
      <w:pPr>
        <w:pStyle w:val="Heading2"/>
      </w:pPr>
      <w:r>
        <w:t>1. Reading: Sarah's morning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Sarah's Morning</w:t>
      </w:r>
    </w:p>
    <w:p>
      <w:pPr>
        <w:ind w:left="340"/>
      </w:pPr>
      <w:r>
        <w:t>Sarah wakes up at 6:30 a.m. every day. She brushes her teeth and takes a shower. After that, she eats breakfast with her family.</w:t>
      </w:r>
    </w:p>
    <w:p>
      <w:pPr>
        <w:ind w:left="340"/>
      </w:pPr>
      <w:r>
        <w:t>Then, she packs her school bag and leaves for school at 7:30 a.m. She enjoys her classes, especially English and Math.</w:t>
      </w:r>
    </w:p>
    <w:p>
      <w:pPr>
        <w:keepNext/>
        <w:spacing w:before="120"/>
      </w:pPr>
      <w:r>
        <w:t>1. ⏰  What time does Sarah wake up?</w:t>
      </w:r>
    </w:p>
    <w:p>
      <w:pPr>
        <w:spacing w:after="0"/>
        <w:ind w:left="454"/>
      </w:pPr>
      <w:r>
        <w:t>(   ) a) At 6:30 a.m.</w:t>
      </w:r>
    </w:p>
    <w:p>
      <w:pPr>
        <w:spacing w:after="0"/>
        <w:ind w:left="454"/>
      </w:pPr>
      <w:r>
        <w:t>(   ) b) At 7:30 a.m.</w:t>
      </w:r>
    </w:p>
    <w:p>
      <w:pPr>
        <w:spacing w:after="0"/>
        <w:ind w:left="454"/>
      </w:pPr>
      <w:r>
        <w:t>(   ) c) At 6:00 a.m.</w:t>
      </w:r>
    </w:p>
    <w:p>
      <w:pPr>
        <w:keepNext/>
        <w:spacing w:before="120"/>
      </w:pPr>
      <w:r>
        <w:t>2. 🚿  What does she do after brushing her teeth?</w:t>
      </w:r>
    </w:p>
    <w:p>
      <w:pPr>
        <w:spacing w:after="0"/>
        <w:ind w:left="454"/>
      </w:pPr>
      <w:r>
        <w:t>(   ) a) She eats lunch.</w:t>
      </w:r>
    </w:p>
    <w:p>
      <w:pPr>
        <w:spacing w:after="0"/>
        <w:ind w:left="454"/>
      </w:pPr>
      <w:r>
        <w:t>(   ) b) She takes a shower.</w:t>
      </w:r>
    </w:p>
    <w:p>
      <w:pPr>
        <w:spacing w:after="0"/>
        <w:ind w:left="454"/>
      </w:pPr>
      <w:r>
        <w:t>(   ) c) She goes to bed.</w:t>
      </w:r>
    </w:p>
    <w:p>
      <w:pPr>
        <w:keepNext/>
        <w:spacing w:before="120"/>
      </w:pPr>
      <w:r>
        <w:t>3. 🍳  Who does she eat breakfast with?</w:t>
      </w:r>
    </w:p>
    <w:p>
      <w:pPr>
        <w:spacing w:after="0"/>
        <w:ind w:left="454"/>
      </w:pPr>
      <w:r>
        <w:t>(   ) a) Her friends</w:t>
      </w:r>
    </w:p>
    <w:p>
      <w:pPr>
        <w:spacing w:after="0"/>
        <w:ind w:left="454"/>
      </w:pPr>
      <w:r>
        <w:t>(   ) b) Her teacher</w:t>
      </w:r>
    </w:p>
    <w:p>
      <w:pPr>
        <w:spacing w:after="0"/>
        <w:ind w:left="454"/>
      </w:pPr>
      <w:r>
        <w:t>(   ) c) Her family</w:t>
      </w:r>
    </w:p>
    <w:p>
      <w:pPr>
        <w:keepNext/>
        <w:spacing w:before="120"/>
      </w:pPr>
      <w:r>
        <w:t>4. 🎒  What time does she leave for school?</w:t>
      </w:r>
    </w:p>
    <w:p>
      <w:pPr>
        <w:spacing w:after="0"/>
        <w:ind w:left="454"/>
      </w:pPr>
      <w:r>
        <w:t>(   ) a) At 8:00 a.m.</w:t>
      </w:r>
    </w:p>
    <w:p>
      <w:pPr>
        <w:spacing w:after="0"/>
        <w:ind w:left="454"/>
      </w:pPr>
      <w:r>
        <w:t>(   ) b) At 7:30 a.m.</w:t>
      </w:r>
    </w:p>
    <w:p>
      <w:pPr>
        <w:spacing w:after="0"/>
        <w:ind w:left="454"/>
      </w:pPr>
      <w:r>
        <w:t>(   ) c) At 6:30 a.m.</w:t>
      </w:r>
    </w:p>
    <w:p>
      <w:pPr>
        <w:keepNext/>
        <w:spacing w:before="120"/>
      </w:pPr>
      <w:r>
        <w:t>5. 📘  What are Sarah's favorite subjects?</w:t>
      </w:r>
    </w:p>
    <w:p>
      <w:pPr>
        <w:spacing w:after="0"/>
        <w:ind w:left="454"/>
      </w:pPr>
      <w:r>
        <w:t>(   ) a) English and Math</w:t>
      </w:r>
    </w:p>
    <w:p>
      <w:pPr>
        <w:spacing w:after="0"/>
        <w:ind w:left="454"/>
      </w:pPr>
      <w:r>
        <w:t>(   ) b) Science and Art</w:t>
      </w:r>
    </w:p>
    <w:p>
      <w:pPr>
        <w:spacing w:after="0"/>
        <w:ind w:left="454"/>
      </w:pPr>
      <w:r>
        <w:t>(   ) c) History and P.E.</w:t>
      </w:r>
    </w:p>
    <w:p>
      <w:pPr>
        <w:pStyle w:val="Heading2"/>
      </w:pPr>
      <w:r>
        <w:t>2. Adjectives</w:t>
      </w:r>
    </w:p>
    <w:p>
      <w:r>
        <w:rPr>
          <w:i/>
        </w:rPr>
        <w:t>Complete the sentences with the correct adjective.</w:t>
      </w:r>
    </w:p>
    <w:p>
      <w:r>
        <w:rPr>
          <w:b/>
        </w:rPr>
        <w:t>Word bank:  tall  |  small  |  fast  |  happy  |  cold</w:t>
      </w:r>
    </w:p>
    <w:p>
      <w:pPr>
        <w:keepNext/>
        <w:spacing w:before="120"/>
      </w:pPr>
      <w:r>
        <w:t>1. 🦒  The giraffe is very ______________.</w:t>
      </w:r>
    </w:p>
    <w:p>
      <w:pPr>
        <w:keepNext/>
        <w:spacing w:before="120"/>
      </w:pPr>
      <w:r>
        <w:t>2. 🍦  The ice cream is ______________. It comes from the freezer.</w:t>
      </w:r>
    </w:p>
    <w:p>
      <w:pPr>
        <w:keepNext/>
        <w:spacing w:before="120"/>
      </w:pPr>
      <w:r>
        <w:t>3. 😄  My little brother is ______________. He is always smiling.</w:t>
      </w:r>
    </w:p>
    <w:p>
      <w:pPr>
        <w:keepNext/>
        <w:spacing w:before="120"/>
      </w:pPr>
      <w:r>
        <w:t>4. 🐇  A rabbit is a very ______________ animal. It can run and jump very quickly!</w:t>
      </w:r>
    </w:p>
    <w:p>
      <w:pPr>
        <w:keepNext/>
        <w:spacing w:before="120"/>
      </w:pPr>
      <w:r>
        <w:t>5. 🏠  My house is ______________. It has only one room.</w:t>
      </w:r>
    </w:p>
    <w:p>
      <w:pPr>
        <w:pStyle w:val="Heading2"/>
      </w:pPr>
      <w:r>
        <w:t>3. True or false?</w:t>
      </w:r>
    </w:p>
    <w:p>
      <w:r>
        <w:rPr>
          <w:i/>
        </w:rPr>
        <w:t>Read about Sarah again. True or false?</w:t>
      </w:r>
    </w:p>
    <w:p>
      <w:pPr>
        <w:keepNext/>
        <w:spacing w:before="120"/>
      </w:pPr>
      <w:r>
        <w:t>1. Sarah packs her school bag before breakfast.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Sarah enjoys her classes.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Sarah takes a shower every day.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Reading: Sarah's morning</w:t>
      </w:r>
    </w:p>
    <w:p>
      <w:pPr>
        <w:spacing w:after="0"/>
      </w:pPr>
      <w:r>
        <w:t>1) a) At 6:30 a.m.</w:t>
      </w:r>
    </w:p>
    <w:p>
      <w:pPr>
        <w:spacing w:after="0"/>
      </w:pPr>
      <w:r>
        <w:t>2) b) She takes a shower.</w:t>
      </w:r>
    </w:p>
    <w:p>
      <w:pPr>
        <w:spacing w:after="0"/>
      </w:pPr>
      <w:r>
        <w:t>3) c) Her family</w:t>
      </w:r>
    </w:p>
    <w:p>
      <w:pPr>
        <w:spacing w:after="0"/>
      </w:pPr>
      <w:r>
        <w:t>4) b) At 7:30 a.m.</w:t>
      </w:r>
    </w:p>
    <w:p>
      <w:pPr>
        <w:spacing w:after="0"/>
      </w:pPr>
      <w:r>
        <w:t>5) a) English and Math</w:t>
      </w:r>
    </w:p>
    <w:p>
      <w:r>
        <w:rPr>
          <w:b/>
        </w:rPr>
        <w:t>2. Adjectives</w:t>
      </w:r>
    </w:p>
    <w:p>
      <w:pPr>
        <w:spacing w:after="0"/>
      </w:pPr>
      <w:r>
        <w:t>1) tall</w:t>
      </w:r>
    </w:p>
    <w:p>
      <w:pPr>
        <w:spacing w:after="0"/>
      </w:pPr>
      <w:r>
        <w:t>2) cold</w:t>
      </w:r>
    </w:p>
    <w:p>
      <w:pPr>
        <w:spacing w:after="0"/>
      </w:pPr>
      <w:r>
        <w:t>3) happy</w:t>
      </w:r>
    </w:p>
    <w:p>
      <w:pPr>
        <w:spacing w:after="0"/>
      </w:pPr>
      <w:r>
        <w:t>4) fast</w:t>
      </w:r>
    </w:p>
    <w:p>
      <w:pPr>
        <w:spacing w:after="0"/>
      </w:pPr>
      <w:r>
        <w:t>5) small</w:t>
      </w:r>
    </w:p>
    <w:p>
      <w:r>
        <w:rPr>
          <w:b/>
        </w:rPr>
        <w:t>3. True or false?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2025-03-19T00:00:00Z</dcterms:created>
  <dcterms:modified xsi:type="dcterms:W3CDTF">2025-03-19T00:00:00Z</dcterms:modified>
  <cp:category/>
</cp:coreProperties>
</file>