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Lucas's day: daily routine</w:t>
      </w:r>
    </w:p>
    <w:p>
      <w:r>
        <w:rPr>
          <w:color w:val="6B6B6B"/>
          <w:sz w:val="18"/>
        </w:rPr>
        <w:t>4º ano · Daily routine (rotina)</w:t>
      </w:r>
    </w:p>
    <w:p>
      <w:pPr>
        <w:pStyle w:val="Heading2"/>
      </w:pPr>
      <w:r>
        <w:t>1. Reading</w:t>
      </w:r>
    </w:p>
    <w:p>
      <w:r>
        <w:rPr>
          <w:i/>
        </w:rPr>
        <w:t>Read the text and choose the correct answer.</w:t>
      </w:r>
    </w:p>
    <w:p>
      <w:r>
        <w:rPr>
          <w:b/>
        </w:rPr>
        <w:t>Lucas's Day</w:t>
      </w:r>
    </w:p>
    <w:p>
      <w:pPr>
        <w:ind w:left="340"/>
      </w:pPr>
      <w:r>
        <w:t>My name is Lucas. I wake up at 7 o'clock. I brush my teeth and eat breakfast. Then I go to school. In the afternoon, I do my homework and play with my friends. At night, I have dinner and go to bed at 9 o'clock.</w:t>
      </w:r>
    </w:p>
    <w:p>
      <w:pPr>
        <w:keepNext/>
        <w:spacing w:before="120"/>
      </w:pPr>
      <w:r>
        <w:t>1. What time does Lucas wake up?</w:t>
      </w:r>
    </w:p>
    <w:p>
      <w:pPr>
        <w:spacing w:after="0"/>
        <w:ind w:left="454"/>
      </w:pPr>
      <w:r>
        <w:t>(   ) a) At 9 o'clock</w:t>
      </w:r>
    </w:p>
    <w:p>
      <w:pPr>
        <w:spacing w:after="0"/>
        <w:ind w:left="454"/>
      </w:pPr>
      <w:r>
        <w:t>(   ) b) At 7 o'clock</w:t>
      </w:r>
    </w:p>
    <w:p>
      <w:pPr>
        <w:spacing w:after="0"/>
        <w:ind w:left="454"/>
      </w:pPr>
      <w:r>
        <w:t>(   ) c) At 8 o'clock</w:t>
      </w:r>
    </w:p>
    <w:p>
      <w:pPr>
        <w:keepNext/>
        <w:spacing w:before="120"/>
      </w:pPr>
      <w:r>
        <w:t>2. What does he do after brushing his teeth?</w:t>
      </w:r>
    </w:p>
    <w:p>
      <w:pPr>
        <w:spacing w:after="0"/>
        <w:ind w:left="454"/>
      </w:pPr>
      <w:r>
        <w:t>(   ) a) He eats breakfast.</w:t>
      </w:r>
    </w:p>
    <w:p>
      <w:pPr>
        <w:spacing w:after="0"/>
        <w:ind w:left="454"/>
      </w:pPr>
      <w:r>
        <w:t>(   ) b) He goes to bed.</w:t>
      </w:r>
    </w:p>
    <w:p>
      <w:pPr>
        <w:spacing w:after="0"/>
        <w:ind w:left="454"/>
      </w:pPr>
      <w:r>
        <w:t>(   ) c) He plays video games.</w:t>
      </w:r>
    </w:p>
    <w:p>
      <w:pPr>
        <w:keepNext/>
        <w:spacing w:before="120"/>
      </w:pPr>
      <w:r>
        <w:t>3. What does he do in the afternoon?</w:t>
      </w:r>
    </w:p>
    <w:p>
      <w:pPr>
        <w:spacing w:after="0"/>
        <w:ind w:left="454"/>
      </w:pPr>
      <w:r>
        <w:t>(   ) a) He has dinner.</w:t>
      </w:r>
    </w:p>
    <w:p>
      <w:pPr>
        <w:spacing w:after="0"/>
        <w:ind w:left="454"/>
      </w:pPr>
      <w:r>
        <w:t>(   ) b) He sleeps.</w:t>
      </w:r>
    </w:p>
    <w:p>
      <w:pPr>
        <w:spacing w:after="0"/>
        <w:ind w:left="454"/>
      </w:pPr>
      <w:r>
        <w:t>(   ) c) He does his homework and plays with his friends.</w:t>
      </w:r>
    </w:p>
    <w:p>
      <w:pPr>
        <w:keepNext/>
        <w:spacing w:before="120"/>
      </w:pPr>
      <w:r>
        <w:t>4. What time does he go to bed?</w:t>
      </w:r>
    </w:p>
    <w:p>
      <w:pPr>
        <w:spacing w:after="0"/>
        <w:ind w:left="454"/>
      </w:pPr>
      <w:r>
        <w:t>(   ) a) At 9 o'clock</w:t>
      </w:r>
    </w:p>
    <w:p>
      <w:pPr>
        <w:spacing w:after="0"/>
        <w:ind w:left="454"/>
      </w:pPr>
      <w:r>
        <w:t>(   ) b) At 7 o'clock</w:t>
      </w:r>
    </w:p>
    <w:p>
      <w:pPr>
        <w:spacing w:after="0"/>
        <w:ind w:left="454"/>
      </w:pPr>
      <w:r>
        <w:t>(   ) c) At 10 o'clock</w:t>
      </w:r>
    </w:p>
    <w:p>
      <w:pPr>
        <w:pStyle w:val="Heading2"/>
      </w:pPr>
      <w:r>
        <w:t>2. Routine verbs</w:t>
      </w:r>
    </w:p>
    <w:p>
      <w:r>
        <w:rPr>
          <w:i/>
        </w:rPr>
        <w:t>Complete with the correct verb.</w:t>
      </w:r>
    </w:p>
    <w:p>
      <w:r>
        <w:rPr>
          <w:b/>
        </w:rPr>
        <w:t>Word bank:  go  |  does  |  play  |  wakes up  |  sleep</w:t>
      </w:r>
    </w:p>
    <w:p>
      <w:pPr>
        <w:keepNext/>
        <w:spacing w:before="120"/>
      </w:pPr>
      <w:r>
        <w:t>1. I ______________ to school every day.</w:t>
      </w:r>
    </w:p>
    <w:p>
      <w:pPr>
        <w:keepNext/>
        <w:spacing w:before="120"/>
      </w:pPr>
      <w:r>
        <w:t>2. She ______________ her homework after school.</w:t>
      </w:r>
    </w:p>
    <w:p>
      <w:pPr>
        <w:keepNext/>
        <w:spacing w:before="120"/>
      </w:pPr>
      <w:r>
        <w:t>3. They ______________ with their friends in the park.</w:t>
      </w:r>
    </w:p>
    <w:p>
      <w:pPr>
        <w:keepNext/>
        <w:spacing w:before="120"/>
      </w:pPr>
      <w:r>
        <w:t>4. He ______________ at 7 o'clock in the morning.</w:t>
      </w:r>
    </w:p>
    <w:p>
      <w:pPr>
        <w:keepNext/>
        <w:spacing w:before="120"/>
      </w:pPr>
      <w:r>
        <w:t>5. We ______________ in our beds at night.</w:t>
      </w:r>
    </w:p>
    <w:p>
      <w:pPr>
        <w:pStyle w:val="Heading2"/>
      </w:pPr>
      <w:r>
        <w:t>3. The order of the day</w:t>
      </w:r>
    </w:p>
    <w:p>
      <w:r>
        <w:rPr>
          <w:i/>
        </w:rPr>
        <w:t>Think about Lucas's day. True or false?</w:t>
      </w:r>
    </w:p>
    <w:p>
      <w:pPr>
        <w:keepNext/>
        <w:spacing w:before="120"/>
      </w:pPr>
      <w:r>
        <w:t>1. Lucas wakes up first, and then he goes to school.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Lucas has dinner before he goes to school.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Lucas does his homework after school.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4. Lucas goes to bed before dinner.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b) At 7 o'clock</w:t>
      </w:r>
    </w:p>
    <w:p>
      <w:pPr>
        <w:spacing w:after="0"/>
      </w:pPr>
      <w:r>
        <w:t>2) a) He eats breakfast.</w:t>
      </w:r>
    </w:p>
    <w:p>
      <w:pPr>
        <w:spacing w:after="0"/>
      </w:pPr>
      <w:r>
        <w:t>3) c) He does his homework and plays with his friends.</w:t>
      </w:r>
    </w:p>
    <w:p>
      <w:pPr>
        <w:spacing w:after="0"/>
      </w:pPr>
      <w:r>
        <w:t>4) a) At 9 o'clock</w:t>
      </w:r>
    </w:p>
    <w:p>
      <w:r>
        <w:rPr>
          <w:b/>
        </w:rPr>
        <w:t>2. Routine verbs</w:t>
      </w:r>
    </w:p>
    <w:p>
      <w:pPr>
        <w:spacing w:after="0"/>
      </w:pPr>
      <w:r>
        <w:t>1) go</w:t>
      </w:r>
    </w:p>
    <w:p>
      <w:pPr>
        <w:spacing w:after="0"/>
      </w:pPr>
      <w:r>
        <w:t>2) does</w:t>
      </w:r>
    </w:p>
    <w:p>
      <w:pPr>
        <w:spacing w:after="0"/>
      </w:pPr>
      <w:r>
        <w:t>3) play</w:t>
      </w:r>
    </w:p>
    <w:p>
      <w:pPr>
        <w:spacing w:after="0"/>
      </w:pPr>
      <w:r>
        <w:t>4) wakes up</w:t>
      </w:r>
    </w:p>
    <w:p>
      <w:pPr>
        <w:spacing w:after="0"/>
      </w:pPr>
      <w:r>
        <w:t>5) sleep</w:t>
      </w:r>
    </w:p>
    <w:p>
      <w:r>
        <w:rPr>
          <w:b/>
        </w:rPr>
        <w:t>3. The order of the day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p>
      <w:pPr>
        <w:spacing w:after="0"/>
      </w:pPr>
      <w:r>
        <w:t>4) False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2026-08-10T00:00:00Z</dcterms:created>
  <dcterms:modified xsi:type="dcterms:W3CDTF">2026-08-10T00:00:00Z</dcterms:modified>
  <cp:category/>
</cp:coreProperties>
</file>