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Short i e short o: palavras CVC</w:t>
      </w:r>
    </w:p>
    <w:p>
      <w:r>
        <w:rPr>
          <w:color w:val="6B6B6B"/>
          <w:sz w:val="18"/>
        </w:rPr>
        <w:t>5 anos · Alphabet (alfabeto)</w:t>
      </w:r>
    </w:p>
    <w:p>
      <w:pPr>
        <w:pStyle w:val="Heading2"/>
      </w:pPr>
      <w:r>
        <w:t>1. Read and find</w:t>
      </w:r>
    </w:p>
    <w:p>
      <w:r>
        <w:rPr>
          <w:i/>
        </w:rPr>
        <w:t>Olhe a figura e escolha a palavra certa. (Read and find.)</w:t>
      </w:r>
    </w:p>
    <w:p>
      <w:pPr>
        <w:keepNext/>
        <w:spacing w:before="120"/>
      </w:pPr>
      <w:r>
        <w:t>1. 🐷  What is it?</w:t>
      </w:r>
    </w:p>
    <w:p>
      <w:pPr>
        <w:spacing w:after="0"/>
        <w:ind w:left="454"/>
      </w:pPr>
      <w:r>
        <w:t>(   ) a) pig</w:t>
      </w:r>
    </w:p>
    <w:p>
      <w:pPr>
        <w:spacing w:after="0"/>
        <w:ind w:left="454"/>
      </w:pPr>
      <w:r>
        <w:t>(   ) b) wig</w:t>
      </w:r>
    </w:p>
    <w:p>
      <w:pPr>
        <w:spacing w:after="0"/>
        <w:ind w:left="454"/>
      </w:pPr>
      <w:r>
        <w:t>(   ) c) fin</w:t>
      </w:r>
    </w:p>
    <w:p>
      <w:pPr>
        <w:keepNext/>
        <w:spacing w:before="120"/>
      </w:pPr>
      <w:r>
        <w:t>2. 🤐  What is it?</w:t>
      </w:r>
    </w:p>
    <w:p>
      <w:pPr>
        <w:spacing w:after="0"/>
        <w:ind w:left="454"/>
      </w:pPr>
      <w:r>
        <w:t>(   ) a) mix</w:t>
      </w:r>
    </w:p>
    <w:p>
      <w:pPr>
        <w:spacing w:after="0"/>
        <w:ind w:left="454"/>
      </w:pPr>
      <w:r>
        <w:t>(   ) b) zip</w:t>
      </w:r>
    </w:p>
    <w:p>
      <w:pPr>
        <w:spacing w:after="0"/>
        <w:ind w:left="454"/>
      </w:pPr>
      <w:r>
        <w:t>(   ) c) sit</w:t>
      </w:r>
    </w:p>
    <w:p>
      <w:pPr>
        <w:keepNext/>
        <w:spacing w:before="120"/>
      </w:pPr>
      <w:r>
        <w:t>3. 👄  What is it?</w:t>
      </w:r>
    </w:p>
    <w:p>
      <w:pPr>
        <w:spacing w:after="0"/>
        <w:ind w:left="454"/>
      </w:pPr>
      <w:r>
        <w:t>(   ) a) lid</w:t>
      </w:r>
    </w:p>
    <w:p>
      <w:pPr>
        <w:spacing w:after="0"/>
        <w:ind w:left="454"/>
      </w:pPr>
      <w:r>
        <w:t>(   ) b) pin</w:t>
      </w:r>
    </w:p>
    <w:p>
      <w:pPr>
        <w:spacing w:after="0"/>
        <w:ind w:left="454"/>
      </w:pPr>
      <w:r>
        <w:t>(   ) c) lip</w:t>
      </w:r>
    </w:p>
    <w:p>
      <w:pPr>
        <w:keepNext/>
        <w:spacing w:before="120"/>
      </w:pPr>
      <w:r>
        <w:t>4. 6️⃣  What number is it?</w:t>
      </w:r>
    </w:p>
    <w:p>
      <w:pPr>
        <w:spacing w:after="0"/>
        <w:ind w:left="454"/>
      </w:pPr>
      <w:r>
        <w:t>(   ) a) six</w:t>
      </w:r>
    </w:p>
    <w:p>
      <w:pPr>
        <w:spacing w:after="0"/>
        <w:ind w:left="454"/>
      </w:pPr>
      <w:r>
        <w:t>(   ) b) sit</w:t>
      </w:r>
    </w:p>
    <w:p>
      <w:pPr>
        <w:spacing w:after="0"/>
        <w:ind w:left="454"/>
      </w:pPr>
      <w:r>
        <w:t>(   ) c) fix</w:t>
      </w:r>
    </w:p>
    <w:p>
      <w:pPr>
        <w:keepNext/>
        <w:spacing w:before="120"/>
      </w:pPr>
      <w:r>
        <w:t>5. 🐶  What is it?</w:t>
      </w:r>
    </w:p>
    <w:p>
      <w:pPr>
        <w:spacing w:after="0"/>
        <w:ind w:left="454"/>
      </w:pPr>
      <w:r>
        <w:t>(   ) a) log</w:t>
      </w:r>
    </w:p>
    <w:p>
      <w:pPr>
        <w:spacing w:after="0"/>
        <w:ind w:left="454"/>
      </w:pPr>
      <w:r>
        <w:t>(   ) b) dog</w:t>
      </w:r>
    </w:p>
    <w:p>
      <w:pPr>
        <w:spacing w:after="0"/>
        <w:ind w:left="454"/>
      </w:pPr>
      <w:r>
        <w:t>(   ) c) box</w:t>
      </w:r>
    </w:p>
    <w:p>
      <w:pPr>
        <w:keepNext/>
        <w:spacing w:before="120"/>
      </w:pPr>
      <w:r>
        <w:t>6. 🦊  What is it?</w:t>
      </w:r>
    </w:p>
    <w:p>
      <w:pPr>
        <w:spacing w:after="0"/>
        <w:ind w:left="454"/>
      </w:pPr>
      <w:r>
        <w:t>(   ) a) fox</w:t>
      </w:r>
    </w:p>
    <w:p>
      <w:pPr>
        <w:spacing w:after="0"/>
        <w:ind w:left="454"/>
      </w:pPr>
      <w:r>
        <w:t>(   ) b) mop</w:t>
      </w:r>
    </w:p>
    <w:p>
      <w:pPr>
        <w:spacing w:after="0"/>
        <w:ind w:left="454"/>
      </w:pPr>
      <w:r>
        <w:t>(   ) c) cop</w:t>
      </w:r>
    </w:p>
    <w:p>
      <w:pPr>
        <w:keepNext/>
        <w:spacing w:before="120"/>
      </w:pPr>
      <w:r>
        <w:t>7. 📦  What is it?</w:t>
      </w:r>
    </w:p>
    <w:p>
      <w:pPr>
        <w:spacing w:after="0"/>
        <w:ind w:left="454"/>
      </w:pPr>
      <w:r>
        <w:t>(   ) a) cop</w:t>
      </w:r>
    </w:p>
    <w:p>
      <w:pPr>
        <w:spacing w:after="0"/>
        <w:ind w:left="454"/>
      </w:pPr>
      <w:r>
        <w:t>(   ) b) log</w:t>
      </w:r>
    </w:p>
    <w:p>
      <w:pPr>
        <w:spacing w:after="0"/>
        <w:ind w:left="454"/>
      </w:pPr>
      <w:r>
        <w:t>(   ) c) box</w:t>
      </w:r>
    </w:p>
    <w:p>
      <w:pPr>
        <w:keepNext/>
        <w:spacing w:before="120"/>
      </w:pPr>
      <w:r>
        <w:t>8. 👮  Who is it?</w:t>
      </w:r>
    </w:p>
    <w:p>
      <w:pPr>
        <w:spacing w:after="0"/>
        <w:ind w:left="454"/>
      </w:pPr>
      <w:r>
        <w:t>(   ) a) dog</w:t>
      </w:r>
    </w:p>
    <w:p>
      <w:pPr>
        <w:spacing w:after="0"/>
        <w:ind w:left="454"/>
      </w:pPr>
      <w:r>
        <w:t>(   ) b) cop</w:t>
      </w:r>
    </w:p>
    <w:p>
      <w:pPr>
        <w:spacing w:after="0"/>
        <w:ind w:left="454"/>
      </w:pPr>
      <w:r>
        <w:t>(   ) c) box</w:t>
      </w:r>
    </w:p>
    <w:p>
      <w:pPr>
        <w:keepNext/>
        <w:spacing w:before="120"/>
      </w:pPr>
      <w:r>
        <w:t>9. 🪵  What is it?</w:t>
      </w:r>
    </w:p>
    <w:p>
      <w:pPr>
        <w:spacing w:after="0"/>
        <w:ind w:left="454"/>
      </w:pPr>
      <w:r>
        <w:t>(   ) a) box</w:t>
      </w:r>
    </w:p>
    <w:p>
      <w:pPr>
        <w:spacing w:after="0"/>
        <w:ind w:left="454"/>
      </w:pPr>
      <w:r>
        <w:t>(   ) b) mop</w:t>
      </w:r>
    </w:p>
    <w:p>
      <w:pPr>
        <w:spacing w:after="0"/>
        <w:ind w:left="454"/>
      </w:pPr>
      <w:r>
        <w:t>(   ) c) log</w:t>
      </w:r>
    </w:p>
    <w:p>
      <w:pPr>
        <w:pStyle w:val="Heading2"/>
      </w:pPr>
      <w:r>
        <w:t>2. Short i or short o?</w:t>
      </w:r>
    </w:p>
    <w:p>
      <w:r>
        <w:rPr>
          <w:i/>
        </w:rPr>
        <w:t>A professora lê a palavra. Tem o som de i ou de o? (Short i or short o?)</w:t>
      </w:r>
    </w:p>
    <w:p>
      <w:pPr>
        <w:keepNext/>
        <w:spacing w:before="120"/>
      </w:pPr>
      <w:r>
        <w:t>1. 🐷  pig</w:t>
      </w:r>
    </w:p>
    <w:p>
      <w:pPr>
        <w:ind w:left="454"/>
      </w:pPr>
      <w:r>
        <w:t>(   ) short i        (   ) short o</w:t>
      </w:r>
    </w:p>
    <w:p>
      <w:pPr>
        <w:keepNext/>
        <w:spacing w:before="120"/>
      </w:pPr>
      <w:r>
        <w:t>2. mop</w:t>
      </w:r>
    </w:p>
    <w:p>
      <w:pPr>
        <w:ind w:left="454"/>
      </w:pPr>
      <w:r>
        <w:t>(   ) short i        (   ) short o</w:t>
      </w:r>
    </w:p>
    <w:p>
      <w:pPr>
        <w:keepNext/>
        <w:spacing w:before="120"/>
      </w:pPr>
      <w:r>
        <w:t>3. fin</w:t>
      </w:r>
    </w:p>
    <w:p>
      <w:pPr>
        <w:ind w:left="454"/>
      </w:pPr>
      <w:r>
        <w:t>(   ) short i        (   ) short o</w:t>
      </w:r>
    </w:p>
    <w:p>
      <w:pPr>
        <w:keepNext/>
        <w:spacing w:before="120"/>
      </w:pPr>
      <w:r>
        <w:t>4. 🦊  fox</w:t>
      </w:r>
    </w:p>
    <w:p>
      <w:pPr>
        <w:ind w:left="454"/>
      </w:pPr>
      <w:r>
        <w:t>(   ) short i        (   ) short o</w:t>
      </w:r>
    </w:p>
    <w:p>
      <w:pPr>
        <w:keepNext/>
        <w:spacing w:before="120"/>
      </w:pPr>
      <w:r>
        <w:t>5. mix</w:t>
      </w:r>
    </w:p>
    <w:p>
      <w:pPr>
        <w:ind w:left="454"/>
      </w:pPr>
      <w:r>
        <w:t>(   ) short i        (   ) short o</w:t>
      </w:r>
    </w:p>
    <w:p>
      <w:pPr>
        <w:keepNext/>
        <w:spacing w:before="120"/>
      </w:pPr>
      <w:r>
        <w:t>6. 🪵  log</w:t>
      </w:r>
    </w:p>
    <w:p>
      <w:pPr>
        <w:ind w:left="454"/>
      </w:pPr>
      <w:r>
        <w:t>(   ) short i        (   ) short 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 and find</w:t>
      </w:r>
    </w:p>
    <w:p>
      <w:pPr>
        <w:spacing w:after="0"/>
      </w:pPr>
      <w:r>
        <w:t>1) a) pig</w:t>
      </w:r>
    </w:p>
    <w:p>
      <w:pPr>
        <w:spacing w:after="0"/>
      </w:pPr>
      <w:r>
        <w:t>2) b) zip</w:t>
      </w:r>
    </w:p>
    <w:p>
      <w:pPr>
        <w:spacing w:after="0"/>
      </w:pPr>
      <w:r>
        <w:t>3) c) lip</w:t>
      </w:r>
    </w:p>
    <w:p>
      <w:pPr>
        <w:spacing w:after="0"/>
      </w:pPr>
      <w:r>
        <w:t>4) a) six</w:t>
      </w:r>
    </w:p>
    <w:p>
      <w:pPr>
        <w:spacing w:after="0"/>
      </w:pPr>
      <w:r>
        <w:t>5) b) dog</w:t>
      </w:r>
    </w:p>
    <w:p>
      <w:pPr>
        <w:spacing w:after="0"/>
      </w:pPr>
      <w:r>
        <w:t>6) a) fox</w:t>
      </w:r>
    </w:p>
    <w:p>
      <w:pPr>
        <w:spacing w:after="0"/>
      </w:pPr>
      <w:r>
        <w:t>7) c) box</w:t>
      </w:r>
    </w:p>
    <w:p>
      <w:pPr>
        <w:spacing w:after="0"/>
      </w:pPr>
      <w:r>
        <w:t>8) b) cop</w:t>
      </w:r>
    </w:p>
    <w:p>
      <w:pPr>
        <w:spacing w:after="0"/>
      </w:pPr>
      <w:r>
        <w:t>9) c) log</w:t>
      </w:r>
    </w:p>
    <w:p>
      <w:r>
        <w:rPr>
          <w:b/>
        </w:rPr>
        <w:t>2. Short i or short o?</w:t>
      </w:r>
    </w:p>
    <w:p>
      <w:pPr>
        <w:spacing w:after="0"/>
      </w:pPr>
      <w:r>
        <w:t>1) short i</w:t>
      </w:r>
    </w:p>
    <w:p>
      <w:pPr>
        <w:spacing w:after="0"/>
      </w:pPr>
      <w:r>
        <w:t>2) short o</w:t>
      </w:r>
    </w:p>
    <w:p>
      <w:pPr>
        <w:spacing w:after="0"/>
      </w:pPr>
      <w:r>
        <w:t>3) short i</w:t>
      </w:r>
    </w:p>
    <w:p>
      <w:pPr>
        <w:spacing w:after="0"/>
      </w:pPr>
      <w:r>
        <w:t>4) short o</w:t>
      </w:r>
    </w:p>
    <w:p>
      <w:pPr>
        <w:spacing w:after="0"/>
      </w:pPr>
      <w:r>
        <w:t>5) short i</w:t>
      </w:r>
    </w:p>
    <w:p>
      <w:pPr>
        <w:spacing w:after="0"/>
      </w:pPr>
      <w:r>
        <w:t>6) short 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2026-09-11T00:00:00Z</dcterms:created>
  <dcterms:modified xsi:type="dcterms:W3CDTF">2026-09-11T00:00:00Z</dcterms:modified>
  <cp:category/>
</cp:coreProperties>
</file>