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Conectivos (linking words): adição, contraste, causa e consequência</w:t>
      </w:r>
    </w:p>
    <w:p>
      <w:r>
        <w:rPr>
          <w:color w:val="6B6B6B"/>
          <w:sz w:val="18"/>
        </w:rPr>
        <w:t>1ª série e 2ª série · Connectives (linking words) · BNCC: EM13LGG403, EM13LGG103</w:t>
      </w:r>
    </w:p>
    <w:p>
      <w:pPr>
        <w:pStyle w:val="Heading2"/>
      </w:pPr>
      <w:r>
        <w:t>1. Reading</w:t>
      </w:r>
    </w:p>
    <w:p>
      <w:r>
        <w:rPr>
          <w:i/>
        </w:rPr>
        <w:t>Read the text and choose the correct answer.</w:t>
      </w:r>
    </w:p>
    <w:p>
      <w:r>
        <w:rPr>
          <w:b/>
        </w:rPr>
        <w:t>Should schools ban phones?</w:t>
      </w:r>
    </w:p>
    <w:p>
      <w:pPr>
        <w:ind w:left="340"/>
      </w:pPr>
      <w:r>
        <w:t>Many schools around the world have banned smartphones in the classroom. Supporters of the ban say that phones distract students; moreover, they argue that social media can harm teenagers' mental health.</w:t>
      </w:r>
    </w:p>
    <w:p>
      <w:pPr>
        <w:ind w:left="340"/>
      </w:pPr>
      <w:r>
        <w:t>However, some teachers disagree. They believe phones can be useful tools for research and learning, as long as students use them responsibly.</w:t>
      </w:r>
    </w:p>
    <w:p>
      <w:pPr>
        <w:ind w:left="340"/>
      </w:pPr>
      <w:r>
        <w:t>Although the debate is far from over, most experts agree on one point: young people need to learn how to manage their screen time. Therefore, many schools now offer digital education classes instead of simply banning devices.</w:t>
      </w:r>
    </w:p>
    <w:p>
      <w:pPr>
        <w:keepNext/>
        <w:spacing w:before="120"/>
      </w:pPr>
      <w:r>
        <w:t>1. The word "moreover" expresses:</w:t>
      </w:r>
    </w:p>
    <w:p>
      <w:pPr>
        <w:spacing w:after="0"/>
        <w:ind w:left="454"/>
      </w:pPr>
      <w:r>
        <w:t>(   ) a) contrast</w:t>
      </w:r>
    </w:p>
    <w:p>
      <w:pPr>
        <w:spacing w:after="0"/>
        <w:ind w:left="454"/>
      </w:pPr>
      <w:r>
        <w:t>(   ) b) addition</w:t>
      </w:r>
    </w:p>
    <w:p>
      <w:pPr>
        <w:spacing w:after="0"/>
        <w:ind w:left="454"/>
      </w:pPr>
      <w:r>
        <w:t>(   ) c) consequence</w:t>
      </w:r>
    </w:p>
    <w:p>
      <w:pPr>
        <w:spacing w:after="0"/>
        <w:ind w:left="454"/>
      </w:pPr>
      <w:r>
        <w:t>(   ) d) time</w:t>
      </w:r>
    </w:p>
    <w:p>
      <w:pPr>
        <w:keepNext/>
        <w:spacing w:before="120"/>
      </w:pPr>
      <w:r>
        <w:t>2. "However" (paragraph 2) introduces:</w:t>
      </w:r>
    </w:p>
    <w:p>
      <w:pPr>
        <w:spacing w:after="0"/>
        <w:ind w:left="454"/>
      </w:pPr>
      <w:r>
        <w:t>(   ) a) an opposite idea</w:t>
      </w:r>
    </w:p>
    <w:p>
      <w:pPr>
        <w:spacing w:after="0"/>
        <w:ind w:left="454"/>
      </w:pPr>
      <w:r>
        <w:t>(   ) b) an example</w:t>
      </w:r>
    </w:p>
    <w:p>
      <w:pPr>
        <w:spacing w:after="0"/>
        <w:ind w:left="454"/>
      </w:pPr>
      <w:r>
        <w:t>(   ) c) a conclusion</w:t>
      </w:r>
    </w:p>
    <w:p>
      <w:pPr>
        <w:spacing w:after="0"/>
        <w:ind w:left="454"/>
      </w:pPr>
      <w:r>
        <w:t>(   ) d) a cause</w:t>
      </w:r>
    </w:p>
    <w:p>
      <w:pPr>
        <w:keepNext/>
        <w:spacing w:before="120"/>
      </w:pPr>
      <w:r>
        <w:t>3. "As long as" means:</w:t>
      </w:r>
    </w:p>
    <w:p>
      <w:pPr>
        <w:spacing w:after="0"/>
        <w:ind w:left="454"/>
      </w:pPr>
      <w:r>
        <w:t>(   ) a) embora</w:t>
      </w:r>
    </w:p>
    <w:p>
      <w:pPr>
        <w:spacing w:after="0"/>
        <w:ind w:left="454"/>
      </w:pPr>
      <w:r>
        <w:t>(   ) b) por causa de</w:t>
      </w:r>
    </w:p>
    <w:p>
      <w:pPr>
        <w:spacing w:after="0"/>
        <w:ind w:left="454"/>
      </w:pPr>
      <w:r>
        <w:t>(   ) c) desde que (condição)</w:t>
      </w:r>
    </w:p>
    <w:p>
      <w:pPr>
        <w:spacing w:after="0"/>
        <w:ind w:left="454"/>
      </w:pPr>
      <w:r>
        <w:t>(   ) d) assim que</w:t>
      </w:r>
    </w:p>
    <w:p>
      <w:pPr>
        <w:keepNext/>
        <w:spacing w:before="120"/>
      </w:pPr>
      <w:r>
        <w:t>4. "Therefore" (paragraph 3) indicates:</w:t>
      </w:r>
    </w:p>
    <w:p>
      <w:pPr>
        <w:spacing w:after="0"/>
        <w:ind w:left="454"/>
      </w:pPr>
      <w:r>
        <w:t>(   ) a) a contrast</w:t>
      </w:r>
    </w:p>
    <w:p>
      <w:pPr>
        <w:spacing w:after="0"/>
        <w:ind w:left="454"/>
      </w:pPr>
      <w:r>
        <w:t>(   ) b) an addition</w:t>
      </w:r>
    </w:p>
    <w:p>
      <w:pPr>
        <w:spacing w:after="0"/>
        <w:ind w:left="454"/>
      </w:pPr>
      <w:r>
        <w:t>(   ) c) a condition</w:t>
      </w:r>
    </w:p>
    <w:p>
      <w:pPr>
        <w:spacing w:after="0"/>
        <w:ind w:left="454"/>
      </w:pPr>
      <w:r>
        <w:t>(   ) d) a result or conclusion</w:t>
      </w:r>
    </w:p>
    <w:p>
      <w:pPr>
        <w:keepNext/>
        <w:spacing w:before="120"/>
      </w:pPr>
      <w:r>
        <w:t>5. "Although" could be replaced, with the same meaning, by:</w:t>
      </w:r>
    </w:p>
    <w:p>
      <w:pPr>
        <w:spacing w:after="0"/>
        <w:ind w:left="454"/>
      </w:pPr>
      <w:r>
        <w:t>(   ) a) Because</w:t>
      </w:r>
    </w:p>
    <w:p>
      <w:pPr>
        <w:spacing w:after="0"/>
        <w:ind w:left="454"/>
      </w:pPr>
      <w:r>
        <w:t>(   ) b) Even though</w:t>
      </w:r>
    </w:p>
    <w:p>
      <w:pPr>
        <w:spacing w:after="0"/>
        <w:ind w:left="454"/>
      </w:pPr>
      <w:r>
        <w:t>(   ) c) So</w:t>
      </w:r>
    </w:p>
    <w:p>
      <w:pPr>
        <w:spacing w:after="0"/>
        <w:ind w:left="454"/>
      </w:pPr>
      <w:r>
        <w:t>(   ) d) In addition</w:t>
      </w:r>
    </w:p>
    <w:p>
      <w:pPr>
        <w:pStyle w:val="Heading2"/>
      </w:pPr>
      <w:r>
        <w:t>2. Choose the connective</w:t>
      </w:r>
    </w:p>
    <w:p>
      <w:r>
        <w:rPr>
          <w:i/>
        </w:rPr>
        <w:t>Complete the sentences with the connectives in the box. Use each one once.</w:t>
      </w:r>
    </w:p>
    <w:p>
      <w:r>
        <w:rPr>
          <w:b/>
        </w:rPr>
        <w:t>Word bank:  or  |  because  |  so  |  although  |  unless  |  despite  |  in addition  |  however</w:t>
      </w:r>
    </w:p>
    <w:p>
      <w:pPr>
        <w:keepNext/>
        <w:spacing w:before="120"/>
      </w:pPr>
      <w:r>
        <w:t>1. Hurry up, ______________ you will miss the bus.</w:t>
      </w:r>
    </w:p>
    <w:p>
      <w:pPr>
        <w:keepNext/>
        <w:spacing w:before="120"/>
      </w:pPr>
      <w:r>
        <w:t>2. She stayed home ______________ she had a fever.</w:t>
      </w:r>
    </w:p>
    <w:p>
      <w:pPr>
        <w:keepNext/>
        <w:spacing w:before="120"/>
      </w:pPr>
      <w:r>
        <w:t>3. It started to rain, ______________ we cancelled the picnic.</w:t>
      </w:r>
    </w:p>
    <w:p>
      <w:pPr>
        <w:keepNext/>
        <w:spacing w:before="120"/>
      </w:pPr>
      <w:r>
        <w:t>4. He failed the test ______________ he studied a lot.</w:t>
      </w:r>
    </w:p>
    <w:p>
      <w:pPr>
        <w:keepNext/>
        <w:spacing w:before="120"/>
      </w:pPr>
      <w:r>
        <w:t>5. You won't pass the exam ______________ you study harder.</w:t>
      </w:r>
    </w:p>
    <w:p>
      <w:pPr>
        <w:keepNext/>
        <w:spacing w:before="120"/>
      </w:pPr>
      <w:r>
        <w:t>6. We arrived on time ______________ the heavy traffic.</w:t>
      </w:r>
    </w:p>
    <w:p>
      <w:pPr>
        <w:keepNext/>
        <w:spacing w:before="120"/>
      </w:pPr>
      <w:r>
        <w:t>7. Electric buses are quiet; ______________, they don't pollute the air in cities.</w:t>
      </w:r>
    </w:p>
    <w:p>
      <w:pPr>
        <w:keepNext/>
        <w:spacing w:before="120"/>
      </w:pPr>
      <w:r>
        <w:t>8. Recycling is important; ______________, many people still don't separate their trash.</w:t>
      </w:r>
    </w:p>
    <w:p>
      <w:pPr>
        <w:pStyle w:val="Heading2"/>
      </w:pPr>
      <w:r>
        <w:t>3. True or false?</w:t>
      </w:r>
    </w:p>
    <w:p>
      <w:r>
        <w:rPr>
          <w:i/>
        </w:rPr>
        <w:t>Mark T (true) or F (false) about the connectives.</w:t>
      </w:r>
    </w:p>
    <w:p>
      <w:pPr>
        <w:keepNext/>
        <w:spacing w:before="120"/>
      </w:pPr>
      <w:r>
        <w:t>1. "Because of" is followed by a noun, as in "because of the rain".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"However" and "therefore" have the same meaning.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The sentence "Despite it was cold, we went swimming" is correct.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4. "Furthermore" expresses addition.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b) addition</w:t>
      </w:r>
    </w:p>
    <w:p>
      <w:pPr>
        <w:spacing w:after="0"/>
      </w:pPr>
      <w:r>
        <w:t>2) a) an opposite idea</w:t>
      </w:r>
    </w:p>
    <w:p>
      <w:pPr>
        <w:spacing w:after="0"/>
      </w:pPr>
      <w:r>
        <w:t>3) c) desde que (condição)</w:t>
      </w:r>
    </w:p>
    <w:p>
      <w:pPr>
        <w:spacing w:after="0"/>
      </w:pPr>
      <w:r>
        <w:t>4) d) a result or conclusion</w:t>
      </w:r>
    </w:p>
    <w:p>
      <w:pPr>
        <w:spacing w:after="0"/>
      </w:pPr>
      <w:r>
        <w:t>5) b) Even though</w:t>
      </w:r>
    </w:p>
    <w:p>
      <w:r>
        <w:rPr>
          <w:b/>
        </w:rPr>
        <w:t>2. Choose the connective</w:t>
      </w:r>
    </w:p>
    <w:p>
      <w:pPr>
        <w:spacing w:after="0"/>
      </w:pPr>
      <w:r>
        <w:t>1) or</w:t>
      </w:r>
    </w:p>
    <w:p>
      <w:pPr>
        <w:spacing w:after="0"/>
      </w:pPr>
      <w:r>
        <w:t>2) because</w:t>
      </w:r>
    </w:p>
    <w:p>
      <w:pPr>
        <w:spacing w:after="0"/>
      </w:pPr>
      <w:r>
        <w:t>3) so</w:t>
      </w:r>
    </w:p>
    <w:p>
      <w:pPr>
        <w:spacing w:after="0"/>
      </w:pPr>
      <w:r>
        <w:t>4) although</w:t>
      </w:r>
    </w:p>
    <w:p>
      <w:pPr>
        <w:spacing w:after="0"/>
      </w:pPr>
      <w:r>
        <w:t>5) unless</w:t>
      </w:r>
    </w:p>
    <w:p>
      <w:pPr>
        <w:spacing w:after="0"/>
      </w:pPr>
      <w:r>
        <w:t>6) despite</w:t>
      </w:r>
    </w:p>
    <w:p>
      <w:pPr>
        <w:spacing w:after="0"/>
      </w:pPr>
      <w:r>
        <w:t>7) in addition</w:t>
      </w:r>
    </w:p>
    <w:p>
      <w:pPr>
        <w:spacing w:after="0"/>
      </w:pPr>
      <w:r>
        <w:t>8) however</w:t>
      </w:r>
    </w:p>
    <w:p>
      <w:r>
        <w:rPr>
          <w:b/>
        </w:rPr>
        <w:t>3. True or false?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False</w:t>
      </w:r>
    </w:p>
    <w:p>
      <w:pPr>
        <w:spacing w:after="0"/>
      </w:pPr>
      <w:r>
        <w:t>4) True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