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Condicionais: second e third conditional</w:t>
      </w:r>
    </w:p>
    <w:p>
      <w:r>
        <w:rPr>
          <w:color w:val="6B6B6B"/>
          <w:sz w:val="18"/>
        </w:rPr>
        <w:t>2ª série e 3ª série · Conditionals (if clauses) · BNCC: EM13LGG403, EM13LGG303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Mayor for a day</w:t>
      </w:r>
    </w:p>
    <w:p>
      <w:pPr>
        <w:ind w:left="340"/>
      </w:pPr>
      <w:r>
        <w:t>We asked students: what would you do if you were the mayor of your city for a day?</w:t>
      </w:r>
    </w:p>
    <w:p>
      <w:pPr>
        <w:ind w:left="340"/>
      </w:pPr>
      <w:r>
        <w:t>Bianca, 16: "If I were the mayor, I would plant trees on every street. Our neighborhood would be much cooler in summer."</w:t>
      </w:r>
    </w:p>
    <w:p>
      <w:pPr>
        <w:ind w:left="340"/>
      </w:pPr>
      <w:r>
        <w:t>Diego, 17: "I would create free Wi-Fi zones in public squares if I had the power. Many students don't have internet at home."</w:t>
      </w:r>
    </w:p>
    <w:p>
      <w:pPr>
        <w:ind w:left="340"/>
      </w:pPr>
      <w:r>
        <w:t>Helena, 16: "Last year our bus line was cancelled. If the city had listened to the community, that wouldn't have happened. So I would invest in public transportation."</w:t>
      </w:r>
    </w:p>
    <w:p>
      <w:pPr>
        <w:keepNext/>
        <w:spacing w:before="120"/>
      </w:pPr>
      <w:r>
        <w:t>1. What would Bianca do?</w:t>
      </w:r>
    </w:p>
    <w:p>
      <w:pPr>
        <w:spacing w:after="0"/>
        <w:ind w:left="454"/>
      </w:pPr>
      <w:r>
        <w:t>(   ) a) Create Wi-Fi zones</w:t>
      </w:r>
    </w:p>
    <w:p>
      <w:pPr>
        <w:spacing w:after="0"/>
        <w:ind w:left="454"/>
      </w:pPr>
      <w:r>
        <w:t>(   ) b) Cancel a bus line</w:t>
      </w:r>
    </w:p>
    <w:p>
      <w:pPr>
        <w:spacing w:after="0"/>
        <w:ind w:left="454"/>
      </w:pPr>
      <w:r>
        <w:t>(   ) c) Build a new school</w:t>
      </w:r>
    </w:p>
    <w:p>
      <w:pPr>
        <w:spacing w:after="0"/>
        <w:ind w:left="454"/>
      </w:pPr>
      <w:r>
        <w:t>(   ) d) Plant trees on every street</w:t>
      </w:r>
    </w:p>
    <w:p>
      <w:pPr>
        <w:keepNext/>
        <w:spacing w:before="120"/>
      </w:pPr>
      <w:r>
        <w:t>2. Why does Diego want free Wi-Fi in public squares?</w:t>
      </w:r>
    </w:p>
    <w:p>
      <w:pPr>
        <w:spacing w:after="0"/>
        <w:ind w:left="454"/>
      </w:pPr>
      <w:r>
        <w:t>(   ) a) Because he wants to play games online.</w:t>
      </w:r>
    </w:p>
    <w:p>
      <w:pPr>
        <w:spacing w:after="0"/>
        <w:ind w:left="454"/>
      </w:pPr>
      <w:r>
        <w:t>(   ) b) Because the mayor asked him.</w:t>
      </w:r>
    </w:p>
    <w:p>
      <w:pPr>
        <w:spacing w:after="0"/>
        <w:ind w:left="454"/>
      </w:pPr>
      <w:r>
        <w:t>(   ) c) Because many students don't have internet at home.</w:t>
      </w:r>
    </w:p>
    <w:p>
      <w:pPr>
        <w:spacing w:after="0"/>
        <w:ind w:left="454"/>
      </w:pPr>
      <w:r>
        <w:t>(   ) d) Because the squares are empty.</w:t>
      </w:r>
    </w:p>
    <w:p>
      <w:pPr>
        <w:keepNext/>
        <w:spacing w:before="120"/>
      </w:pPr>
      <w:r>
        <w:t>3. Helena's sentence "If the city had listened to the community, that wouldn't have happened" refers to:</w:t>
      </w:r>
    </w:p>
    <w:p>
      <w:pPr>
        <w:spacing w:after="0"/>
        <w:ind w:left="454"/>
      </w:pPr>
      <w:r>
        <w:t>(   ) a) a future plan</w:t>
      </w:r>
    </w:p>
    <w:p>
      <w:pPr>
        <w:spacing w:after="0"/>
        <w:ind w:left="454"/>
      </w:pPr>
      <w:r>
        <w:t>(   ) b) a present habit</w:t>
      </w:r>
    </w:p>
    <w:p>
      <w:pPr>
        <w:spacing w:after="0"/>
        <w:ind w:left="454"/>
      </w:pPr>
      <w:r>
        <w:t>(   ) c) an imaginary situation in the past</w:t>
      </w:r>
    </w:p>
    <w:p>
      <w:pPr>
        <w:spacing w:after="0"/>
        <w:ind w:left="454"/>
      </w:pPr>
      <w:r>
        <w:t>(   ) d) a general truth</w:t>
      </w:r>
    </w:p>
    <w:p>
      <w:pPr>
        <w:keepNext/>
        <w:spacing w:before="120"/>
      </w:pPr>
      <w:r>
        <w:t>4. Which statement is TRUE about Helena's bus line?</w:t>
      </w:r>
    </w:p>
    <w:p>
      <w:pPr>
        <w:spacing w:after="0"/>
        <w:ind w:left="454"/>
      </w:pPr>
      <w:r>
        <w:t>(   ) a) It was cancelled last year.</w:t>
      </w:r>
    </w:p>
    <w:p>
      <w:pPr>
        <w:spacing w:after="0"/>
        <w:ind w:left="454"/>
      </w:pPr>
      <w:r>
        <w:t>(   ) b) It still works normally.</w:t>
      </w:r>
    </w:p>
    <w:p>
      <w:pPr>
        <w:spacing w:after="0"/>
        <w:ind w:left="454"/>
      </w:pPr>
      <w:r>
        <w:t>(   ) c) Helena created it.</w:t>
      </w:r>
    </w:p>
    <w:p>
      <w:pPr>
        <w:spacing w:after="0"/>
        <w:ind w:left="454"/>
      </w:pPr>
      <w:r>
        <w:t>(   ) d) It will be cancelled next year.</w:t>
      </w:r>
    </w:p>
    <w:p>
      <w:pPr>
        <w:pStyle w:val="Heading2"/>
      </w:pPr>
      <w:r>
        <w:t>2. Second conditional</w:t>
      </w:r>
    </w:p>
    <w:p>
      <w:r>
        <w:rPr>
          <w:i/>
        </w:rPr>
        <w:t>Complete with the correct form of the verbs in parentheses (second conditional).</w:t>
      </w:r>
    </w:p>
    <w:p>
      <w:pPr>
        <w:keepNext/>
        <w:spacing w:before="120"/>
      </w:pPr>
      <w:r>
        <w:t>1. If I ______________ (have) more free time, I would learn to play the guitar.</w:t>
      </w:r>
    </w:p>
    <w:p>
      <w:pPr>
        <w:keepNext/>
        <w:spacing w:before="120"/>
      </w:pPr>
      <w:r>
        <w:t>2. If she studied harder, she ______________ (pass) the exam.</w:t>
      </w:r>
    </w:p>
    <w:p>
      <w:pPr>
        <w:keepNext/>
        <w:spacing w:before="120"/>
      </w:pPr>
      <w:r>
        <w:t>3. What would you do if you ______________ (win) the lottery?</w:t>
      </w:r>
    </w:p>
    <w:p>
      <w:pPr>
        <w:keepNext/>
        <w:spacing w:before="120"/>
      </w:pPr>
      <w:r>
        <w:t>4. If I ______________ (be) you, I would talk to the teacher.</w:t>
      </w:r>
    </w:p>
    <w:p>
      <w:pPr>
        <w:keepNext/>
        <w:spacing w:before="120"/>
      </w:pPr>
      <w:r>
        <w:t>5. If we lived near the beach, we ______________ (go) surfing every weekend.</w:t>
      </w:r>
    </w:p>
    <w:p>
      <w:pPr>
        <w:pStyle w:val="Heading2"/>
      </w:pPr>
      <w:r>
        <w:t>3. Third conditional</w:t>
      </w:r>
    </w:p>
    <w:p>
      <w:r>
        <w:rPr>
          <w:i/>
        </w:rPr>
        <w:t>Complete with the correct form of the verbs in parentheses (third conditional).</w:t>
      </w:r>
    </w:p>
    <w:p>
      <w:pPr>
        <w:keepNext/>
        <w:spacing w:before="120"/>
      </w:pPr>
      <w:r>
        <w:t>1. If I had known about the party, I ______________ (go).</w:t>
      </w:r>
    </w:p>
    <w:p>
      <w:pPr>
        <w:keepNext/>
        <w:spacing w:before="120"/>
      </w:pPr>
      <w:r>
        <w:t>2. If they ______________ (leave) earlier, they wouldn't have missed the flight.</w:t>
      </w:r>
    </w:p>
    <w:p>
      <w:pPr>
        <w:keepNext/>
        <w:spacing w:before="120"/>
      </w:pPr>
      <w:r>
        <w:t>3. She ______________ (not / fail) if she had studied more.</w:t>
      </w:r>
    </w:p>
    <w:p>
      <w:pPr>
        <w:keepNext/>
        <w:spacing w:before="120"/>
      </w:pPr>
      <w:r>
        <w:t>4. If we ______________ (not / recycle) those bottles, they would have ended up in the ocean.</w:t>
      </w:r>
    </w:p>
    <w:p>
      <w:pPr>
        <w:keepNext/>
        <w:spacing w:before="120"/>
      </w:pPr>
      <w:r>
        <w:t>5. If you had told me about the problem, I ______________ (help) you.</w:t>
      </w:r>
    </w:p>
    <w:p>
      <w:pPr>
        <w:pStyle w:val="Heading2"/>
      </w:pPr>
      <w:r>
        <w:t>4. True or false?</w:t>
      </w:r>
    </w:p>
    <w:p>
      <w:r>
        <w:rPr>
          <w:i/>
        </w:rPr>
        <w:t>Mark T (true) or F (false) about the grammar.</w:t>
      </w:r>
    </w:p>
    <w:p>
      <w:pPr>
        <w:keepNext/>
        <w:spacing w:before="120"/>
      </w:pPr>
      <w:r>
        <w:t>1. The second conditional is used for imaginary or unlikely situations in the present or future.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The third conditional uses "if" + simple past + "would" + base form of the verb.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"If I were rich" is correct, especially in formal English.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d) Plant trees on every street</w:t>
      </w:r>
    </w:p>
    <w:p>
      <w:pPr>
        <w:spacing w:after="0"/>
      </w:pPr>
      <w:r>
        <w:t>2) c) Because many students don't have internet at home.</w:t>
      </w:r>
    </w:p>
    <w:p>
      <w:pPr>
        <w:spacing w:after="0"/>
      </w:pPr>
      <w:r>
        <w:t>3) c) an imaginary situation in the past</w:t>
      </w:r>
    </w:p>
    <w:p>
      <w:pPr>
        <w:spacing w:after="0"/>
      </w:pPr>
      <w:r>
        <w:t>4) a) It was cancelled last year.</w:t>
      </w:r>
    </w:p>
    <w:p>
      <w:r>
        <w:rPr>
          <w:b/>
        </w:rPr>
        <w:t>2. Second conditional</w:t>
      </w:r>
    </w:p>
    <w:p>
      <w:pPr>
        <w:spacing w:after="0"/>
      </w:pPr>
      <w:r>
        <w:t>1) had</w:t>
      </w:r>
    </w:p>
    <w:p>
      <w:pPr>
        <w:spacing w:after="0"/>
      </w:pPr>
      <w:r>
        <w:t>2) would pass</w:t>
      </w:r>
    </w:p>
    <w:p>
      <w:pPr>
        <w:spacing w:after="0"/>
      </w:pPr>
      <w:r>
        <w:t>3) won</w:t>
      </w:r>
    </w:p>
    <w:p>
      <w:pPr>
        <w:spacing w:after="0"/>
      </w:pPr>
      <w:r>
        <w:t>4) were</w:t>
      </w:r>
    </w:p>
    <w:p>
      <w:pPr>
        <w:spacing w:after="0"/>
      </w:pPr>
      <w:r>
        <w:t>5) would go</w:t>
      </w:r>
    </w:p>
    <w:p>
      <w:r>
        <w:rPr>
          <w:b/>
        </w:rPr>
        <w:t>3. Third conditional</w:t>
      </w:r>
    </w:p>
    <w:p>
      <w:pPr>
        <w:spacing w:after="0"/>
      </w:pPr>
      <w:r>
        <w:t>1) would have gone</w:t>
      </w:r>
    </w:p>
    <w:p>
      <w:pPr>
        <w:spacing w:after="0"/>
      </w:pPr>
      <w:r>
        <w:t>2) had left</w:t>
      </w:r>
    </w:p>
    <w:p>
      <w:pPr>
        <w:spacing w:after="0"/>
      </w:pPr>
      <w:r>
        <w:t>3) wouldn't have failed</w:t>
      </w:r>
    </w:p>
    <w:p>
      <w:pPr>
        <w:spacing w:after="0"/>
      </w:pPr>
      <w:r>
        <w:t>4) hadn't recycled</w:t>
      </w:r>
    </w:p>
    <w:p>
      <w:pPr>
        <w:spacing w:after="0"/>
      </w:pPr>
      <w:r>
        <w:t>5) would have helped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