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Conditionals e voz passiva</w:t>
      </w:r>
    </w:p>
    <w:p>
      <w:r>
        <w:rPr>
          <w:color w:val="6B6B6B"/>
          <w:sz w:val="18"/>
        </w:rPr>
        <w:t>1ª série e 2ª série · Conditionals (if clauses) · BNCC: EM13LGG103</w:t>
      </w:r>
    </w:p>
    <w:p>
      <w:pPr>
        <w:pStyle w:val="Heading2"/>
      </w:pPr>
      <w:r>
        <w:t>1. Conditional sentences</w:t>
      </w:r>
    </w:p>
    <w:p>
      <w:r>
        <w:rPr>
          <w:i/>
        </w:rPr>
        <w:t>Complete with the correct form of the verb in parentheses.</w:t>
      </w:r>
    </w:p>
    <w:p>
      <w:pPr>
        <w:keepNext/>
        <w:spacing w:before="120"/>
      </w:pPr>
      <w:r>
        <w:t>1. If I had known the answer, I ______________ (tell) you.</w:t>
      </w:r>
    </w:p>
    <w:p>
      <w:pPr>
        <w:keepNext/>
        <w:spacing w:before="120"/>
      </w:pPr>
      <w:r>
        <w:t>2. If she studies, she ______________ (pass) the exam.</w:t>
      </w:r>
    </w:p>
    <w:p>
      <w:pPr>
        <w:keepNext/>
        <w:spacing w:before="120"/>
      </w:pPr>
      <w:r>
        <w:t>3. If it ______________ (rain) tomorrow, we will stay home.</w:t>
      </w:r>
    </w:p>
    <w:p>
      <w:pPr>
        <w:keepNext/>
        <w:spacing w:before="120"/>
      </w:pPr>
      <w:r>
        <w:t>4. If I ______________ (have) a million reais, I would travel around the world.</w:t>
      </w:r>
    </w:p>
    <w:p>
      <w:pPr>
        <w:keepNext/>
        <w:spacing w:before="120"/>
      </w:pPr>
      <w:r>
        <w:t>5. If you heat ice, it ______________ (melt).</w:t>
      </w:r>
    </w:p>
    <w:p>
      <w:pPr>
        <w:keepNext/>
        <w:spacing w:before="120"/>
      </w:pPr>
      <w:r>
        <w:t>6. If we ______________ (leave) earlier, we wouldn't have missed the bus.</w:t>
      </w:r>
    </w:p>
    <w:p>
      <w:pPr>
        <w:pStyle w:val="Heading2"/>
      </w:pPr>
      <w:r>
        <w:t>2. Which conditional?</w:t>
      </w:r>
    </w:p>
    <w:p>
      <w:r>
        <w:rPr>
          <w:i/>
        </w:rPr>
        <w:t>Choose the correct option.</w:t>
      </w:r>
    </w:p>
    <w:p>
      <w:pPr>
        <w:keepNext/>
        <w:spacing w:before="120"/>
      </w:pPr>
      <w:r>
        <w:t>1. If I ___ the answer, I would have told you.</w:t>
      </w:r>
    </w:p>
    <w:p>
      <w:pPr>
        <w:spacing w:after="0"/>
        <w:ind w:left="454"/>
      </w:pPr>
      <w:r>
        <w:t>(   ) a) know</w:t>
      </w:r>
    </w:p>
    <w:p>
      <w:pPr>
        <w:spacing w:after="0"/>
        <w:ind w:left="454"/>
      </w:pPr>
      <w:r>
        <w:t>(   ) b) had known</w:t>
      </w:r>
    </w:p>
    <w:p>
      <w:pPr>
        <w:spacing w:after="0"/>
        <w:ind w:left="454"/>
      </w:pPr>
      <w:r>
        <w:t>(   ) c) would know</w:t>
      </w:r>
    </w:p>
    <w:p>
      <w:pPr>
        <w:keepNext/>
        <w:spacing w:before="120"/>
      </w:pPr>
      <w:r>
        <w:t>2. If she were taller, she ___ play basketball.</w:t>
      </w:r>
    </w:p>
    <w:p>
      <w:pPr>
        <w:spacing w:after="0"/>
        <w:ind w:left="454"/>
      </w:pPr>
      <w:r>
        <w:t>(   ) a) could</w:t>
      </w:r>
    </w:p>
    <w:p>
      <w:pPr>
        <w:spacing w:after="0"/>
        <w:ind w:left="454"/>
      </w:pPr>
      <w:r>
        <w:t>(   ) b) can</w:t>
      </w:r>
    </w:p>
    <w:p>
      <w:pPr>
        <w:spacing w:after="0"/>
        <w:ind w:left="454"/>
      </w:pPr>
      <w:r>
        <w:t>(   ) c) will</w:t>
      </w:r>
    </w:p>
    <w:p>
      <w:pPr>
        <w:keepNext/>
        <w:spacing w:before="120"/>
      </w:pPr>
      <w:r>
        <w:t>3. "If I had known, I would have told you." This means…</w:t>
      </w:r>
    </w:p>
    <w:p>
      <w:pPr>
        <w:spacing w:after="0"/>
        <w:ind w:left="454"/>
      </w:pPr>
      <w:r>
        <w:t>(   ) a) I knew, and I told you.</w:t>
      </w:r>
    </w:p>
    <w:p>
      <w:pPr>
        <w:spacing w:after="0"/>
        <w:ind w:left="454"/>
      </w:pPr>
      <w:r>
        <w:t>(   ) b) I will tell you if I know.</w:t>
      </w:r>
    </w:p>
    <w:p>
      <w:pPr>
        <w:spacing w:after="0"/>
        <w:ind w:left="454"/>
      </w:pPr>
      <w:r>
        <w:t>(   ) c) I didn't know, so I didn't tell you.</w:t>
      </w:r>
    </w:p>
    <w:p>
      <w:pPr>
        <w:pStyle w:val="Heading2"/>
      </w:pPr>
      <w:r>
        <w:t>3. Active to passive</w:t>
      </w:r>
    </w:p>
    <w:p>
      <w:r>
        <w:rPr>
          <w:i/>
        </w:rPr>
        <w:t>Choose the passive voice version of each sentence.</w:t>
      </w:r>
    </w:p>
    <w:p>
      <w:pPr>
        <w:keepNext/>
        <w:spacing w:before="120"/>
      </w:pPr>
      <w:r>
        <w:t>1. The committee will organize the annual festival.</w:t>
      </w:r>
    </w:p>
    <w:p>
      <w:pPr>
        <w:spacing w:after="0"/>
        <w:ind w:left="454"/>
      </w:pPr>
      <w:r>
        <w:t>(   ) a) The annual festival will organize the committee.</w:t>
      </w:r>
    </w:p>
    <w:p>
      <w:pPr>
        <w:spacing w:after="0"/>
        <w:ind w:left="454"/>
      </w:pPr>
      <w:r>
        <w:t>(   ) b) The annual festival will be organized by the committee.</w:t>
      </w:r>
    </w:p>
    <w:p>
      <w:pPr>
        <w:spacing w:after="0"/>
        <w:ind w:left="454"/>
      </w:pPr>
      <w:r>
        <w:t>(   ) c) The annual festival is organized by the committee.</w:t>
      </w:r>
    </w:p>
    <w:p>
      <w:pPr>
        <w:keepNext/>
        <w:spacing w:before="120"/>
      </w:pPr>
      <w:r>
        <w:t>2. Researchers discovered new evidence.</w:t>
      </w:r>
    </w:p>
    <w:p>
      <w:pPr>
        <w:spacing w:after="0"/>
        <w:ind w:left="454"/>
      </w:pPr>
      <w:r>
        <w:t>(   ) a) New evidence was discovered by researchers.</w:t>
      </w:r>
    </w:p>
    <w:p>
      <w:pPr>
        <w:spacing w:after="0"/>
        <w:ind w:left="454"/>
      </w:pPr>
      <w:r>
        <w:t>(   ) b) New evidence is discovered by researchers.</w:t>
      </w:r>
    </w:p>
    <w:p>
      <w:pPr>
        <w:spacing w:after="0"/>
        <w:ind w:left="454"/>
      </w:pPr>
      <w:r>
        <w:t>(   ) c) New evidence discovered researchers.</w:t>
      </w:r>
    </w:p>
    <w:p>
      <w:pPr>
        <w:pStyle w:val="Heading2"/>
      </w:pPr>
      <w:r>
        <w:t>4. Complete in the passive</w:t>
      </w:r>
    </w:p>
    <w:p>
      <w:r>
        <w:rPr>
          <w:i/>
        </w:rPr>
        <w:t>Complete the passive sentence. Keep the same tense.</w:t>
      </w:r>
    </w:p>
    <w:p>
      <w:pPr>
        <w:keepNext/>
        <w:spacing w:before="120"/>
      </w:pPr>
      <w:r>
        <w:t>1. People speak English all over the world. → English ______________ all over the world.</w:t>
      </w:r>
    </w:p>
    <w:p>
      <w:pPr>
        <w:keepNext/>
        <w:spacing w:before="120"/>
      </w:pPr>
      <w:r>
        <w:t>2. The students painted the walls. → The walls ______________ by the students.</w:t>
      </w:r>
    </w:p>
    <w:p>
      <w:pPr>
        <w:keepNext/>
        <w:spacing w:before="120"/>
      </w:pPr>
      <w:r>
        <w:t>3. The government will build a new hospital. → A new hospital ______________ by the government.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Conditional sentences</w:t>
      </w:r>
    </w:p>
    <w:p>
      <w:pPr>
        <w:spacing w:after="0"/>
      </w:pPr>
      <w:r>
        <w:t>1) would have told</w:t>
      </w:r>
    </w:p>
    <w:p>
      <w:pPr>
        <w:spacing w:after="0"/>
      </w:pPr>
      <w:r>
        <w:t>2) will pass</w:t>
      </w:r>
    </w:p>
    <w:p>
      <w:pPr>
        <w:spacing w:after="0"/>
      </w:pPr>
      <w:r>
        <w:t>3) rains</w:t>
      </w:r>
    </w:p>
    <w:p>
      <w:pPr>
        <w:spacing w:after="0"/>
      </w:pPr>
      <w:r>
        <w:t>4) had</w:t>
      </w:r>
    </w:p>
    <w:p>
      <w:pPr>
        <w:spacing w:after="0"/>
      </w:pPr>
      <w:r>
        <w:t>5) melts</w:t>
      </w:r>
    </w:p>
    <w:p>
      <w:pPr>
        <w:spacing w:after="0"/>
      </w:pPr>
      <w:r>
        <w:t>6) had left</w:t>
      </w:r>
    </w:p>
    <w:p>
      <w:r>
        <w:rPr>
          <w:b/>
        </w:rPr>
        <w:t>2. Which conditional?</w:t>
      </w:r>
    </w:p>
    <w:p>
      <w:pPr>
        <w:spacing w:after="0"/>
      </w:pPr>
      <w:r>
        <w:t>1) b) had known</w:t>
      </w:r>
    </w:p>
    <w:p>
      <w:pPr>
        <w:spacing w:after="0"/>
      </w:pPr>
      <w:r>
        <w:t>2) a) could</w:t>
      </w:r>
    </w:p>
    <w:p>
      <w:pPr>
        <w:spacing w:after="0"/>
      </w:pPr>
      <w:r>
        <w:t>3) c) I didn't know, so I didn't tell you.</w:t>
      </w:r>
    </w:p>
    <w:p>
      <w:r>
        <w:rPr>
          <w:b/>
        </w:rPr>
        <w:t>3. Active to passive</w:t>
      </w:r>
    </w:p>
    <w:p>
      <w:pPr>
        <w:spacing w:after="0"/>
      </w:pPr>
      <w:r>
        <w:t>1) b) The annual festival will be organized by the committee.</w:t>
      </w:r>
    </w:p>
    <w:p>
      <w:pPr>
        <w:spacing w:after="0"/>
      </w:pPr>
      <w:r>
        <w:t>2) a) New evidence was discovered by researchers.</w:t>
      </w:r>
    </w:p>
    <w:p>
      <w:r>
        <w:rPr>
          <w:b/>
        </w:rPr>
        <w:t>4. Complete in the passive</w:t>
      </w:r>
    </w:p>
    <w:p>
      <w:pPr>
        <w:spacing w:after="0"/>
      </w:pPr>
      <w:r>
        <w:t>1) is spoken</w:t>
      </w:r>
    </w:p>
    <w:p>
      <w:pPr>
        <w:spacing w:after="0"/>
      </w:pPr>
      <w:r>
        <w:t>2) were painted</w:t>
      </w:r>
    </w:p>
    <w:p>
      <w:pPr>
        <w:spacing w:after="0"/>
      </w:pPr>
      <w:r>
        <w:t>3) will be built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2024-08-30T00:00:00Z</dcterms:created>
  <dcterms:modified xsi:type="dcterms:W3CDTF">2024-08-30T00:00:00Z</dcterms:modified>
  <cp:category/>
</cp:coreProperties>
</file>