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Gramática em contexto no estilo ENEM: condicionais e tempos verbais</w:t>
      </w:r>
    </w:p>
    <w:p>
      <w:r>
        <w:rPr>
          <w:color w:val="6B6B6B"/>
          <w:sz w:val="18"/>
        </w:rPr>
        <w:t>3ª série · Conditionals (if clauses) · BNCC: EM13LGG303, EM13LGG302</w:t>
      </w:r>
    </w:p>
    <w:p>
      <w:pPr>
        <w:pStyle w:val="Heading2"/>
      </w:pPr>
      <w:r>
        <w:t>1. Conditionals</w:t>
      </w:r>
    </w:p>
    <w:p>
      <w:r>
        <w:rPr>
          <w:i/>
        </w:rPr>
        <w:t>Read the sentences and answer the questions.</w:t>
      </w:r>
    </w:p>
    <w:p>
      <w:pPr>
        <w:keepNext/>
        <w:spacing w:before="120"/>
      </w:pPr>
      <w:r>
        <w:t>1. "If more people adopted sustainable habits, the environmental impact would be significantly reduced." A estrutura "If more people adopted..." expressa:</w:t>
      </w:r>
    </w:p>
    <w:p>
      <w:pPr>
        <w:spacing w:after="0"/>
        <w:ind w:left="454"/>
      </w:pPr>
      <w:r>
        <w:t>(   ) a) uma possibilidade real no futuro.</w:t>
      </w:r>
    </w:p>
    <w:p>
      <w:pPr>
        <w:spacing w:after="0"/>
        <w:ind w:left="454"/>
      </w:pPr>
      <w:r>
        <w:t>(   ) b) uma verdade geral.</w:t>
      </w:r>
    </w:p>
    <w:p>
      <w:pPr>
        <w:spacing w:after="0"/>
        <w:ind w:left="454"/>
      </w:pPr>
      <w:r>
        <w:t>(   ) c) uma situação hipotética no presente.</w:t>
      </w:r>
    </w:p>
    <w:p>
      <w:pPr>
        <w:spacing w:after="0"/>
        <w:ind w:left="454"/>
      </w:pPr>
      <w:r>
        <w:t>(   ) d) um fato passado que já aconteceu.</w:t>
      </w:r>
    </w:p>
    <w:p>
      <w:pPr>
        <w:spacing w:after="0"/>
        <w:ind w:left="454"/>
      </w:pPr>
      <w:r>
        <w:t>(   ) e) um plano futuro já decidido.</w:t>
      </w:r>
    </w:p>
    <w:p>
      <w:pPr>
        <w:keepNext/>
        <w:spacing w:before="120"/>
      </w:pPr>
      <w:r>
        <w:t>2. "If you heat ice, it melts." Essa frase expressa:</w:t>
      </w:r>
    </w:p>
    <w:p>
      <w:pPr>
        <w:spacing w:after="0"/>
        <w:ind w:left="454"/>
      </w:pPr>
      <w:r>
        <w:t>(   ) a) uma verdade geral, um fato científico.</w:t>
      </w:r>
    </w:p>
    <w:p>
      <w:pPr>
        <w:spacing w:after="0"/>
        <w:ind w:left="454"/>
      </w:pPr>
      <w:r>
        <w:t>(   ) b) um arrependimento sobre o passado.</w:t>
      </w:r>
    </w:p>
    <w:p>
      <w:pPr>
        <w:spacing w:after="0"/>
        <w:ind w:left="454"/>
      </w:pPr>
      <w:r>
        <w:t>(   ) c) um desejo impossível.</w:t>
      </w:r>
    </w:p>
    <w:p>
      <w:pPr>
        <w:spacing w:after="0"/>
        <w:ind w:left="454"/>
      </w:pPr>
      <w:r>
        <w:t>(   ) d) uma situação hipotética no presente.</w:t>
      </w:r>
    </w:p>
    <w:p>
      <w:pPr>
        <w:spacing w:after="0"/>
        <w:ind w:left="454"/>
      </w:pPr>
      <w:r>
        <w:t>(   ) e) um conselho.</w:t>
      </w:r>
    </w:p>
    <w:p>
      <w:pPr>
        <w:keepNext/>
        <w:spacing w:before="120"/>
      </w:pPr>
      <w:r>
        <w:t>3. "If the city invests in public transportation, traffic will improve." A frase apresenta:</w:t>
      </w:r>
    </w:p>
    <w:p>
      <w:pPr>
        <w:spacing w:after="0"/>
        <w:ind w:left="454"/>
      </w:pPr>
      <w:r>
        <w:t>(   ) a) um fato que já aconteceu.</w:t>
      </w:r>
    </w:p>
    <w:p>
      <w:pPr>
        <w:spacing w:after="0"/>
        <w:ind w:left="454"/>
      </w:pPr>
      <w:r>
        <w:t>(   ) b) uma condição real e sua provável consequência no futuro.</w:t>
      </w:r>
    </w:p>
    <w:p>
      <w:pPr>
        <w:spacing w:after="0"/>
        <w:ind w:left="454"/>
      </w:pPr>
      <w:r>
        <w:t>(   ) c) uma situação impossível.</w:t>
      </w:r>
    </w:p>
    <w:p>
      <w:pPr>
        <w:spacing w:after="0"/>
        <w:ind w:left="454"/>
      </w:pPr>
      <w:r>
        <w:t>(   ) d) uma crítica a uma decisão passada.</w:t>
      </w:r>
    </w:p>
    <w:p>
      <w:pPr>
        <w:spacing w:after="0"/>
        <w:ind w:left="454"/>
      </w:pPr>
      <w:r>
        <w:t>(   ) e) uma regra científica.</w:t>
      </w:r>
    </w:p>
    <w:p>
      <w:pPr>
        <w:keepNext/>
        <w:spacing w:before="120"/>
      </w:pPr>
      <w:r>
        <w:t>4. "If the company had listened to its customers, it wouldn't have lost so much money." Pode-se concluir que a empresa:</w:t>
      </w:r>
    </w:p>
    <w:p>
      <w:pPr>
        <w:spacing w:after="0"/>
        <w:ind w:left="454"/>
      </w:pPr>
      <w:r>
        <w:t>(   ) a) ouviu os clientes e ganhou dinheiro.</w:t>
      </w:r>
    </w:p>
    <w:p>
      <w:pPr>
        <w:spacing w:after="0"/>
        <w:ind w:left="454"/>
      </w:pPr>
      <w:r>
        <w:t>(   ) b) vai ouvir os clientes no futuro.</w:t>
      </w:r>
    </w:p>
    <w:p>
      <w:pPr>
        <w:spacing w:after="0"/>
        <w:ind w:left="454"/>
      </w:pPr>
      <w:r>
        <w:t>(   ) c) sempre ouve os clientes.</w:t>
      </w:r>
    </w:p>
    <w:p>
      <w:pPr>
        <w:spacing w:after="0"/>
        <w:ind w:left="454"/>
      </w:pPr>
      <w:r>
        <w:t>(   ) d) ainda pode evitar o prejuízo.</w:t>
      </w:r>
    </w:p>
    <w:p>
      <w:pPr>
        <w:spacing w:after="0"/>
        <w:ind w:left="454"/>
      </w:pPr>
      <w:r>
        <w:t>(   ) e) não ouviu os clientes e perdeu dinheiro.</w:t>
      </w:r>
    </w:p>
    <w:p>
      <w:pPr>
        <w:keepNext/>
        <w:spacing w:before="120"/>
      </w:pPr>
      <w:r>
        <w:t>5. "Unless we reduce plastic use, the oceans will suffer even more." A palavra "Unless" tem sentido equivalente a:</w:t>
      </w:r>
    </w:p>
    <w:p>
      <w:pPr>
        <w:spacing w:after="0"/>
        <w:ind w:left="454"/>
      </w:pPr>
      <w:r>
        <w:t>(   ) a) because</w:t>
      </w:r>
    </w:p>
    <w:p>
      <w:pPr>
        <w:spacing w:after="0"/>
        <w:ind w:left="454"/>
      </w:pPr>
      <w:r>
        <w:t>(   ) b) if not</w:t>
      </w:r>
    </w:p>
    <w:p>
      <w:pPr>
        <w:spacing w:after="0"/>
        <w:ind w:left="454"/>
      </w:pPr>
      <w:r>
        <w:t>(   ) c) although</w:t>
      </w:r>
    </w:p>
    <w:p>
      <w:pPr>
        <w:spacing w:after="0"/>
        <w:ind w:left="454"/>
      </w:pPr>
      <w:r>
        <w:t>(   ) d) so that</w:t>
      </w:r>
    </w:p>
    <w:p>
      <w:pPr>
        <w:spacing w:after="0"/>
        <w:ind w:left="454"/>
      </w:pPr>
      <w:r>
        <w:t>(   ) e) as soon as</w:t>
      </w:r>
    </w:p>
    <w:p>
      <w:pPr>
        <w:pStyle w:val="Heading2"/>
      </w:pPr>
      <w:r>
        <w:t>2. Verb tense and meaning</w:t>
      </w:r>
    </w:p>
    <w:p>
      <w:r>
        <w:rPr>
          <w:i/>
        </w:rPr>
        <w:t>Read the sentences and answer the questions.</w:t>
      </w:r>
    </w:p>
    <w:p>
      <w:pPr>
        <w:keepNext/>
        <w:spacing w:before="120"/>
      </w:pPr>
      <w:r>
        <w:t>1. "Students have been using online platforms to improve their learning experience over the past few years." A forma verbal "have been using" indica:</w:t>
      </w:r>
    </w:p>
    <w:p>
      <w:pPr>
        <w:spacing w:after="0"/>
        <w:ind w:left="454"/>
      </w:pPr>
      <w:r>
        <w:t>(   ) a) uma ação concluída no passado, sem relação com o presente.</w:t>
      </w:r>
    </w:p>
    <w:p>
      <w:pPr>
        <w:spacing w:after="0"/>
        <w:ind w:left="454"/>
      </w:pPr>
      <w:r>
        <w:t>(   ) b) uma ação que acontece apenas neste momento.</w:t>
      </w:r>
    </w:p>
    <w:p>
      <w:pPr>
        <w:spacing w:after="0"/>
        <w:ind w:left="454"/>
      </w:pPr>
      <w:r>
        <w:t>(   ) c) uma ação repetida no passado que deixou de ser verdade.</w:t>
      </w:r>
    </w:p>
    <w:p>
      <w:pPr>
        <w:spacing w:after="0"/>
        <w:ind w:left="454"/>
      </w:pPr>
      <w:r>
        <w:t>(   ) d) uma ação que começou no passado e continua no presente.</w:t>
      </w:r>
    </w:p>
    <w:p>
      <w:pPr>
        <w:spacing w:after="0"/>
        <w:ind w:left="454"/>
      </w:pPr>
      <w:r>
        <w:t>(   ) e) uma ação futura planejada.</w:t>
      </w:r>
    </w:p>
    <w:p>
      <w:pPr>
        <w:keepNext/>
        <w:spacing w:before="120"/>
      </w:pPr>
      <w:r>
        <w:t>2. "When the firefighters arrived, the fire had already destroyed the building." A forma "had already destroyed" indica que:</w:t>
      </w:r>
    </w:p>
    <w:p>
      <w:pPr>
        <w:spacing w:after="0"/>
        <w:ind w:left="454"/>
      </w:pPr>
      <w:r>
        <w:t>(   ) a) o fogo destruiu o prédio antes da chegada dos bombeiros.</w:t>
      </w:r>
    </w:p>
    <w:p>
      <w:pPr>
        <w:spacing w:after="0"/>
        <w:ind w:left="454"/>
      </w:pPr>
      <w:r>
        <w:t>(   ) b) os bombeiros chegaram antes do incêndio.</w:t>
      </w:r>
    </w:p>
    <w:p>
      <w:pPr>
        <w:spacing w:after="0"/>
        <w:ind w:left="454"/>
      </w:pPr>
      <w:r>
        <w:t>(   ) c) o prédio ainda está pegando fogo.</w:t>
      </w:r>
    </w:p>
    <w:p>
      <w:pPr>
        <w:spacing w:after="0"/>
        <w:ind w:left="454"/>
      </w:pPr>
      <w:r>
        <w:t>(   ) d) o fogo vai destruir o prédio.</w:t>
      </w:r>
    </w:p>
    <w:p>
      <w:pPr>
        <w:spacing w:after="0"/>
        <w:ind w:left="454"/>
      </w:pPr>
      <w:r>
        <w:t>(   ) e) os bombeiros destruíram o prédio.</w:t>
      </w:r>
    </w:p>
    <w:p>
      <w:pPr>
        <w:keepNext/>
        <w:spacing w:before="120"/>
      </w:pPr>
      <w:r>
        <w:t>3. "Scientists say that global temperatures may rise even more in the next decades." O verbo "may" expressa:</w:t>
      </w:r>
    </w:p>
    <w:p>
      <w:pPr>
        <w:spacing w:after="0"/>
        <w:ind w:left="454"/>
      </w:pPr>
      <w:r>
        <w:t>(   ) a) obrigação.</w:t>
      </w:r>
    </w:p>
    <w:p>
      <w:pPr>
        <w:spacing w:after="0"/>
        <w:ind w:left="454"/>
      </w:pPr>
      <w:r>
        <w:t>(   ) b) proibição.</w:t>
      </w:r>
    </w:p>
    <w:p>
      <w:pPr>
        <w:spacing w:after="0"/>
        <w:ind w:left="454"/>
      </w:pPr>
      <w:r>
        <w:t>(   ) c) habilidade.</w:t>
      </w:r>
    </w:p>
    <w:p>
      <w:pPr>
        <w:spacing w:after="0"/>
        <w:ind w:left="454"/>
      </w:pPr>
      <w:r>
        <w:t>(   ) d) certeza absoluta.</w:t>
      </w:r>
    </w:p>
    <w:p>
      <w:pPr>
        <w:spacing w:after="0"/>
        <w:ind w:left="454"/>
      </w:pPr>
      <w:r>
        <w:t>(   ) e) possibilidade.</w:t>
      </w:r>
    </w:p>
    <w:p>
      <w:pPr>
        <w:keepNext/>
        <w:spacing w:before="120"/>
      </w:pPr>
      <w:r>
        <w:t>4. "Visitors must not feed the animals." A placa expressa:</w:t>
      </w:r>
    </w:p>
    <w:p>
      <w:pPr>
        <w:spacing w:after="0"/>
        <w:ind w:left="454"/>
      </w:pPr>
      <w:r>
        <w:t>(   ) a) uma sugestão.</w:t>
      </w:r>
    </w:p>
    <w:p>
      <w:pPr>
        <w:spacing w:after="0"/>
        <w:ind w:left="454"/>
      </w:pPr>
      <w:r>
        <w:t>(   ) b) uma possibilidade.</w:t>
      </w:r>
    </w:p>
    <w:p>
      <w:pPr>
        <w:spacing w:after="0"/>
        <w:ind w:left="454"/>
      </w:pPr>
      <w:r>
        <w:t>(   ) c) uma proibição.</w:t>
      </w:r>
    </w:p>
    <w:p>
      <w:pPr>
        <w:spacing w:after="0"/>
        <w:ind w:left="454"/>
      </w:pPr>
      <w:r>
        <w:t>(   ) d) uma habilidade.</w:t>
      </w:r>
    </w:p>
    <w:p>
      <w:pPr>
        <w:spacing w:after="0"/>
        <w:ind w:left="454"/>
      </w:pPr>
      <w:r>
        <w:t>(   ) e) um convite.</w:t>
      </w:r>
    </w:p>
    <w:p>
      <w:pPr>
        <w:keepNext/>
        <w:spacing w:before="120"/>
      </w:pPr>
      <w:r>
        <w:t>5. "Although the app is free, it collects a lot of personal data." O conectivo "Although" estabelece uma relação de:</w:t>
      </w:r>
    </w:p>
    <w:p>
      <w:pPr>
        <w:spacing w:after="0"/>
        <w:ind w:left="454"/>
      </w:pPr>
      <w:r>
        <w:t>(   ) a) causa.</w:t>
      </w:r>
    </w:p>
    <w:p>
      <w:pPr>
        <w:spacing w:after="0"/>
        <w:ind w:left="454"/>
      </w:pPr>
      <w:r>
        <w:t>(   ) b) concessão (contraste).</w:t>
      </w:r>
    </w:p>
    <w:p>
      <w:pPr>
        <w:spacing w:after="0"/>
        <w:ind w:left="454"/>
      </w:pPr>
      <w:r>
        <w:t>(   ) c) finalidade.</w:t>
      </w:r>
    </w:p>
    <w:p>
      <w:pPr>
        <w:spacing w:after="0"/>
        <w:ind w:left="454"/>
      </w:pPr>
      <w:r>
        <w:t>(   ) d) tempo.</w:t>
      </w:r>
    </w:p>
    <w:p>
      <w:pPr>
        <w:spacing w:after="0"/>
        <w:ind w:left="454"/>
      </w:pPr>
      <w:r>
        <w:t>(   ) e) adição.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Conditionals</w:t>
      </w:r>
    </w:p>
    <w:p>
      <w:pPr>
        <w:spacing w:after="0"/>
      </w:pPr>
      <w:r>
        <w:t>1) c) uma situação hipotética no presente.</w:t>
      </w:r>
    </w:p>
    <w:p>
      <w:pPr>
        <w:spacing w:after="0"/>
      </w:pPr>
      <w:r>
        <w:t>2) a) uma verdade geral, um fato científico.</w:t>
      </w:r>
    </w:p>
    <w:p>
      <w:pPr>
        <w:spacing w:after="0"/>
      </w:pPr>
      <w:r>
        <w:t>3) b) uma condição real e sua provável consequência no futuro.</w:t>
      </w:r>
    </w:p>
    <w:p>
      <w:pPr>
        <w:spacing w:after="0"/>
      </w:pPr>
      <w:r>
        <w:t>4) e) não ouviu os clientes e perdeu dinheiro.</w:t>
      </w:r>
    </w:p>
    <w:p>
      <w:pPr>
        <w:spacing w:after="0"/>
      </w:pPr>
      <w:r>
        <w:t>5) b) if not</w:t>
      </w:r>
    </w:p>
    <w:p>
      <w:r>
        <w:rPr>
          <w:b/>
        </w:rPr>
        <w:t>2. Verb tense and meaning</w:t>
      </w:r>
    </w:p>
    <w:p>
      <w:pPr>
        <w:spacing w:after="0"/>
      </w:pPr>
      <w:r>
        <w:t>1) d) uma ação que começou no passado e continua no presente.</w:t>
      </w:r>
    </w:p>
    <w:p>
      <w:pPr>
        <w:spacing w:after="0"/>
      </w:pPr>
      <w:r>
        <w:t>2) a) o fogo destruiu o prédio antes da chegada dos bombeiros.</w:t>
      </w:r>
    </w:p>
    <w:p>
      <w:pPr>
        <w:spacing w:after="0"/>
      </w:pPr>
      <w:r>
        <w:t>3) e) possibilidade.</w:t>
      </w:r>
    </w:p>
    <w:p>
      <w:pPr>
        <w:spacing w:after="0"/>
      </w:pPr>
      <w:r>
        <w:t>4) c) uma proibição.</w:t>
      </w:r>
    </w:p>
    <w:p>
      <w:pPr>
        <w:spacing w:after="0"/>
      </w:pPr>
      <w:r>
        <w:t>5) b) concessão (contraste).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