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Celulares na escola? Opinion article e conditionals</w:t>
      </w:r>
    </w:p>
    <w:p>
      <w:r>
        <w:rPr>
          <w:color w:val="6B6B6B"/>
          <w:sz w:val="18"/>
        </w:rPr>
        <w:t>1ª série e 2ª série · Conditionals (if clauses) · BNCC: EM13LGG302, EM13LGG403</w:t>
      </w:r>
    </w:p>
    <w:p>
      <w:pPr>
        <w:pStyle w:val="Heading2"/>
      </w:pPr>
      <w:r>
        <w:t>1. Opinion article</w:t>
      </w:r>
    </w:p>
    <w:p>
      <w:r>
        <w:rPr>
          <w:i/>
        </w:rPr>
        <w:t>Read the text and choose the correct answer.</w:t>
      </w:r>
    </w:p>
    <w:p>
      <w:r>
        <w:rPr>
          <w:b/>
        </w:rPr>
        <w:t>Should Cell Phones Be Allowed in Schools?</w:t>
      </w:r>
    </w:p>
    <w:p>
      <w:pPr>
        <w:ind w:left="340"/>
      </w:pPr>
      <w:r>
        <w:t>There is a big debate about whether students should be allowed to use cell phones in schools. Some people believe that phones are useful tools for learning, providing access to educational resources and quick communication.</w:t>
      </w:r>
    </w:p>
    <w:p>
      <w:pPr>
        <w:ind w:left="340"/>
      </w:pPr>
      <w:r>
        <w:t>Others argue that phones are a major distraction, making it harder for students to focus in class. Some schools allow phones but with restrictions, while others ban them completely.</w:t>
      </w:r>
    </w:p>
    <w:p>
      <w:pPr>
        <w:ind w:left="340"/>
      </w:pPr>
      <w:r>
        <w:t>The question remains: should students have the right to use their phones in school, or should they be kept away during lessons?</w:t>
      </w:r>
    </w:p>
    <w:p>
      <w:pPr>
        <w:keepNext/>
        <w:spacing w:before="120"/>
      </w:pPr>
      <w:r>
        <w:t>1. What is the main topic of the text?</w:t>
      </w:r>
    </w:p>
    <w:p>
      <w:pPr>
        <w:spacing w:after="0"/>
        <w:ind w:left="454"/>
      </w:pPr>
      <w:r>
        <w:t>(   ) a) The price of cell phones</w:t>
      </w:r>
    </w:p>
    <w:p>
      <w:pPr>
        <w:spacing w:after="0"/>
        <w:ind w:left="454"/>
      </w:pPr>
      <w:r>
        <w:t>(   ) b) Whether cell phones should be allowed in schools</w:t>
      </w:r>
    </w:p>
    <w:p>
      <w:pPr>
        <w:spacing w:after="0"/>
        <w:ind w:left="454"/>
      </w:pPr>
      <w:r>
        <w:t>(   ) c) How to fix a broken phone</w:t>
      </w:r>
    </w:p>
    <w:p>
      <w:pPr>
        <w:spacing w:after="0"/>
        <w:ind w:left="454"/>
      </w:pPr>
      <w:r>
        <w:t>(   ) d) The best apps for students</w:t>
      </w:r>
    </w:p>
    <w:p>
      <w:pPr>
        <w:keepNext/>
        <w:spacing w:before="120"/>
      </w:pPr>
      <w:r>
        <w:t>2. Which is an argument in favor of phones in schools?</w:t>
      </w:r>
    </w:p>
    <w:p>
      <w:pPr>
        <w:spacing w:after="0"/>
        <w:ind w:left="454"/>
      </w:pPr>
      <w:r>
        <w:t>(   ) a) They give access to educational resources.</w:t>
      </w:r>
    </w:p>
    <w:p>
      <w:pPr>
        <w:spacing w:after="0"/>
        <w:ind w:left="454"/>
      </w:pPr>
      <w:r>
        <w:t>(   ) b) They make classes longer.</w:t>
      </w:r>
    </w:p>
    <w:p>
      <w:pPr>
        <w:spacing w:after="0"/>
        <w:ind w:left="454"/>
      </w:pPr>
      <w:r>
        <w:t>(   ) c) They are cheaper than books.</w:t>
      </w:r>
    </w:p>
    <w:p>
      <w:pPr>
        <w:spacing w:after="0"/>
        <w:ind w:left="454"/>
      </w:pPr>
      <w:r>
        <w:t>(   ) d) They help students sleep better.</w:t>
      </w:r>
    </w:p>
    <w:p>
      <w:pPr>
        <w:keepNext/>
        <w:spacing w:before="120"/>
      </w:pPr>
      <w:r>
        <w:t>3. Which is an argument against phones in schools?</w:t>
      </w:r>
    </w:p>
    <w:p>
      <w:pPr>
        <w:spacing w:after="0"/>
        <w:ind w:left="454"/>
      </w:pPr>
      <w:r>
        <w:t>(   ) a) They are too expensive.</w:t>
      </w:r>
    </w:p>
    <w:p>
      <w:pPr>
        <w:spacing w:after="0"/>
        <w:ind w:left="454"/>
      </w:pPr>
      <w:r>
        <w:t>(   ) b) They break easily.</w:t>
      </w:r>
    </w:p>
    <w:p>
      <w:pPr>
        <w:spacing w:after="0"/>
        <w:ind w:left="454"/>
      </w:pPr>
      <w:r>
        <w:t>(   ) c) They are a distraction and make it harder to focus.</w:t>
      </w:r>
    </w:p>
    <w:p>
      <w:pPr>
        <w:spacing w:after="0"/>
        <w:ind w:left="454"/>
      </w:pPr>
      <w:r>
        <w:t>(   ) d) They are too heavy to carry.</w:t>
      </w:r>
    </w:p>
    <w:p>
      <w:pPr>
        <w:keepNext/>
        <w:spacing w:before="120"/>
      </w:pPr>
      <w:r>
        <w:t>4. How do some schools handle this issue?</w:t>
      </w:r>
    </w:p>
    <w:p>
      <w:pPr>
        <w:spacing w:after="0"/>
        <w:ind w:left="454"/>
      </w:pPr>
      <w:r>
        <w:t>(   ) a) They give free phones to all students.</w:t>
      </w:r>
    </w:p>
    <w:p>
      <w:pPr>
        <w:spacing w:after="0"/>
        <w:ind w:left="454"/>
      </w:pPr>
      <w:r>
        <w:t>(   ) b) They let students use phones during tests.</w:t>
      </w:r>
    </w:p>
    <w:p>
      <w:pPr>
        <w:spacing w:after="0"/>
        <w:ind w:left="454"/>
      </w:pPr>
      <w:r>
        <w:t>(   ) c) They only allow phones for teachers.</w:t>
      </w:r>
    </w:p>
    <w:p>
      <w:pPr>
        <w:spacing w:after="0"/>
        <w:ind w:left="454"/>
      </w:pPr>
      <w:r>
        <w:t>(   ) d) Some allow phones with restrictions, while others ban them completely.</w:t>
      </w:r>
    </w:p>
    <w:p>
      <w:pPr>
        <w:keepNext/>
        <w:spacing w:before="120"/>
      </w:pPr>
      <w:r>
        <w:t>5. Does the text give a final answer to the debate?</w:t>
      </w:r>
    </w:p>
    <w:p>
      <w:pPr>
        <w:spacing w:after="0"/>
        <w:ind w:left="454"/>
      </w:pPr>
      <w:r>
        <w:t>(   ) a) Yes, it says phones must be banned.</w:t>
      </w:r>
    </w:p>
    <w:p>
      <w:pPr>
        <w:spacing w:after="0"/>
        <w:ind w:left="454"/>
      </w:pPr>
      <w:r>
        <w:t>(   ) b) No, it presents both sides and ends with a question.</w:t>
      </w:r>
    </w:p>
    <w:p>
      <w:pPr>
        <w:spacing w:after="0"/>
        <w:ind w:left="454"/>
      </w:pPr>
      <w:r>
        <w:t>(   ) c) Yes, it says phones must be allowed.</w:t>
      </w:r>
    </w:p>
    <w:p>
      <w:pPr>
        <w:spacing w:after="0"/>
        <w:ind w:left="454"/>
      </w:pPr>
      <w:r>
        <w:t>(   ) d) No, because it only talks about teachers.</w:t>
      </w:r>
    </w:p>
    <w:p>
      <w:pPr>
        <w:pStyle w:val="Heading2"/>
      </w:pPr>
      <w:r>
        <w:t>2. Conditionals</w:t>
      </w:r>
    </w:p>
    <w:p>
      <w:r>
        <w:rPr>
          <w:i/>
        </w:rPr>
        <w:t>Complete the sentences with the correct form of the verb in parentheses (first, second or third conditional).</w:t>
      </w:r>
    </w:p>
    <w:p>
      <w:pPr>
        <w:keepNext/>
        <w:spacing w:before="120"/>
      </w:pPr>
      <w:r>
        <w:t>1. If you ______________ (study) hard, you will pass the exam.</w:t>
      </w:r>
    </w:p>
    <w:p>
      <w:pPr>
        <w:keepNext/>
        <w:spacing w:before="120"/>
      </w:pPr>
      <w:r>
        <w:t>2. If I ______________ (be) you, I would take that job offer.</w:t>
      </w:r>
    </w:p>
    <w:p>
      <w:pPr>
        <w:keepNext/>
        <w:spacing w:before="120"/>
      </w:pPr>
      <w:r>
        <w:t>3. If she had woken up earlier, she ______________ (not / miss) the bus.</w:t>
      </w:r>
    </w:p>
    <w:p>
      <w:pPr>
        <w:keepNext/>
        <w:spacing w:before="120"/>
      </w:pPr>
      <w:r>
        <w:t>4. If we ______________ (have) more time, we could go to the beach.</w:t>
      </w:r>
    </w:p>
    <w:p>
      <w:pPr>
        <w:keepNext/>
        <w:spacing w:before="120"/>
      </w:pPr>
      <w:r>
        <w:t>5. If they win the lottery, they ______________ (buy) a new house.</w:t>
      </w:r>
    </w:p>
    <w:p>
      <w:pPr>
        <w:keepNext/>
        <w:spacing w:before="120"/>
      </w:pPr>
      <w:r>
        <w:t>6. If it rains tomorrow, we ______________ (stay) at home.</w:t>
      </w:r>
    </w:p>
    <w:p>
      <w:pPr>
        <w:keepNext/>
        <w:spacing w:before="120"/>
      </w:pPr>
      <w:r>
        <w:t>7. If he had left earlier, he ______________ (catch) the train.</w:t>
      </w:r>
    </w:p>
    <w:p>
      <w:pPr>
        <w:pStyle w:val="Heading2"/>
      </w:pPr>
      <w:r>
        <w:t>3. Which conditional?</w:t>
      </w:r>
    </w:p>
    <w:p>
      <w:r>
        <w:rPr>
          <w:i/>
        </w:rPr>
        <w:t>Identify the type of conditional.</w:t>
      </w:r>
    </w:p>
    <w:p>
      <w:pPr>
        <w:keepNext/>
        <w:spacing w:before="120"/>
      </w:pPr>
      <w:r>
        <w:t>1. If I had a car, I would drive to work.</w:t>
      </w:r>
    </w:p>
    <w:p>
      <w:pPr>
        <w:spacing w:after="0"/>
        <w:ind w:left="454"/>
      </w:pPr>
      <w:r>
        <w:t>(   ) a) First conditional</w:t>
      </w:r>
    </w:p>
    <w:p>
      <w:pPr>
        <w:spacing w:after="0"/>
        <w:ind w:left="454"/>
      </w:pPr>
      <w:r>
        <w:t>(   ) b) Second conditional</w:t>
      </w:r>
    </w:p>
    <w:p>
      <w:pPr>
        <w:spacing w:after="0"/>
        <w:ind w:left="454"/>
      </w:pPr>
      <w:r>
        <w:t>(   ) c) Third conditional</w:t>
      </w:r>
    </w:p>
    <w:p>
      <w:pPr>
        <w:keepNext/>
        <w:spacing w:before="120"/>
      </w:pPr>
      <w:r>
        <w:t>2. If you heat ice, it melts.</w:t>
      </w:r>
    </w:p>
    <w:p>
      <w:pPr>
        <w:spacing w:after="0"/>
        <w:ind w:left="454"/>
      </w:pPr>
      <w:r>
        <w:t>(   ) a) Zero conditional</w:t>
      </w:r>
    </w:p>
    <w:p>
      <w:pPr>
        <w:spacing w:after="0"/>
        <w:ind w:left="454"/>
      </w:pPr>
      <w:r>
        <w:t>(   ) b) Second conditional</w:t>
      </w:r>
    </w:p>
    <w:p>
      <w:pPr>
        <w:spacing w:after="0"/>
        <w:ind w:left="454"/>
      </w:pPr>
      <w:r>
        <w:t>(   ) c) Third conditional</w:t>
      </w:r>
    </w:p>
    <w:p>
      <w:r>
        <w:br w:type="page"/>
      </w:r>
    </w:p>
    <w:p>
      <w:pPr>
        <w:pStyle w:val="Heading2"/>
      </w:pPr>
      <w:r>
        <w:t>Gabarito (Answer key)</w:t>
      </w:r>
    </w:p>
    <w:p>
      <w:r>
        <w:rPr>
          <w:b/>
        </w:rPr>
        <w:t>1. Opinion article</w:t>
      </w:r>
    </w:p>
    <w:p>
      <w:pPr>
        <w:spacing w:after="0"/>
      </w:pPr>
      <w:r>
        <w:t>1) b) Whether cell phones should be allowed in schools</w:t>
      </w:r>
    </w:p>
    <w:p>
      <w:pPr>
        <w:spacing w:after="0"/>
      </w:pPr>
      <w:r>
        <w:t>2) a) They give access to educational resources.</w:t>
      </w:r>
    </w:p>
    <w:p>
      <w:pPr>
        <w:spacing w:after="0"/>
      </w:pPr>
      <w:r>
        <w:t>3) c) They are a distraction and make it harder to focus.</w:t>
      </w:r>
    </w:p>
    <w:p>
      <w:pPr>
        <w:spacing w:after="0"/>
      </w:pPr>
      <w:r>
        <w:t>4) d) Some allow phones with restrictions, while others ban them completely.</w:t>
      </w:r>
    </w:p>
    <w:p>
      <w:pPr>
        <w:spacing w:after="0"/>
      </w:pPr>
      <w:r>
        <w:t>5) b) No, it presents both sides and ends with a question.</w:t>
      </w:r>
    </w:p>
    <w:p>
      <w:r>
        <w:rPr>
          <w:b/>
        </w:rPr>
        <w:t>2. Conditionals</w:t>
      </w:r>
    </w:p>
    <w:p>
      <w:pPr>
        <w:spacing w:after="0"/>
      </w:pPr>
      <w:r>
        <w:t>1) study</w:t>
      </w:r>
    </w:p>
    <w:p>
      <w:pPr>
        <w:spacing w:after="0"/>
      </w:pPr>
      <w:r>
        <w:t>2) were</w:t>
      </w:r>
    </w:p>
    <w:p>
      <w:pPr>
        <w:spacing w:after="0"/>
      </w:pPr>
      <w:r>
        <w:t>3) wouldn't have missed</w:t>
      </w:r>
    </w:p>
    <w:p>
      <w:pPr>
        <w:spacing w:after="0"/>
      </w:pPr>
      <w:r>
        <w:t>4) had</w:t>
      </w:r>
    </w:p>
    <w:p>
      <w:pPr>
        <w:spacing w:after="0"/>
      </w:pPr>
      <w:r>
        <w:t>5) will buy</w:t>
      </w:r>
    </w:p>
    <w:p>
      <w:pPr>
        <w:spacing w:after="0"/>
      </w:pPr>
      <w:r>
        <w:t>6) will stay</w:t>
      </w:r>
    </w:p>
    <w:p>
      <w:pPr>
        <w:spacing w:after="0"/>
      </w:pPr>
      <w:r>
        <w:t>7) would have caught</w:t>
      </w:r>
    </w:p>
    <w:p>
      <w:r>
        <w:rPr>
          <w:b/>
        </w:rPr>
        <w:t>3. Which conditional?</w:t>
      </w:r>
    </w:p>
    <w:p>
      <w:pPr>
        <w:spacing w:after="0"/>
      </w:pPr>
      <w:r>
        <w:t>1) b) Second conditional</w:t>
      </w:r>
    </w:p>
    <w:p>
      <w:pPr>
        <w:spacing w:after="0"/>
      </w:pPr>
      <w:r>
        <w:t>2) a) Zero conditional</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2025-03-26T00:00:00Z</dcterms:created>
  <dcterms:modified xsi:type="dcterms:W3CDTF">2025-03-26T00:00:00Z</dcterms:modified>
  <cp:category/>
</cp:coreProperties>
</file>