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Condicionais e tempos verbais</w:t>
      </w:r>
    </w:p>
    <w:p>
      <w:r>
        <w:rPr>
          <w:color w:val="6B6B6B"/>
          <w:sz w:val="18"/>
        </w:rPr>
        <w:t>9º ano · Conditionals (if clauses) · BNCC: EF09LI15</w:t>
      </w:r>
    </w:p>
    <w:p>
      <w:pPr>
        <w:pStyle w:val="Heading2"/>
      </w:pPr>
      <w:r>
        <w:t>1. Verb tenses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By the time we arrive, they ______________ (finish) dinner.</w:t>
      </w:r>
    </w:p>
    <w:p>
      <w:pPr>
        <w:keepNext/>
        <w:spacing w:before="120"/>
      </w:pPr>
      <w:r>
        <w:t>2. He ______________ (study) for three hours when I called him.</w:t>
      </w:r>
    </w:p>
    <w:p>
      <w:pPr>
        <w:keepNext/>
        <w:spacing w:before="120"/>
      </w:pPr>
      <w:r>
        <w:t>3. When I got home, my sister ______________ (already / cook) dinner.</w:t>
      </w:r>
    </w:p>
    <w:p>
      <w:pPr>
        <w:pStyle w:val="Heading2"/>
      </w:pPr>
      <w:r>
        <w:t>2. Conditionals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If she ______________ (be) here, she would help us.</w:t>
      </w:r>
    </w:p>
    <w:p>
      <w:pPr>
        <w:keepNext/>
        <w:spacing w:before="120"/>
      </w:pPr>
      <w:r>
        <w:t>2. If they ______________ (tell) me earlier, I could have fixed it.</w:t>
      </w:r>
    </w:p>
    <w:p>
      <w:pPr>
        <w:keepNext/>
        <w:spacing w:before="120"/>
      </w:pPr>
      <w:r>
        <w:t>3. If I ______________ (win) the game, I will celebrate with my friends.</w:t>
      </w:r>
    </w:p>
    <w:p>
      <w:pPr>
        <w:keepNext/>
        <w:spacing w:before="120"/>
      </w:pPr>
      <w:r>
        <w:t>4. If we ______________ (have) more time, we would visit our grandparents.</w:t>
      </w:r>
    </w:p>
    <w:p>
      <w:pPr>
        <w:keepNext/>
        <w:spacing w:before="120"/>
      </w:pPr>
      <w:r>
        <w:t>5. If you ______________ (not / water) the plants, they will die.</w:t>
      </w:r>
    </w:p>
    <w:p>
      <w:pPr>
        <w:keepNext/>
        <w:spacing w:before="120"/>
      </w:pPr>
      <w:r>
        <w:t>6. My mom ______________ (be) angry if I come home late.</w:t>
      </w:r>
    </w:p>
    <w:p>
      <w:pPr>
        <w:pStyle w:val="Heading2"/>
      </w:pPr>
      <w:r>
        <w:t>3. Understanding conditionals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"If I had wings, I would fly." This sentence talks about...</w:t>
      </w:r>
    </w:p>
    <w:p>
      <w:pPr>
        <w:spacing w:after="0"/>
        <w:ind w:left="454"/>
      </w:pPr>
      <w:r>
        <w:t>(   ) a) a real future possibility</w:t>
      </w:r>
    </w:p>
    <w:p>
      <w:pPr>
        <w:spacing w:after="0"/>
        <w:ind w:left="454"/>
      </w:pPr>
      <w:r>
        <w:t>(   ) b) an imaginary situation in the present</w:t>
      </w:r>
    </w:p>
    <w:p>
      <w:pPr>
        <w:spacing w:after="0"/>
        <w:ind w:left="454"/>
      </w:pPr>
      <w:r>
        <w:t>(   ) c) something that happened yesterday</w:t>
      </w:r>
    </w:p>
    <w:p>
      <w:pPr>
        <w:keepNext/>
        <w:spacing w:before="120"/>
      </w:pPr>
      <w:r>
        <w:t>2. "If it rains, we will stay at home." This is the...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spacing w:after="0"/>
        <w:ind w:left="454"/>
      </w:pPr>
      <w:r>
        <w:t>(   ) c) third conditional</w:t>
      </w:r>
    </w:p>
    <w:p>
      <w:pPr>
        <w:keepNext/>
        <w:spacing w:before="120"/>
      </w:pPr>
      <w:r>
        <w:t>3. "If they had told me earlier, I could have fixed it." Did they tell me earlier?</w:t>
      </w:r>
    </w:p>
    <w:p>
      <w:pPr>
        <w:spacing w:after="0"/>
        <w:ind w:left="454"/>
      </w:pPr>
      <w:r>
        <w:t>(   ) a) Yes, they did.</w:t>
      </w:r>
    </w:p>
    <w:p>
      <w:pPr>
        <w:spacing w:after="0"/>
        <w:ind w:left="454"/>
      </w:pPr>
      <w:r>
        <w:t>(   ) b) No, they didn't.</w:t>
      </w:r>
    </w:p>
    <w:p>
      <w:pPr>
        <w:spacing w:after="0"/>
        <w:ind w:left="454"/>
      </w:pPr>
      <w:r>
        <w:t>(   ) c) We don't know.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Verb tenses</w:t>
      </w:r>
    </w:p>
    <w:p>
      <w:pPr>
        <w:spacing w:after="0"/>
      </w:pPr>
      <w:r>
        <w:t>1) will have finished</w:t>
      </w:r>
    </w:p>
    <w:p>
      <w:pPr>
        <w:spacing w:after="0"/>
      </w:pPr>
      <w:r>
        <w:t>2) had been studying</w:t>
      </w:r>
    </w:p>
    <w:p>
      <w:pPr>
        <w:spacing w:after="0"/>
      </w:pPr>
      <w:r>
        <w:t>3) had already cooked</w:t>
      </w:r>
    </w:p>
    <w:p>
      <w:r>
        <w:rPr>
          <w:b/>
        </w:rPr>
        <w:t>2. Conditionals</w:t>
      </w:r>
    </w:p>
    <w:p>
      <w:pPr>
        <w:spacing w:after="0"/>
      </w:pPr>
      <w:r>
        <w:t>1) were</w:t>
      </w:r>
    </w:p>
    <w:p>
      <w:pPr>
        <w:spacing w:after="0"/>
      </w:pPr>
      <w:r>
        <w:t>2) had told</w:t>
      </w:r>
    </w:p>
    <w:p>
      <w:pPr>
        <w:spacing w:after="0"/>
      </w:pPr>
      <w:r>
        <w:t>3) win</w:t>
      </w:r>
    </w:p>
    <w:p>
      <w:pPr>
        <w:spacing w:after="0"/>
      </w:pPr>
      <w:r>
        <w:t>4) had</w:t>
      </w:r>
    </w:p>
    <w:p>
      <w:pPr>
        <w:spacing w:after="0"/>
      </w:pPr>
      <w:r>
        <w:t>5) don't water</w:t>
      </w:r>
    </w:p>
    <w:p>
      <w:pPr>
        <w:spacing w:after="0"/>
      </w:pPr>
      <w:r>
        <w:t>6) will be</w:t>
      </w:r>
    </w:p>
    <w:p>
      <w:r>
        <w:rPr>
          <w:b/>
        </w:rPr>
        <w:t>3. Understanding conditionals</w:t>
      </w:r>
    </w:p>
    <w:p>
      <w:pPr>
        <w:spacing w:after="0"/>
      </w:pPr>
      <w:r>
        <w:t>1) b) an imaginary situation in the present</w:t>
      </w:r>
    </w:p>
    <w:p>
      <w:pPr>
        <w:spacing w:after="0"/>
      </w:pPr>
      <w:r>
        <w:t>2) a) first conditional</w:t>
      </w:r>
    </w:p>
    <w:p>
      <w:pPr>
        <w:spacing w:after="0"/>
      </w:pPr>
      <w:r>
        <w:t>3) b) No, they didn't.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2025-01-08T00:00:00Z</dcterms:created>
  <dcterms:modified xsi:type="dcterms:W3CDTF">2025-01-08T00:00:00Z</dcterms:modified>
  <cp:category/>
</cp:coreProperties>
</file>