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present, simple past e conditionals</w:t>
      </w:r>
    </w:p>
    <w:p>
      <w:r>
        <w:rPr>
          <w:color w:val="6B6B6B"/>
          <w:sz w:val="18"/>
        </w:rPr>
        <w:t>8º ano e 9º ano · Conditionals (if clauses) · BNCC: EF09LI15</w:t>
      </w:r>
    </w:p>
    <w:p>
      <w:pPr>
        <w:pStyle w:val="Heading2"/>
      </w:pPr>
      <w:r>
        <w:t>1. Simple present and simple past</w:t>
      </w:r>
    </w:p>
    <w:p>
      <w:r>
        <w:rPr>
          <w:i/>
        </w:rPr>
        <w:t>Complete the sentences with the correct form of the verb in parentheses.</w:t>
      </w:r>
    </w:p>
    <w:p>
      <w:pPr>
        <w:keepNext/>
        <w:spacing w:before="120"/>
      </w:pPr>
      <w:r>
        <w:t>1. Sarah ______________ (go) to school by bus every day.</w:t>
      </w:r>
    </w:p>
    <w:p>
      <w:pPr>
        <w:keepNext/>
        <w:spacing w:before="120"/>
      </w:pPr>
      <w:r>
        <w:t>2. We ______________ (study) English on Mondays and Wednesdays.</w:t>
      </w:r>
    </w:p>
    <w:p>
      <w:pPr>
        <w:keepNext/>
        <w:spacing w:before="120"/>
      </w:pPr>
      <w:r>
        <w:t>3. I ______________ (watch) a movie last night.</w:t>
      </w:r>
    </w:p>
    <w:p>
      <w:pPr>
        <w:keepNext/>
        <w:spacing w:before="120"/>
      </w:pPr>
      <w:r>
        <w:t>4. They ______________ (play) soccer yesterday afternoon.</w:t>
      </w:r>
    </w:p>
    <w:p>
      <w:pPr>
        <w:keepNext/>
        <w:spacing w:before="120"/>
      </w:pPr>
      <w:r>
        <w:t>5. He ______________ (not / like) vegetables when he was a child.</w:t>
      </w:r>
    </w:p>
    <w:p>
      <w:pPr>
        <w:pStyle w:val="Heading2"/>
      </w:pPr>
      <w:r>
        <w:t>2. First and second conditional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If it ______________ (rain), we will stay at home.</w:t>
      </w:r>
    </w:p>
    <w:p>
      <w:pPr>
        <w:keepNext/>
        <w:spacing w:before="120"/>
      </w:pPr>
      <w:r>
        <w:t>2. If she studies hard, she ______________ (pass) the exam.</w:t>
      </w:r>
    </w:p>
    <w:p>
      <w:pPr>
        <w:keepNext/>
        <w:spacing w:before="120"/>
      </w:pPr>
      <w:r>
        <w:t>3. If I ______________ (be) rich, I would travel the world.</w:t>
      </w:r>
    </w:p>
    <w:p>
      <w:pPr>
        <w:keepNext/>
        <w:spacing w:before="120"/>
      </w:pPr>
      <w:r>
        <w:t>4. You will feel better if you ______________ (drink) some water.</w:t>
      </w:r>
    </w:p>
    <w:p>
      <w:pPr>
        <w:keepNext/>
        <w:spacing w:before="120"/>
      </w:pPr>
      <w:r>
        <w:t>5. If they had more time, they ______________ (learn) another language.</w:t>
      </w:r>
    </w:p>
    <w:p>
      <w:pPr>
        <w:pStyle w:val="Heading2"/>
      </w:pPr>
      <w:r>
        <w:t>3. Choose the correct sentence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Choose the correct sentence.</w:t>
      </w:r>
    </w:p>
    <w:p>
      <w:pPr>
        <w:spacing w:after="0"/>
        <w:ind w:left="454"/>
      </w:pPr>
      <w:r>
        <w:t>(   ) a) If I will see him, I will tell him.</w:t>
      </w:r>
    </w:p>
    <w:p>
      <w:pPr>
        <w:spacing w:after="0"/>
        <w:ind w:left="454"/>
      </w:pPr>
      <w:r>
        <w:t>(   ) b) If I see him, I will tell him.</w:t>
      </w:r>
    </w:p>
    <w:p>
      <w:pPr>
        <w:spacing w:after="0"/>
        <w:ind w:left="454"/>
      </w:pPr>
      <w:r>
        <w:t>(   ) c) If I saw him, I will tell him.</w:t>
      </w:r>
    </w:p>
    <w:p>
      <w:pPr>
        <w:keepNext/>
        <w:spacing w:before="120"/>
      </w:pPr>
      <w:r>
        <w:t>2. Which sentence is in the simple past?</w:t>
      </w:r>
    </w:p>
    <w:p>
      <w:pPr>
        <w:spacing w:after="0"/>
        <w:ind w:left="454"/>
      </w:pPr>
      <w:r>
        <w:t>(   ) a) She plays the piano.</w:t>
      </w:r>
    </w:p>
    <w:p>
      <w:pPr>
        <w:spacing w:after="0"/>
        <w:ind w:left="454"/>
      </w:pPr>
      <w:r>
        <w:t>(   ) b) She is playing the piano.</w:t>
      </w:r>
    </w:p>
    <w:p>
      <w:pPr>
        <w:spacing w:after="0"/>
        <w:ind w:left="454"/>
      </w:pPr>
      <w:r>
        <w:t>(   ) c) She played the piano yesterday.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 and simple past</w:t>
      </w:r>
    </w:p>
    <w:p>
      <w:pPr>
        <w:spacing w:after="0"/>
      </w:pPr>
      <w:r>
        <w:t>1) goes</w:t>
      </w:r>
    </w:p>
    <w:p>
      <w:pPr>
        <w:spacing w:after="0"/>
      </w:pPr>
      <w:r>
        <w:t>2) study</w:t>
      </w:r>
    </w:p>
    <w:p>
      <w:pPr>
        <w:spacing w:after="0"/>
      </w:pPr>
      <w:r>
        <w:t>3) watched</w:t>
      </w:r>
    </w:p>
    <w:p>
      <w:pPr>
        <w:spacing w:after="0"/>
      </w:pPr>
      <w:r>
        <w:t>4) played</w:t>
      </w:r>
    </w:p>
    <w:p>
      <w:pPr>
        <w:spacing w:after="0"/>
      </w:pPr>
      <w:r>
        <w:t>5) didn't like</w:t>
      </w:r>
    </w:p>
    <w:p>
      <w:r>
        <w:rPr>
          <w:b/>
        </w:rPr>
        <w:t>2. First and second conditional</w:t>
      </w:r>
    </w:p>
    <w:p>
      <w:pPr>
        <w:spacing w:after="0"/>
      </w:pPr>
      <w:r>
        <w:t>1) rains</w:t>
      </w:r>
    </w:p>
    <w:p>
      <w:pPr>
        <w:spacing w:after="0"/>
      </w:pPr>
      <w:r>
        <w:t>2) will pass</w:t>
      </w:r>
    </w:p>
    <w:p>
      <w:pPr>
        <w:spacing w:after="0"/>
      </w:pPr>
      <w:r>
        <w:t>3) were</w:t>
      </w:r>
    </w:p>
    <w:p>
      <w:pPr>
        <w:spacing w:after="0"/>
      </w:pPr>
      <w:r>
        <w:t>4) drink</w:t>
      </w:r>
    </w:p>
    <w:p>
      <w:pPr>
        <w:spacing w:after="0"/>
      </w:pPr>
      <w:r>
        <w:t>5) would learn</w:t>
      </w:r>
    </w:p>
    <w:p>
      <w:r>
        <w:rPr>
          <w:b/>
        </w:rPr>
        <w:t>3. Choose the correct sentence</w:t>
      </w:r>
    </w:p>
    <w:p>
      <w:pPr>
        <w:spacing w:after="0"/>
      </w:pPr>
      <w:r>
        <w:t>1) b) If I see him, I will tell him.</w:t>
      </w:r>
    </w:p>
    <w:p>
      <w:pPr>
        <w:spacing w:after="0"/>
      </w:pPr>
      <w:r>
        <w:t>2) c) She played the piano yesterday.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2025-09-03T00:00:00Z</dcterms:created>
  <dcterms:modified xsi:type="dcterms:W3CDTF">2025-09-03T00:00:00Z</dcterms:modified>
  <cp:category/>
</cp:coreProperties>
</file>