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Learning from mistakes: 2nd e 3rd conditional</w:t>
      </w:r>
    </w:p>
    <w:p>
      <w:r>
        <w:rPr>
          <w:color w:val="6B6B6B"/>
          <w:sz w:val="18"/>
        </w:rPr>
        <w:t>3ª série · Conditionals (if clauses) · BNCC: EM13LGG302, EM13LGG403</w:t>
      </w:r>
    </w:p>
    <w:p>
      <w:pPr>
        <w:pStyle w:val="Heading2"/>
      </w:pPr>
      <w:r>
        <w:t>1. Reading</w:t>
      </w:r>
    </w:p>
    <w:p>
      <w:r>
        <w:rPr>
          <w:i/>
        </w:rPr>
        <w:t>Read the text and choose the correct answer.</w:t>
      </w:r>
    </w:p>
    <w:p>
      <w:r>
        <w:rPr>
          <w:b/>
        </w:rPr>
        <w:t>Learning From Mistakes</w:t>
      </w:r>
    </w:p>
    <w:p>
      <w:pPr>
        <w:ind w:left="340"/>
      </w:pPr>
      <w:r>
        <w:t>Many successful people say that failure taught them more than success ever did. If they hadn't faced difficult challenges, they wouldn't have developed the resilience they have today. Some even say that if they had had an easier path, they might not have discovered their true passions. This idea suggests that mistakes, although uncomfortable, can be valuable opportunities for growth.</w:t>
      </w:r>
    </w:p>
    <w:p>
      <w:pPr>
        <w:keepNext/>
        <w:spacing w:before="120"/>
      </w:pPr>
      <w:r>
        <w:t>1. According to the text, what did failure teach successful people?</w:t>
      </w:r>
    </w:p>
    <w:p>
      <w:pPr>
        <w:spacing w:after="0"/>
        <w:ind w:left="454"/>
      </w:pPr>
      <w:r>
        <w:t>(   ) a) Nothing important</w:t>
      </w:r>
    </w:p>
    <w:p>
      <w:pPr>
        <w:spacing w:after="0"/>
        <w:ind w:left="454"/>
      </w:pPr>
      <w:r>
        <w:t>(   ) b) More than success ever did</w:t>
      </w:r>
    </w:p>
    <w:p>
      <w:pPr>
        <w:spacing w:after="0"/>
        <w:ind w:left="454"/>
      </w:pPr>
      <w:r>
        <w:t>(   ) c) How to avoid all problems</w:t>
      </w:r>
    </w:p>
    <w:p>
      <w:pPr>
        <w:keepNext/>
        <w:spacing w:before="120"/>
      </w:pPr>
      <w:r>
        <w:t>2. What would have happened if they hadn't faced difficult challenges?</w:t>
      </w:r>
    </w:p>
    <w:p>
      <w:pPr>
        <w:spacing w:after="0"/>
        <w:ind w:left="454"/>
      </w:pPr>
      <w:r>
        <w:t>(   ) a) They wouldn't have developed the resilience they have today.</w:t>
      </w:r>
    </w:p>
    <w:p>
      <w:pPr>
        <w:spacing w:after="0"/>
        <w:ind w:left="454"/>
      </w:pPr>
      <w:r>
        <w:t>(   ) b) They would have become famous earlier.</w:t>
      </w:r>
    </w:p>
    <w:p>
      <w:pPr>
        <w:spacing w:after="0"/>
        <w:ind w:left="454"/>
      </w:pPr>
      <w:r>
        <w:t>(   ) c) They would have discovered their passions sooner.</w:t>
      </w:r>
    </w:p>
    <w:p>
      <w:pPr>
        <w:keepNext/>
        <w:spacing w:before="120"/>
      </w:pPr>
      <w:r>
        <w:t>3. According to some people, what might have happened if they had had an easier path?</w:t>
      </w:r>
    </w:p>
    <w:p>
      <w:pPr>
        <w:spacing w:after="0"/>
        <w:ind w:left="454"/>
      </w:pPr>
      <w:r>
        <w:t>(   ) a) They might have earned more money.</w:t>
      </w:r>
    </w:p>
    <w:p>
      <w:pPr>
        <w:spacing w:after="0"/>
        <w:ind w:left="454"/>
      </w:pPr>
      <w:r>
        <w:t>(   ) b) They might have failed more.</w:t>
      </w:r>
    </w:p>
    <w:p>
      <w:pPr>
        <w:spacing w:after="0"/>
        <w:ind w:left="454"/>
      </w:pPr>
      <w:r>
        <w:t>(   ) c) They might not have discovered their true passions.</w:t>
      </w:r>
    </w:p>
    <w:p>
      <w:pPr>
        <w:keepNext/>
        <w:spacing w:before="120"/>
      </w:pPr>
      <w:r>
        <w:t>4. What is the main idea of the text?</w:t>
      </w:r>
    </w:p>
    <w:p>
      <w:pPr>
        <w:spacing w:after="0"/>
        <w:ind w:left="454"/>
      </w:pPr>
      <w:r>
        <w:t>(   ) a) Successful people never make mistakes.</w:t>
      </w:r>
    </w:p>
    <w:p>
      <w:pPr>
        <w:spacing w:after="0"/>
        <w:ind w:left="454"/>
      </w:pPr>
      <w:r>
        <w:t>(   ) b) Mistakes can be valuable opportunities for growth.</w:t>
      </w:r>
    </w:p>
    <w:p>
      <w:pPr>
        <w:spacing w:after="0"/>
        <w:ind w:left="454"/>
      </w:pPr>
      <w:r>
        <w:t>(   ) c) Easy paths are always better.</w:t>
      </w:r>
    </w:p>
    <w:p>
      <w:pPr>
        <w:keepNext/>
        <w:spacing w:before="120"/>
      </w:pPr>
      <w:r>
        <w:t>5. Which sentence from the text is a third conditional?</w:t>
      </w:r>
    </w:p>
    <w:p>
      <w:pPr>
        <w:spacing w:after="0"/>
        <w:ind w:left="454"/>
      </w:pPr>
      <w:r>
        <w:t>(   ) a) If they hadn't faced difficult challenges, they wouldn't have developed the resilience they have today.</w:t>
      </w:r>
    </w:p>
    <w:p>
      <w:pPr>
        <w:spacing w:after="0"/>
        <w:ind w:left="454"/>
      </w:pPr>
      <w:r>
        <w:t>(   ) b) Failure taught them more than success ever did.</w:t>
      </w:r>
    </w:p>
    <w:p>
      <w:pPr>
        <w:spacing w:after="0"/>
        <w:ind w:left="454"/>
      </w:pPr>
      <w:r>
        <w:t>(   ) c) Mistakes can be valuable opportunities for growth.</w:t>
      </w:r>
    </w:p>
    <w:p>
      <w:pPr>
        <w:pStyle w:val="Heading2"/>
      </w:pPr>
      <w:r>
        <w:t>2. Second and third conditional</w:t>
      </w:r>
    </w:p>
    <w:p>
      <w:r>
        <w:rPr>
          <w:i/>
        </w:rPr>
        <w:t>Complete with the correct form of the verbs in parentheses.</w:t>
      </w:r>
    </w:p>
    <w:p>
      <w:pPr>
        <w:keepNext/>
        <w:spacing w:before="120"/>
      </w:pPr>
      <w:r>
        <w:t>1. If I ______________ (have) more time, I would travel more often.</w:t>
      </w:r>
    </w:p>
    <w:p>
      <w:pPr>
        <w:keepNext/>
        <w:spacing w:before="120"/>
      </w:pPr>
      <w:r>
        <w:t>2. If she had studied harder, she ______________ (pass) the exam last year.</w:t>
      </w:r>
    </w:p>
    <w:p>
      <w:pPr>
        <w:keepNext/>
        <w:spacing w:before="120"/>
      </w:pPr>
      <w:r>
        <w:t>3. If they ______________ (not / face) that challenge, they wouldn't have grown as much.</w:t>
      </w:r>
    </w:p>
    <w:p>
      <w:pPr>
        <w:keepNext/>
        <w:spacing w:before="120"/>
      </w:pPr>
      <w:r>
        <w:t>4. If we knew the answer, we ______________ (tell) you.</w:t>
      </w:r>
    </w:p>
    <w:p>
      <w:pPr>
        <w:keepNext/>
        <w:spacing w:before="120"/>
      </w:pPr>
      <w:r>
        <w:t>5. If he ______________ (be) more confident, he would apply for the job.</w:t>
      </w:r>
    </w:p>
    <w:p>
      <w:pPr>
        <w:keepNext/>
        <w:spacing w:before="120"/>
      </w:pPr>
      <w:r>
        <w:t>6. If I ______________ (win) the lottery, I would buy a house for my parents.</w:t>
      </w:r>
    </w:p>
    <w:p>
      <w:pPr>
        <w:keepNext/>
        <w:spacing w:before="120"/>
      </w:pPr>
      <w:r>
        <w:t>7. If you had left earlier, you ______________ (not / miss) the bus.</w:t>
      </w:r>
    </w:p>
    <w:p>
      <w:pPr>
        <w:keepNext/>
        <w:spacing w:before="120"/>
      </w:pPr>
      <w:r>
        <w:t>8. She ______________ (call) you if she had had your number.</w:t>
      </w:r>
    </w:p>
    <w:p>
      <w:pPr>
        <w:pStyle w:val="Heading2"/>
      </w:pPr>
      <w:r>
        <w:t>3. Vocabulary in context</w:t>
      </w:r>
    </w:p>
    <w:p>
      <w:r>
        <w:rPr>
          <w:i/>
        </w:rPr>
        <w:t>Choose the correct option.</w:t>
      </w:r>
    </w:p>
    <w:p>
      <w:pPr>
        <w:keepNext/>
        <w:spacing w:before="120"/>
      </w:pPr>
      <w:r>
        <w:t>1. A synonym for "resilience" is:</w:t>
      </w:r>
    </w:p>
    <w:p>
      <w:pPr>
        <w:spacing w:after="0"/>
        <w:ind w:left="454"/>
      </w:pPr>
      <w:r>
        <w:t>(   ) a) weakness</w:t>
      </w:r>
    </w:p>
    <w:p>
      <w:pPr>
        <w:spacing w:after="0"/>
        <w:ind w:left="454"/>
      </w:pPr>
      <w:r>
        <w:t>(   ) b) strength to recover</w:t>
      </w:r>
    </w:p>
    <w:p>
      <w:pPr>
        <w:spacing w:after="0"/>
        <w:ind w:left="454"/>
      </w:pPr>
      <w:r>
        <w:t>(   ) c) fear</w:t>
      </w:r>
    </w:p>
    <w:p>
      <w:pPr>
        <w:keepNext/>
        <w:spacing w:before="120"/>
      </w:pPr>
      <w:r>
        <w:t>2. The opposite of "uncomfortable" is:</w:t>
      </w:r>
    </w:p>
    <w:p>
      <w:pPr>
        <w:spacing w:after="0"/>
        <w:ind w:left="454"/>
      </w:pPr>
      <w:r>
        <w:t>(   ) a) comfortable</w:t>
      </w:r>
    </w:p>
    <w:p>
      <w:pPr>
        <w:spacing w:after="0"/>
        <w:ind w:left="454"/>
      </w:pPr>
      <w:r>
        <w:t>(   ) b) difficult</w:t>
      </w:r>
    </w:p>
    <w:p>
      <w:pPr>
        <w:spacing w:after="0"/>
        <w:ind w:left="454"/>
      </w:pPr>
      <w:r>
        <w:t>(   ) c) painful</w:t>
      </w:r>
    </w:p>
    <w:p>
      <w:pPr>
        <w:keepNext/>
        <w:spacing w:before="120"/>
      </w:pPr>
      <w:r>
        <w:t>3. "Passion" means:</w:t>
      </w:r>
    </w:p>
    <w:p>
      <w:pPr>
        <w:spacing w:after="0"/>
        <w:ind w:left="454"/>
      </w:pPr>
      <w:r>
        <w:t>(   ) a) a type of mistake</w:t>
      </w:r>
    </w:p>
    <w:p>
      <w:pPr>
        <w:spacing w:after="0"/>
        <w:ind w:left="454"/>
      </w:pPr>
      <w:r>
        <w:t>(   ) b) a boring task</w:t>
      </w:r>
    </w:p>
    <w:p>
      <w:pPr>
        <w:spacing w:after="0"/>
        <w:ind w:left="454"/>
      </w:pPr>
      <w:r>
        <w:t>(   ) c) a strong interest or love for something</w:t>
      </w:r>
    </w:p>
    <w:p>
      <w:pPr>
        <w:keepNext/>
        <w:spacing w:before="120"/>
      </w:pPr>
      <w:r>
        <w:t>4. "Valuable" means:</w:t>
      </w:r>
    </w:p>
    <w:p>
      <w:pPr>
        <w:spacing w:after="0"/>
        <w:ind w:left="454"/>
      </w:pPr>
      <w:r>
        <w:t>(   ) a) worthless</w:t>
      </w:r>
    </w:p>
    <w:p>
      <w:pPr>
        <w:spacing w:after="0"/>
        <w:ind w:left="454"/>
      </w:pPr>
      <w:r>
        <w:t>(   ) b) important</w:t>
      </w:r>
    </w:p>
    <w:p>
      <w:pPr>
        <w:spacing w:after="0"/>
        <w:ind w:left="454"/>
      </w:pPr>
      <w:r>
        <w:t>(   ) c) dangerous</w:t>
      </w:r>
    </w:p>
    <w:p>
      <w:r>
        <w:br w:type="page"/>
      </w:r>
    </w:p>
    <w:p>
      <w:pPr>
        <w:pStyle w:val="Heading2"/>
      </w:pPr>
      <w:r>
        <w:t>Gabarito (Answer key)</w:t>
      </w:r>
    </w:p>
    <w:p>
      <w:r>
        <w:rPr>
          <w:b/>
        </w:rPr>
        <w:t>1. Reading</w:t>
      </w:r>
    </w:p>
    <w:p>
      <w:pPr>
        <w:spacing w:after="0"/>
      </w:pPr>
      <w:r>
        <w:t>1) b) More than success ever did</w:t>
      </w:r>
    </w:p>
    <w:p>
      <w:pPr>
        <w:spacing w:after="0"/>
      </w:pPr>
      <w:r>
        <w:t>2) a) They wouldn't have developed the resilience they have today.</w:t>
      </w:r>
    </w:p>
    <w:p>
      <w:pPr>
        <w:spacing w:after="0"/>
      </w:pPr>
      <w:r>
        <w:t>3) c) They might not have discovered their true passions.</w:t>
      </w:r>
    </w:p>
    <w:p>
      <w:pPr>
        <w:spacing w:after="0"/>
      </w:pPr>
      <w:r>
        <w:t>4) b) Mistakes can be valuable opportunities for growth.</w:t>
      </w:r>
    </w:p>
    <w:p>
      <w:pPr>
        <w:spacing w:after="0"/>
      </w:pPr>
      <w:r>
        <w:t>5) a) If they hadn't faced difficult challenges, they wouldn't have developed the resilience they have today.</w:t>
      </w:r>
    </w:p>
    <w:p>
      <w:r>
        <w:rPr>
          <w:b/>
        </w:rPr>
        <w:t>2. Second and third conditional</w:t>
      </w:r>
    </w:p>
    <w:p>
      <w:pPr>
        <w:spacing w:after="0"/>
      </w:pPr>
      <w:r>
        <w:t>1) had</w:t>
      </w:r>
    </w:p>
    <w:p>
      <w:pPr>
        <w:spacing w:after="0"/>
      </w:pPr>
      <w:r>
        <w:t>2) would have passed</w:t>
      </w:r>
    </w:p>
    <w:p>
      <w:pPr>
        <w:spacing w:after="0"/>
      </w:pPr>
      <w:r>
        <w:t>3) hadn't faced</w:t>
      </w:r>
    </w:p>
    <w:p>
      <w:pPr>
        <w:spacing w:after="0"/>
      </w:pPr>
      <w:r>
        <w:t>4) would tell</w:t>
      </w:r>
    </w:p>
    <w:p>
      <w:pPr>
        <w:spacing w:after="0"/>
      </w:pPr>
      <w:r>
        <w:t>5) were</w:t>
      </w:r>
    </w:p>
    <w:p>
      <w:pPr>
        <w:spacing w:after="0"/>
      </w:pPr>
      <w:r>
        <w:t>6) won</w:t>
      </w:r>
    </w:p>
    <w:p>
      <w:pPr>
        <w:spacing w:after="0"/>
      </w:pPr>
      <w:r>
        <w:t>7) wouldn't have missed</w:t>
      </w:r>
    </w:p>
    <w:p>
      <w:pPr>
        <w:spacing w:after="0"/>
      </w:pPr>
      <w:r>
        <w:t>8) would have called</w:t>
      </w:r>
    </w:p>
    <w:p>
      <w:r>
        <w:rPr>
          <w:b/>
        </w:rPr>
        <w:t>3. Vocabulary in context</w:t>
      </w:r>
    </w:p>
    <w:p>
      <w:pPr>
        <w:spacing w:after="0"/>
      </w:pPr>
      <w:r>
        <w:t>1) b) strength to recover</w:t>
      </w:r>
    </w:p>
    <w:p>
      <w:pPr>
        <w:spacing w:after="0"/>
      </w:pPr>
      <w:r>
        <w:t>2) a) comfortable</w:t>
      </w:r>
    </w:p>
    <w:p>
      <w:pPr>
        <w:spacing w:after="0"/>
      </w:pPr>
      <w:r>
        <w:t>3) c) a strong interest or love for something</w:t>
      </w:r>
    </w:p>
    <w:p>
      <w:pPr>
        <w:spacing w:after="0"/>
      </w:pPr>
      <w:r>
        <w:t>4) b) important</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2026-09-07T00:00:00Z</dcterms:created>
  <dcterms:modified xsi:type="dcterms:W3CDTF">2026-09-07T00:00:00Z</dcterms:modified>
  <cp:category/>
</cp:coreProperties>
</file>