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Conditionals: first, second e third</w:t>
      </w:r>
    </w:p>
    <w:p>
      <w:r>
        <w:rPr>
          <w:color w:val="6B6B6B"/>
          <w:sz w:val="18"/>
        </w:rPr>
        <w:t>1ª série e 2ª série · Conditionals (if clauses) · BNCC: EM13LGG403</w:t>
      </w:r>
    </w:p>
    <w:p>
      <w:pPr>
        <w:pStyle w:val="Heading2"/>
      </w:pPr>
      <w:r>
        <w:t>1. Complete the conditionals</w:t>
      </w:r>
    </w:p>
    <w:p>
      <w:r>
        <w:rPr>
          <w:i/>
        </w:rPr>
        <w:t>Complete the sentences with the correct form of the verbs in parentheses.</w:t>
      </w:r>
    </w:p>
    <w:p>
      <w:pPr>
        <w:keepNext/>
        <w:spacing w:before="120"/>
      </w:pPr>
      <w:r>
        <w:t>1. If I ______________ (study), I will pass the exam.</w:t>
      </w:r>
    </w:p>
    <w:p>
      <w:pPr>
        <w:keepNext/>
        <w:spacing w:before="120"/>
      </w:pPr>
      <w:r>
        <w:t>2. If she ______________ (have) more time, she would travel the world.</w:t>
      </w:r>
    </w:p>
    <w:p>
      <w:pPr>
        <w:keepNext/>
        <w:spacing w:before="120"/>
      </w:pPr>
      <w:r>
        <w:t>3. If they ______________ (arrive) earlier, they would have seen the beginning of the movie.</w:t>
      </w:r>
    </w:p>
    <w:p>
      <w:pPr>
        <w:keepNext/>
        <w:spacing w:before="120"/>
      </w:pPr>
      <w:r>
        <w:t>4. If it rains tomorrow, we ______________ (stay) at home.</w:t>
      </w:r>
    </w:p>
    <w:p>
      <w:pPr>
        <w:keepNext/>
        <w:spacing w:before="120"/>
      </w:pPr>
      <w:r>
        <w:t>5. If I ______________ (be) you, I would talk to the teacher.</w:t>
      </w:r>
    </w:p>
    <w:p>
      <w:pPr>
        <w:keepNext/>
        <w:spacing w:before="120"/>
      </w:pPr>
      <w:r>
        <w:t>6. If he had left on time, he ______________ (not / miss) the bus.</w:t>
      </w:r>
    </w:p>
    <w:p>
      <w:pPr>
        <w:keepNext/>
        <w:spacing w:before="120"/>
      </w:pPr>
      <w:r>
        <w:t>7. If you heat ice, it ______________ (melt).</w:t>
      </w:r>
    </w:p>
    <w:p>
      <w:pPr>
        <w:pStyle w:val="Heading2"/>
      </w:pPr>
      <w:r>
        <w:t>2. Which conditional?</w:t>
      </w:r>
    </w:p>
    <w:p>
      <w:r>
        <w:rPr>
          <w:i/>
        </w:rPr>
        <w:t>Choose the type of conditional in each sentence.</w:t>
      </w:r>
    </w:p>
    <w:p>
      <w:pPr>
        <w:keepNext/>
        <w:spacing w:before="120"/>
      </w:pPr>
      <w:r>
        <w:t>1. If I won the lottery, I would buy a house by the beach.</w:t>
      </w:r>
    </w:p>
    <w:p>
      <w:pPr>
        <w:spacing w:after="0"/>
        <w:ind w:left="454"/>
      </w:pPr>
      <w:r>
        <w:t>(   ) a) First conditional</w:t>
      </w:r>
    </w:p>
    <w:p>
      <w:pPr>
        <w:spacing w:after="0"/>
        <w:ind w:left="454"/>
      </w:pPr>
      <w:r>
        <w:t>(   ) b) Second conditional</w:t>
      </w:r>
    </w:p>
    <w:p>
      <w:pPr>
        <w:spacing w:after="0"/>
        <w:ind w:left="454"/>
      </w:pPr>
      <w:r>
        <w:t>(   ) c) Third conditional</w:t>
      </w:r>
    </w:p>
    <w:p>
      <w:pPr>
        <w:keepNext/>
        <w:spacing w:before="120"/>
      </w:pPr>
      <w:r>
        <w:t>2. If you mix blue and yellow, you get green.</w:t>
      </w:r>
    </w:p>
    <w:p>
      <w:pPr>
        <w:spacing w:after="0"/>
        <w:ind w:left="454"/>
      </w:pPr>
      <w:r>
        <w:t>(   ) a) Zero conditional</w:t>
      </w:r>
    </w:p>
    <w:p>
      <w:pPr>
        <w:spacing w:after="0"/>
        <w:ind w:left="454"/>
      </w:pPr>
      <w:r>
        <w:t>(   ) b) Second conditional</w:t>
      </w:r>
    </w:p>
    <w:p>
      <w:pPr>
        <w:spacing w:after="0"/>
        <w:ind w:left="454"/>
      </w:pPr>
      <w:r>
        <w:t>(   ) c) Third conditional</w:t>
      </w:r>
    </w:p>
    <w:p>
      <w:pPr>
        <w:keepNext/>
        <w:spacing w:before="120"/>
      </w:pPr>
      <w:r>
        <w:t>3. If we had taken a taxi, we wouldn't have been late.</w:t>
      </w:r>
    </w:p>
    <w:p>
      <w:pPr>
        <w:spacing w:after="0"/>
        <w:ind w:left="454"/>
      </w:pPr>
      <w:r>
        <w:t>(   ) a) First conditional</w:t>
      </w:r>
    </w:p>
    <w:p>
      <w:pPr>
        <w:spacing w:after="0"/>
        <w:ind w:left="454"/>
      </w:pPr>
      <w:r>
        <w:t>(   ) b) Zero conditional</w:t>
      </w:r>
    </w:p>
    <w:p>
      <w:pPr>
        <w:spacing w:after="0"/>
        <w:ind w:left="454"/>
      </w:pPr>
      <w:r>
        <w:t>(   ) c) Third conditional</w:t>
      </w:r>
    </w:p>
    <w:p>
      <w:pPr>
        <w:keepNext/>
        <w:spacing w:before="120"/>
      </w:pPr>
      <w:r>
        <w:t>4. If she calls me, I will tell her the news.</w:t>
      </w:r>
    </w:p>
    <w:p>
      <w:pPr>
        <w:spacing w:after="0"/>
        <w:ind w:left="454"/>
      </w:pPr>
      <w:r>
        <w:t>(   ) a) First conditional</w:t>
      </w:r>
    </w:p>
    <w:p>
      <w:pPr>
        <w:spacing w:after="0"/>
        <w:ind w:left="454"/>
      </w:pPr>
      <w:r>
        <w:t>(   ) b) Second conditional</w:t>
      </w:r>
    </w:p>
    <w:p>
      <w:pPr>
        <w:spacing w:after="0"/>
        <w:ind w:left="454"/>
      </w:pPr>
      <w:r>
        <w:t>(   ) c) Third conditional</w:t>
      </w:r>
    </w:p>
    <w:p>
      <w:pPr>
        <w:pStyle w:val="Heading2"/>
      </w:pPr>
      <w:r>
        <w:t>3. Passive voice review</w:t>
      </w:r>
    </w:p>
    <w:p>
      <w:r>
        <w:rPr>
          <w:i/>
        </w:rPr>
        <w:t>Choose the correct passive voice sentence.</w:t>
      </w:r>
    </w:p>
    <w:p>
      <w:pPr>
        <w:keepNext/>
        <w:spacing w:before="120"/>
      </w:pPr>
      <w:r>
        <w:t>1. The chef cooked a delicious meal.</w:t>
      </w:r>
    </w:p>
    <w:p>
      <w:pPr>
        <w:spacing w:after="0"/>
        <w:ind w:left="454"/>
      </w:pPr>
      <w:r>
        <w:t>(   ) a) A delicious meal is cooked by the chef.</w:t>
      </w:r>
    </w:p>
    <w:p>
      <w:pPr>
        <w:spacing w:after="0"/>
        <w:ind w:left="454"/>
      </w:pPr>
      <w:r>
        <w:t>(   ) b) A delicious meal was cooked by the chef.</w:t>
      </w:r>
    </w:p>
    <w:p>
      <w:pPr>
        <w:spacing w:after="0"/>
        <w:ind w:left="454"/>
      </w:pPr>
      <w:r>
        <w:t>(   ) c) A delicious meal was cook by the chef.</w:t>
      </w:r>
    </w:p>
    <w:p>
      <w:pPr>
        <w:keepNext/>
        <w:spacing w:before="120"/>
      </w:pPr>
      <w:r>
        <w:t>2. The company will announce the new product tomorrow.</w:t>
      </w:r>
    </w:p>
    <w:p>
      <w:pPr>
        <w:spacing w:after="0"/>
        <w:ind w:left="454"/>
      </w:pPr>
      <w:r>
        <w:t>(   ) a) The new product will be announced tomorrow.</w:t>
      </w:r>
    </w:p>
    <w:p>
      <w:pPr>
        <w:spacing w:after="0"/>
        <w:ind w:left="454"/>
      </w:pPr>
      <w:r>
        <w:t>(   ) b) The new product will announced tomorrow.</w:t>
      </w:r>
    </w:p>
    <w:p>
      <w:pPr>
        <w:spacing w:after="0"/>
        <w:ind w:left="454"/>
      </w:pPr>
      <w:r>
        <w:t>(   ) c) The new product would be announce tomorrow.</w:t>
      </w:r>
    </w:p>
    <w:p>
      <w:pPr>
        <w:keepNext/>
        <w:spacing w:before="120"/>
      </w:pPr>
      <w:r>
        <w:t>3. The students wrote their essays.</w:t>
      </w:r>
    </w:p>
    <w:p>
      <w:pPr>
        <w:spacing w:after="0"/>
        <w:ind w:left="454"/>
      </w:pPr>
      <w:r>
        <w:t>(   ) a) The essays was written by the students.</w:t>
      </w:r>
    </w:p>
    <w:p>
      <w:pPr>
        <w:spacing w:after="0"/>
        <w:ind w:left="454"/>
      </w:pPr>
      <w:r>
        <w:t>(   ) b) The essays were wrote by the students.</w:t>
      </w:r>
    </w:p>
    <w:p>
      <w:pPr>
        <w:spacing w:after="0"/>
        <w:ind w:left="454"/>
      </w:pPr>
      <w:r>
        <w:t>(   ) c) The essays were written by the students.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Complete the conditionals</w:t>
      </w:r>
    </w:p>
    <w:p>
      <w:pPr>
        <w:spacing w:after="0"/>
      </w:pPr>
      <w:r>
        <w:t>1) study</w:t>
      </w:r>
    </w:p>
    <w:p>
      <w:pPr>
        <w:spacing w:after="0"/>
      </w:pPr>
      <w:r>
        <w:t>2) had</w:t>
      </w:r>
    </w:p>
    <w:p>
      <w:pPr>
        <w:spacing w:after="0"/>
      </w:pPr>
      <w:r>
        <w:t>3) had arrived</w:t>
      </w:r>
    </w:p>
    <w:p>
      <w:pPr>
        <w:spacing w:after="0"/>
      </w:pPr>
      <w:r>
        <w:t>4) will stay</w:t>
      </w:r>
    </w:p>
    <w:p>
      <w:pPr>
        <w:spacing w:after="0"/>
      </w:pPr>
      <w:r>
        <w:t>5) were</w:t>
      </w:r>
    </w:p>
    <w:p>
      <w:pPr>
        <w:spacing w:after="0"/>
      </w:pPr>
      <w:r>
        <w:t>6) wouldn't have missed</w:t>
      </w:r>
    </w:p>
    <w:p>
      <w:pPr>
        <w:spacing w:after="0"/>
      </w:pPr>
      <w:r>
        <w:t>7) melts</w:t>
      </w:r>
    </w:p>
    <w:p>
      <w:r>
        <w:rPr>
          <w:b/>
        </w:rPr>
        <w:t>2. Which conditional?</w:t>
      </w:r>
    </w:p>
    <w:p>
      <w:pPr>
        <w:spacing w:after="0"/>
      </w:pPr>
      <w:r>
        <w:t>1) b) Second conditional</w:t>
      </w:r>
    </w:p>
    <w:p>
      <w:pPr>
        <w:spacing w:after="0"/>
      </w:pPr>
      <w:r>
        <w:t>2) a) Zero conditional</w:t>
      </w:r>
    </w:p>
    <w:p>
      <w:pPr>
        <w:spacing w:after="0"/>
      </w:pPr>
      <w:r>
        <w:t>3) c) Third conditional</w:t>
      </w:r>
    </w:p>
    <w:p>
      <w:pPr>
        <w:spacing w:after="0"/>
      </w:pPr>
      <w:r>
        <w:t>4) a) First conditional</w:t>
      </w:r>
    </w:p>
    <w:p>
      <w:r>
        <w:rPr>
          <w:b/>
        </w:rPr>
        <w:t>3. Passive voice review</w:t>
      </w:r>
    </w:p>
    <w:p>
      <w:pPr>
        <w:spacing w:after="0"/>
      </w:pPr>
      <w:r>
        <w:t>1) b) A delicious meal was cooked by the chef.</w:t>
      </w:r>
    </w:p>
    <w:p>
      <w:pPr>
        <w:spacing w:after="0"/>
      </w:pPr>
      <w:r>
        <w:t>2) a) The new product will be announced tomorrow.</w:t>
      </w:r>
    </w:p>
    <w:p>
      <w:pPr>
        <w:spacing w:after="0"/>
      </w:pPr>
      <w:r>
        <w:t>3) c) The essays were written by the students.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