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First e Second Conditional: carros elétricos</w:t>
      </w:r>
    </w:p>
    <w:p>
      <w:r>
        <w:rPr>
          <w:color w:val="6B6B6B"/>
          <w:sz w:val="18"/>
        </w:rPr>
        <w:t>2ª série · Conditionals (if clauses) · BNCC: EM13LGG303, EM13LGG403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Should We Switch to Electric Cars?</w:t>
      </w:r>
    </w:p>
    <w:p>
      <w:pPr>
        <w:ind w:left="340"/>
      </w:pPr>
      <w:r>
        <w:t>Many cities are encouraging drivers to switch to electric cars. If more people buy electric vehicles, air pollution will decrease significantly. However, the cost is still a problem. If electric cars were cheaper, more families would be able to afford them. Experts say that if governments invest in charging stations, drivers will feel more confident about making the change.</w:t>
      </w:r>
    </w:p>
    <w:p>
      <w:pPr>
        <w:keepNext/>
        <w:spacing w:before="120"/>
      </w:pPr>
      <w:r>
        <w:t>1. What will happen if more people buy electric vehicles?</w:t>
      </w:r>
    </w:p>
    <w:p>
      <w:pPr>
        <w:spacing w:after="0"/>
        <w:ind w:left="454"/>
      </w:pPr>
      <w:r>
        <w:t>(   ) a) Traffic will increase.</w:t>
      </w:r>
    </w:p>
    <w:p>
      <w:pPr>
        <w:spacing w:after="0"/>
        <w:ind w:left="454"/>
      </w:pPr>
      <w:r>
        <w:t>(   ) b) Air pollution will decrease significantly.</w:t>
      </w:r>
    </w:p>
    <w:p>
      <w:pPr>
        <w:spacing w:after="0"/>
        <w:ind w:left="454"/>
      </w:pPr>
      <w:r>
        <w:t>(   ) c) Cars will become more expensive.</w:t>
      </w:r>
    </w:p>
    <w:p>
      <w:pPr>
        <w:keepNext/>
        <w:spacing w:before="120"/>
      </w:pPr>
      <w:r>
        <w:t>2. What is still a problem, according to the text?</w:t>
      </w:r>
    </w:p>
    <w:p>
      <w:pPr>
        <w:spacing w:after="0"/>
        <w:ind w:left="454"/>
      </w:pPr>
      <w:r>
        <w:t>(   ) a) The cost of electric cars</w:t>
      </w:r>
    </w:p>
    <w:p>
      <w:pPr>
        <w:spacing w:after="0"/>
        <w:ind w:left="454"/>
      </w:pPr>
      <w:r>
        <w:t>(   ) b) The speed of electric cars</w:t>
      </w:r>
    </w:p>
    <w:p>
      <w:pPr>
        <w:spacing w:after="0"/>
        <w:ind w:left="454"/>
      </w:pPr>
      <w:r>
        <w:t>(   ) c) The color of electric cars</w:t>
      </w:r>
    </w:p>
    <w:p>
      <w:pPr>
        <w:keepNext/>
        <w:spacing w:before="120"/>
      </w:pPr>
      <w:r>
        <w:t>3. What would happen if electric cars were cheaper?</w:t>
      </w:r>
    </w:p>
    <w:p>
      <w:pPr>
        <w:spacing w:after="0"/>
        <w:ind w:left="454"/>
      </w:pPr>
      <w:r>
        <w:t>(   ) a) Governments would stop building roads.</w:t>
      </w:r>
    </w:p>
    <w:p>
      <w:pPr>
        <w:spacing w:after="0"/>
        <w:ind w:left="454"/>
      </w:pPr>
      <w:r>
        <w:t>(   ) b) Air pollution would increase.</w:t>
      </w:r>
    </w:p>
    <w:p>
      <w:pPr>
        <w:spacing w:after="0"/>
        <w:ind w:left="454"/>
      </w:pPr>
      <w:r>
        <w:t>(   ) c) More families would be able to afford them.</w:t>
      </w:r>
    </w:p>
    <w:p>
      <w:pPr>
        <w:keepNext/>
        <w:spacing w:before="120"/>
      </w:pPr>
      <w:r>
        <w:t>4. According to experts, what will make drivers feel more confident?</w:t>
      </w:r>
    </w:p>
    <w:p>
      <w:pPr>
        <w:spacing w:after="0"/>
        <w:ind w:left="454"/>
      </w:pPr>
      <w:r>
        <w:t>(   ) a) Lower gas prices</w:t>
      </w:r>
    </w:p>
    <w:p>
      <w:pPr>
        <w:spacing w:after="0"/>
        <w:ind w:left="454"/>
      </w:pPr>
      <w:r>
        <w:t>(   ) b) Governments investing in charging stations</w:t>
      </w:r>
    </w:p>
    <w:p>
      <w:pPr>
        <w:spacing w:after="0"/>
        <w:ind w:left="454"/>
      </w:pPr>
      <w:r>
        <w:t>(   ) c) Bigger cars</w:t>
      </w:r>
    </w:p>
    <w:p>
      <w:pPr>
        <w:keepNext/>
        <w:spacing w:before="120"/>
      </w:pPr>
      <w:r>
        <w:t>5. What is the main idea of the text?</w:t>
      </w:r>
    </w:p>
    <w:p>
      <w:pPr>
        <w:spacing w:after="0"/>
        <w:ind w:left="454"/>
      </w:pPr>
      <w:r>
        <w:t>(   ) a) Electric cars can reduce pollution, but cost and infrastructure still need to improve.</w:t>
      </w:r>
    </w:p>
    <w:p>
      <w:pPr>
        <w:spacing w:after="0"/>
        <w:ind w:left="454"/>
      </w:pPr>
      <w:r>
        <w:t>(   ) b) Electric cars are worse than gas cars.</w:t>
      </w:r>
    </w:p>
    <w:p>
      <w:pPr>
        <w:spacing w:after="0"/>
        <w:ind w:left="454"/>
      </w:pPr>
      <w:r>
        <w:t>(   ) c) Nobody wants to buy electric cars.</w:t>
      </w:r>
    </w:p>
    <w:p>
      <w:pPr>
        <w:pStyle w:val="Heading2"/>
      </w:pPr>
      <w:r>
        <w:t>2. First and second conditional</w:t>
      </w:r>
    </w:p>
    <w:p>
      <w:r>
        <w:rPr>
          <w:i/>
        </w:rPr>
        <w:t>Complete the sentences with the correct verb forms.</w:t>
      </w:r>
    </w:p>
    <w:p>
      <w:pPr>
        <w:keepNext/>
        <w:spacing w:before="120"/>
      </w:pPr>
      <w:r>
        <w:t>1. If it rains tomorrow, we ______________ (stay) at home. (1st conditional)</w:t>
      </w:r>
    </w:p>
    <w:p>
      <w:pPr>
        <w:keepNext/>
        <w:spacing w:before="120"/>
      </w:pPr>
      <w:r>
        <w:t>2. If I ______________ (be) rich, I would buy an electric car. (2nd conditional)</w:t>
      </w:r>
    </w:p>
    <w:p>
      <w:pPr>
        <w:keepNext/>
        <w:spacing w:before="120"/>
      </w:pPr>
      <w:r>
        <w:t>3. If I were rich, I ______________ (buy) an electric car. (2nd conditional)</w:t>
      </w:r>
    </w:p>
    <w:p>
      <w:pPr>
        <w:keepNext/>
        <w:spacing w:before="120"/>
      </w:pPr>
      <w:r>
        <w:t>4. If she studies hard, she ______________ (pass) the exam. (1st conditional)</w:t>
      </w:r>
    </w:p>
    <w:p>
      <w:pPr>
        <w:keepNext/>
        <w:spacing w:before="120"/>
      </w:pPr>
      <w:r>
        <w:t>5. If they ______________ (have) more time, they would visit more museums. (2nd conditional)</w:t>
      </w:r>
    </w:p>
    <w:p>
      <w:pPr>
        <w:keepNext/>
        <w:spacing w:before="120"/>
      </w:pPr>
      <w:r>
        <w:t>6. If they had more time, they ______________ (visit) more museums. (2nd conditional)</w:t>
      </w:r>
    </w:p>
    <w:p>
      <w:pPr>
        <w:keepNext/>
        <w:spacing w:before="120"/>
      </w:pPr>
      <w:r>
        <w:t>7. What ______________ (you / do) if you won the lottery? (2nd conditional)</w:t>
      </w:r>
    </w:p>
    <w:p>
      <w:pPr>
        <w:pStyle w:val="Heading2"/>
      </w:pPr>
      <w:r>
        <w:t>3. Vocabulary in context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A synonym for "encouraging" is:</w:t>
      </w:r>
    </w:p>
    <w:p>
      <w:pPr>
        <w:spacing w:after="0"/>
        <w:ind w:left="454"/>
      </w:pPr>
      <w:r>
        <w:t>(   ) a) forbidding</w:t>
      </w:r>
    </w:p>
    <w:p>
      <w:pPr>
        <w:spacing w:after="0"/>
        <w:ind w:left="454"/>
      </w:pPr>
      <w:r>
        <w:t>(   ) b) ignoring</w:t>
      </w:r>
    </w:p>
    <w:p>
      <w:pPr>
        <w:spacing w:after="0"/>
        <w:ind w:left="454"/>
      </w:pPr>
      <w:r>
        <w:t>(   ) c) motivating</w:t>
      </w:r>
    </w:p>
    <w:p>
      <w:pPr>
        <w:keepNext/>
        <w:spacing w:before="120"/>
      </w:pPr>
      <w:r>
        <w:t>2. The opposite of "decrease" is:</w:t>
      </w:r>
    </w:p>
    <w:p>
      <w:pPr>
        <w:spacing w:after="0"/>
        <w:ind w:left="454"/>
      </w:pPr>
      <w:r>
        <w:t>(   ) a) increase</w:t>
      </w:r>
    </w:p>
    <w:p>
      <w:pPr>
        <w:spacing w:after="0"/>
        <w:ind w:left="454"/>
      </w:pPr>
      <w:r>
        <w:t>(   ) b) reduce</w:t>
      </w:r>
    </w:p>
    <w:p>
      <w:pPr>
        <w:spacing w:after="0"/>
        <w:ind w:left="454"/>
      </w:pPr>
      <w:r>
        <w:t>(   ) c) drop</w:t>
      </w:r>
    </w:p>
    <w:p>
      <w:pPr>
        <w:keepNext/>
        <w:spacing w:before="120"/>
      </w:pPr>
      <w:r>
        <w:t>3. "Afford" means:</w:t>
      </w:r>
    </w:p>
    <w:p>
      <w:pPr>
        <w:spacing w:after="0"/>
        <w:ind w:left="454"/>
      </w:pPr>
      <w:r>
        <w:t>(   ) a) to refuse to buy something</w:t>
      </w:r>
    </w:p>
    <w:p>
      <w:pPr>
        <w:spacing w:after="0"/>
        <w:ind w:left="454"/>
      </w:pPr>
      <w:r>
        <w:t>(   ) b) to have enough money to buy something</w:t>
      </w:r>
    </w:p>
    <w:p>
      <w:pPr>
        <w:spacing w:after="0"/>
        <w:ind w:left="454"/>
      </w:pPr>
      <w:r>
        <w:t>(   ) c) to sell something</w:t>
      </w:r>
    </w:p>
    <w:p>
      <w:pPr>
        <w:keepNext/>
        <w:spacing w:before="120"/>
      </w:pPr>
      <w:r>
        <w:t>4. "Invest" means:</w:t>
      </w:r>
    </w:p>
    <w:p>
      <w:pPr>
        <w:spacing w:after="0"/>
        <w:ind w:left="454"/>
      </w:pPr>
      <w:r>
        <w:t>(   ) a) to waste money</w:t>
      </w:r>
    </w:p>
    <w:p>
      <w:pPr>
        <w:spacing w:after="0"/>
        <w:ind w:left="454"/>
      </w:pPr>
      <w:r>
        <w:t>(   ) b) to borrow money from a friend</w:t>
      </w:r>
    </w:p>
    <w:p>
      <w:pPr>
        <w:spacing w:after="0"/>
        <w:ind w:left="454"/>
      </w:pPr>
      <w:r>
        <w:t>(   ) c) to put money into something to get benefits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Air pollution will decrease significantly.</w:t>
      </w:r>
    </w:p>
    <w:p>
      <w:pPr>
        <w:spacing w:after="0"/>
      </w:pPr>
      <w:r>
        <w:t>2) a) The cost of electric cars</w:t>
      </w:r>
    </w:p>
    <w:p>
      <w:pPr>
        <w:spacing w:after="0"/>
      </w:pPr>
      <w:r>
        <w:t>3) c) More families would be able to afford them.</w:t>
      </w:r>
    </w:p>
    <w:p>
      <w:pPr>
        <w:spacing w:after="0"/>
      </w:pPr>
      <w:r>
        <w:t>4) b) Governments investing in charging stations</w:t>
      </w:r>
    </w:p>
    <w:p>
      <w:pPr>
        <w:spacing w:after="0"/>
      </w:pPr>
      <w:r>
        <w:t>5) a) Electric cars can reduce pollution, but cost and infrastructure still need to improve.</w:t>
      </w:r>
    </w:p>
    <w:p>
      <w:r>
        <w:rPr>
          <w:b/>
        </w:rPr>
        <w:t>2. First and second conditional</w:t>
      </w:r>
    </w:p>
    <w:p>
      <w:pPr>
        <w:spacing w:after="0"/>
      </w:pPr>
      <w:r>
        <w:t>1) will stay</w:t>
      </w:r>
    </w:p>
    <w:p>
      <w:pPr>
        <w:spacing w:after="0"/>
      </w:pPr>
      <w:r>
        <w:t>2) were</w:t>
      </w:r>
    </w:p>
    <w:p>
      <w:pPr>
        <w:spacing w:after="0"/>
      </w:pPr>
      <w:r>
        <w:t>3) would buy</w:t>
      </w:r>
    </w:p>
    <w:p>
      <w:pPr>
        <w:spacing w:after="0"/>
      </w:pPr>
      <w:r>
        <w:t>4) will pass</w:t>
      </w:r>
    </w:p>
    <w:p>
      <w:pPr>
        <w:spacing w:after="0"/>
      </w:pPr>
      <w:r>
        <w:t>5) had</w:t>
      </w:r>
    </w:p>
    <w:p>
      <w:pPr>
        <w:spacing w:after="0"/>
      </w:pPr>
      <w:r>
        <w:t>6) would visit</w:t>
      </w:r>
    </w:p>
    <w:p>
      <w:pPr>
        <w:spacing w:after="0"/>
      </w:pPr>
      <w:r>
        <w:t>7) would you do</w:t>
      </w:r>
    </w:p>
    <w:p>
      <w:r>
        <w:rPr>
          <w:b/>
        </w:rPr>
        <w:t>3. Vocabulary in context</w:t>
      </w:r>
    </w:p>
    <w:p>
      <w:pPr>
        <w:spacing w:after="0"/>
      </w:pPr>
      <w:r>
        <w:t>1) c) motivating</w:t>
      </w:r>
    </w:p>
    <w:p>
      <w:pPr>
        <w:spacing w:after="0"/>
      </w:pPr>
      <w:r>
        <w:t>2) a) increase</w:t>
      </w:r>
    </w:p>
    <w:p>
      <w:pPr>
        <w:spacing w:after="0"/>
      </w:pPr>
      <w:r>
        <w:t>3) b) to have enough money to buy something</w:t>
      </w:r>
    </w:p>
    <w:p>
      <w:pPr>
        <w:spacing w:after="0"/>
      </w:pPr>
      <w:r>
        <w:t>4) c) to put money into something to get benefits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