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Technology e conditionals</w:t>
      </w:r>
    </w:p>
    <w:p>
      <w:r>
        <w:rPr>
          <w:color w:val="6B6B6B"/>
          <w:sz w:val="18"/>
        </w:rPr>
        <w:t>1ª série e 2ª série · Conditionals (if clauses) · BNCC: EM13LGG302, EM13LGG403</w:t>
      </w:r>
    </w:p>
    <w:p>
      <w:pPr>
        <w:pStyle w:val="Heading2"/>
      </w:pPr>
      <w:r>
        <w:t>1. Reading</w:t>
      </w:r>
    </w:p>
    <w:p>
      <w:r>
        <w:rPr>
          <w:i/>
        </w:rPr>
        <w:t>Read the text and choose the correct answer.</w:t>
      </w:r>
    </w:p>
    <w:p>
      <w:r>
        <w:rPr>
          <w:b/>
        </w:rPr>
        <w:t>Technology in our lives</w:t>
      </w:r>
    </w:p>
    <w:p>
      <w:pPr>
        <w:ind w:left="340"/>
      </w:pPr>
      <w:r>
        <w:t>Technology has changed the way we live. Nowadays, people use smartphones not only to communicate but also to work, study, and shop online. However, many experts say that we should balance technology use with real-life experiences to avoid stress and isolation.</w:t>
      </w:r>
    </w:p>
    <w:p>
      <w:pPr>
        <w:keepNext/>
        <w:spacing w:before="120"/>
      </w:pPr>
      <w:r>
        <w:t>1. Which use of smartphones is NOT mentioned in the text?</w:t>
      </w:r>
    </w:p>
    <w:p>
      <w:pPr>
        <w:spacing w:after="0"/>
        <w:ind w:left="454"/>
      </w:pPr>
      <w:r>
        <w:t>(   ) a) Studying</w:t>
      </w:r>
    </w:p>
    <w:p>
      <w:pPr>
        <w:spacing w:after="0"/>
        <w:ind w:left="454"/>
      </w:pPr>
      <w:r>
        <w:t>(   ) b) Shopping online</w:t>
      </w:r>
    </w:p>
    <w:p>
      <w:pPr>
        <w:spacing w:after="0"/>
        <w:ind w:left="454"/>
      </w:pPr>
      <w:r>
        <w:t>(   ) c) Playing games</w:t>
      </w:r>
    </w:p>
    <w:p>
      <w:pPr>
        <w:spacing w:after="0"/>
        <w:ind w:left="454"/>
      </w:pPr>
      <w:r>
        <w:t>(   ) d) Working</w:t>
      </w:r>
    </w:p>
    <w:p>
      <w:pPr>
        <w:keepNext/>
        <w:spacing w:before="120"/>
      </w:pPr>
      <w:r>
        <w:t>2. Why do experts suggest balancing technology use?</w:t>
      </w:r>
    </w:p>
    <w:p>
      <w:pPr>
        <w:spacing w:after="0"/>
        <w:ind w:left="454"/>
      </w:pPr>
      <w:r>
        <w:t>(   ) a) To save money</w:t>
      </w:r>
    </w:p>
    <w:p>
      <w:pPr>
        <w:spacing w:after="0"/>
        <w:ind w:left="454"/>
      </w:pPr>
      <w:r>
        <w:t>(   ) b) To avoid stress and isolation</w:t>
      </w:r>
    </w:p>
    <w:p>
      <w:pPr>
        <w:spacing w:after="0"/>
        <w:ind w:left="454"/>
      </w:pPr>
      <w:r>
        <w:t>(   ) c) To sleep more hours</w:t>
      </w:r>
    </w:p>
    <w:p>
      <w:pPr>
        <w:spacing w:after="0"/>
        <w:ind w:left="454"/>
      </w:pPr>
      <w:r>
        <w:t>(   ) d) To use less internet data</w:t>
      </w:r>
    </w:p>
    <w:p>
      <w:pPr>
        <w:keepNext/>
        <w:spacing w:before="120"/>
      </w:pPr>
      <w:r>
        <w:t>3. In the text, the word "However" introduces...</w:t>
      </w:r>
    </w:p>
    <w:p>
      <w:pPr>
        <w:spacing w:after="0"/>
        <w:ind w:left="454"/>
      </w:pPr>
      <w:r>
        <w:t>(   ) a) a contrast</w:t>
      </w:r>
    </w:p>
    <w:p>
      <w:pPr>
        <w:spacing w:after="0"/>
        <w:ind w:left="454"/>
      </w:pPr>
      <w:r>
        <w:t>(   ) b) an example</w:t>
      </w:r>
    </w:p>
    <w:p>
      <w:pPr>
        <w:spacing w:after="0"/>
        <w:ind w:left="454"/>
      </w:pPr>
      <w:r>
        <w:t>(   ) c) a conclusion</w:t>
      </w:r>
    </w:p>
    <w:p>
      <w:pPr>
        <w:spacing w:after="0"/>
        <w:ind w:left="454"/>
      </w:pPr>
      <w:r>
        <w:t>(   ) d) a time sequence</w:t>
      </w:r>
    </w:p>
    <w:p>
      <w:pPr>
        <w:pStyle w:val="Heading2"/>
      </w:pPr>
      <w:r>
        <w:t>2. Conditionals</w:t>
      </w:r>
    </w:p>
    <w:p>
      <w:r>
        <w:rPr>
          <w:i/>
        </w:rPr>
        <w:t>Complete with the correct form of the verb in parentheses.</w:t>
      </w:r>
    </w:p>
    <w:p>
      <w:pPr>
        <w:keepNext/>
        <w:spacing w:before="120"/>
      </w:pPr>
      <w:r>
        <w:t>1. If it ______________ (rain), we will cancel the trip.</w:t>
      </w:r>
    </w:p>
    <w:p>
      <w:pPr>
        <w:keepNext/>
        <w:spacing w:before="120"/>
      </w:pPr>
      <w:r>
        <w:t>2. I would buy a new phone if I ______________ (have) more money.</w:t>
      </w:r>
    </w:p>
    <w:p>
      <w:pPr>
        <w:keepNext/>
        <w:spacing w:before="120"/>
      </w:pPr>
      <w:r>
        <w:t>3. If she studies hard, she ______________ (pass) the exam.</w:t>
      </w:r>
    </w:p>
    <w:p>
      <w:pPr>
        <w:keepNext/>
        <w:spacing w:before="120"/>
      </w:pPr>
      <w:r>
        <w:t>4. If they ______________ (be) older, they could travel alone.</w:t>
      </w:r>
    </w:p>
    <w:p>
      <w:pPr>
        <w:keepNext/>
        <w:spacing w:before="120"/>
      </w:pPr>
      <w:r>
        <w:t>5. You will be late if you ______________ (not / leave) now.</w:t>
      </w:r>
    </w:p>
    <w:p>
      <w:pPr>
        <w:keepNext/>
        <w:spacing w:before="120"/>
      </w:pPr>
      <w:r>
        <w:t>6. If I ______________ (see) Ana tomorrow, I will give her the book.</w:t>
      </w:r>
    </w:p>
    <w:p>
      <w:pPr>
        <w:keepNext/>
        <w:spacing w:before="120"/>
      </w:pPr>
      <w:r>
        <w:t>7. We would go to the beach if it ______________ (not / be) so cold.</w:t>
      </w:r>
    </w:p>
    <w:p>
      <w:pPr>
        <w:pStyle w:val="Heading2"/>
      </w:pPr>
      <w:r>
        <w:t>3. Your opinion</w:t>
      </w:r>
    </w:p>
    <w:p>
      <w:r>
        <w:rPr>
          <w:i/>
        </w:rPr>
        <w:t>Answer in English.</w:t>
      </w:r>
    </w:p>
    <w:p>
      <w:pPr>
        <w:keepNext/>
        <w:spacing w:before="120"/>
      </w:pPr>
      <w:r>
        <w:t>1. Do you agree with the text? Why or why not?</w:t>
      </w:r>
    </w:p>
    <w:p>
      <w:r>
        <w:t>______________________________________________________________________________</w:t>
      </w:r>
    </w:p>
    <w:p>
      <w:r>
        <w:t>______________________________________________________________________________</w:t>
      </w:r>
    </w:p>
    <w:p>
      <w:r>
        <w:br w:type="page"/>
      </w:r>
    </w:p>
    <w:p>
      <w:pPr>
        <w:pStyle w:val="Heading2"/>
      </w:pPr>
      <w:r>
        <w:t>Gabarito (Answer key)</w:t>
      </w:r>
    </w:p>
    <w:p>
      <w:r>
        <w:rPr>
          <w:b/>
        </w:rPr>
        <w:t>1. Reading</w:t>
      </w:r>
    </w:p>
    <w:p>
      <w:pPr>
        <w:spacing w:after="0"/>
      </w:pPr>
      <w:r>
        <w:t>1) c) Playing games</w:t>
      </w:r>
    </w:p>
    <w:p>
      <w:pPr>
        <w:spacing w:after="0"/>
      </w:pPr>
      <w:r>
        <w:t>2) b) To avoid stress and isolation</w:t>
      </w:r>
    </w:p>
    <w:p>
      <w:pPr>
        <w:spacing w:after="0"/>
      </w:pPr>
      <w:r>
        <w:t>3) a) a contrast</w:t>
      </w:r>
    </w:p>
    <w:p>
      <w:r>
        <w:rPr>
          <w:b/>
        </w:rPr>
        <w:t>2. Conditionals</w:t>
      </w:r>
    </w:p>
    <w:p>
      <w:pPr>
        <w:spacing w:after="0"/>
      </w:pPr>
      <w:r>
        <w:t>1) rains</w:t>
      </w:r>
    </w:p>
    <w:p>
      <w:pPr>
        <w:spacing w:after="0"/>
      </w:pPr>
      <w:r>
        <w:t>2) had</w:t>
      </w:r>
    </w:p>
    <w:p>
      <w:pPr>
        <w:spacing w:after="0"/>
      </w:pPr>
      <w:r>
        <w:t>3) will pass</w:t>
      </w:r>
    </w:p>
    <w:p>
      <w:pPr>
        <w:spacing w:after="0"/>
      </w:pPr>
      <w:r>
        <w:t>4) were</w:t>
      </w:r>
    </w:p>
    <w:p>
      <w:pPr>
        <w:spacing w:after="0"/>
      </w:pPr>
      <w:r>
        <w:t>5) don't leave</w:t>
      </w:r>
    </w:p>
    <w:p>
      <w:pPr>
        <w:spacing w:after="0"/>
      </w:pPr>
      <w:r>
        <w:t>6) see</w:t>
      </w:r>
    </w:p>
    <w:p>
      <w:pPr>
        <w:spacing w:after="0"/>
      </w:pPr>
      <w:r>
        <w:t>7) weren't</w:t>
      </w:r>
    </w:p>
    <w:p>
      <w:r>
        <w:rPr>
          <w:b/>
        </w:rPr>
        <w:t>3. Your opinion</w:t>
      </w:r>
    </w:p>
    <w:p>
      <w:pPr>
        <w:spacing w:after="0"/>
      </w:pPr>
      <w:r>
        <w:t>1) I agree. I use my phone every day, but I also like to meet my friends and play outside, because real-life experiences are important too.</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2025-08-20T00:00:00Z</dcterms:created>
  <dcterms:modified xsi:type="dcterms:W3CDTF">2025-08-20T00:00:00Z</dcterms:modified>
  <cp:category/>
</cp:coreProperties>
</file>