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Comparatives e superlatives</w:t>
      </w:r>
    </w:p>
    <w:p>
      <w:r>
        <w:rPr>
          <w:color w:val="6B6B6B"/>
          <w:sz w:val="18"/>
        </w:rPr>
        <w:t>8º ano · Comparatives and superlatives · BNCC: EF08LI15</w:t>
      </w:r>
    </w:p>
    <w:p>
      <w:pPr>
        <w:pStyle w:val="Heading2"/>
      </w:pPr>
      <w:r>
        <w:t>1. Reading</w:t>
      </w:r>
    </w:p>
    <w:p>
      <w:r>
        <w:rPr>
          <w:i/>
        </w:rPr>
        <w:t>Read the text and choose the correct answer.</w:t>
      </w:r>
    </w:p>
    <w:p>
      <w:r>
        <w:rPr>
          <w:b/>
        </w:rPr>
        <w:t>The school trip</w:t>
      </w:r>
    </w:p>
    <w:p>
      <w:pPr>
        <w:ind w:left="340"/>
      </w:pPr>
      <w:r>
        <w:t>Our class is choosing a destination for the school trip. There are three options: Rio de Janeiro, Foz do Iguaçu and Ouro Preto.</w:t>
      </w:r>
    </w:p>
    <w:p>
      <w:pPr>
        <w:ind w:left="340"/>
      </w:pPr>
      <w:r>
        <w:t>Rio is the biggest city and it has the most famous beaches. Foz do Iguaçu is farther from our school than Ouro Preto, so the bus trip is longer, but the waterfalls are amazing. Ouro Preto is the smallest city of the three, and the trip there is the cheapest.</w:t>
      </w:r>
    </w:p>
    <w:p>
      <w:pPr>
        <w:ind w:left="340"/>
      </w:pPr>
      <w:r>
        <w:t>In my opinion, Ouro Preto is more interesting than Rio because of its history. My friend Gabi disagrees. She thinks the beaches in Rio are better than any museum!</w:t>
      </w:r>
    </w:p>
    <w:p>
      <w:pPr>
        <w:keepNext/>
        <w:spacing w:before="120"/>
      </w:pPr>
      <w:r>
        <w:t>1. Which city is the biggest?</w:t>
      </w:r>
    </w:p>
    <w:p>
      <w:pPr>
        <w:spacing w:after="0"/>
        <w:ind w:left="454"/>
      </w:pPr>
      <w:r>
        <w:t>(   ) a) Ouro Preto</w:t>
      </w:r>
    </w:p>
    <w:p>
      <w:pPr>
        <w:spacing w:after="0"/>
        <w:ind w:left="454"/>
      </w:pPr>
      <w:r>
        <w:t>(   ) b) Foz do Iguaçu</w:t>
      </w:r>
    </w:p>
    <w:p>
      <w:pPr>
        <w:spacing w:after="0"/>
        <w:ind w:left="454"/>
      </w:pPr>
      <w:r>
        <w:t>(   ) c) Rio de Janeiro</w:t>
      </w:r>
    </w:p>
    <w:p>
      <w:pPr>
        <w:keepNext/>
        <w:spacing w:before="120"/>
      </w:pPr>
      <w:r>
        <w:t>2. Which trip is the cheapest?</w:t>
      </w:r>
    </w:p>
    <w:p>
      <w:pPr>
        <w:spacing w:after="0"/>
        <w:ind w:left="454"/>
      </w:pPr>
      <w:r>
        <w:t>(   ) a) Rio de Janeiro</w:t>
      </w:r>
    </w:p>
    <w:p>
      <w:pPr>
        <w:spacing w:after="0"/>
        <w:ind w:left="454"/>
      </w:pPr>
      <w:r>
        <w:t>(   ) b) Ouro Preto</w:t>
      </w:r>
    </w:p>
    <w:p>
      <w:pPr>
        <w:spacing w:after="0"/>
        <w:ind w:left="454"/>
      </w:pPr>
      <w:r>
        <w:t>(   ) c) Foz do Iguaçu</w:t>
      </w:r>
    </w:p>
    <w:p>
      <w:pPr>
        <w:keepNext/>
        <w:spacing w:before="120"/>
      </w:pPr>
      <w:r>
        <w:t>3. Why is the bus trip to Foz do Iguaçu longer?</w:t>
      </w:r>
    </w:p>
    <w:p>
      <w:pPr>
        <w:spacing w:after="0"/>
        <w:ind w:left="454"/>
      </w:pPr>
      <w:r>
        <w:t>(   ) a) Because the bus is slower.</w:t>
      </w:r>
    </w:p>
    <w:p>
      <w:pPr>
        <w:spacing w:after="0"/>
        <w:ind w:left="454"/>
      </w:pPr>
      <w:r>
        <w:t>(   ) b) Because Foz is bigger.</w:t>
      </w:r>
    </w:p>
    <w:p>
      <w:pPr>
        <w:spacing w:after="0"/>
        <w:ind w:left="454"/>
      </w:pPr>
      <w:r>
        <w:t>(   ) c) Because Foz is farther from the school.</w:t>
      </w:r>
    </w:p>
    <w:p>
      <w:pPr>
        <w:keepNext/>
        <w:spacing w:before="120"/>
      </w:pPr>
      <w:r>
        <w:t>4. What does Gabi prefer?</w:t>
      </w:r>
    </w:p>
    <w:p>
      <w:pPr>
        <w:spacing w:after="0"/>
        <w:ind w:left="454"/>
      </w:pPr>
      <w:r>
        <w:t>(   ) a) Beaches</w:t>
      </w:r>
    </w:p>
    <w:p>
      <w:pPr>
        <w:spacing w:after="0"/>
        <w:ind w:left="454"/>
      </w:pPr>
      <w:r>
        <w:t>(   ) b) Museums</w:t>
      </w:r>
    </w:p>
    <w:p>
      <w:pPr>
        <w:spacing w:after="0"/>
        <w:ind w:left="454"/>
      </w:pPr>
      <w:r>
        <w:t>(   ) c) Waterfalls</w:t>
      </w:r>
    </w:p>
    <w:p>
      <w:pPr>
        <w:pStyle w:val="Heading2"/>
      </w:pPr>
      <w:r>
        <w:t>2. Comparatives</w:t>
      </w:r>
    </w:p>
    <w:p>
      <w:r>
        <w:rPr>
          <w:i/>
        </w:rPr>
        <w:t>Complete with the comparative form of the adjectives in parentheses.</w:t>
      </w:r>
    </w:p>
    <w:p>
      <w:pPr>
        <w:keepNext/>
        <w:spacing w:before="120"/>
      </w:pPr>
      <w:r>
        <w:t>1. My brother is ______________ (tall) than my father.</w:t>
      </w:r>
    </w:p>
    <w:p>
      <w:pPr>
        <w:keepNext/>
        <w:spacing w:before="120"/>
      </w:pPr>
      <w:r>
        <w:t>2. This exercise is ______________ (easy) than the last one.</w:t>
      </w:r>
    </w:p>
    <w:p>
      <w:pPr>
        <w:keepNext/>
        <w:spacing w:before="120"/>
      </w:pPr>
      <w:r>
        <w:t>3. For me, Science is ______________ (interesting) than History.</w:t>
      </w:r>
    </w:p>
    <w:p>
      <w:pPr>
        <w:keepNext/>
        <w:spacing w:before="120"/>
      </w:pPr>
      <w:r>
        <w:t>4. My grades this year are ______________ (good) than last year.</w:t>
      </w:r>
    </w:p>
    <w:p>
      <w:pPr>
        <w:keepNext/>
        <w:spacing w:before="120"/>
      </w:pPr>
      <w:r>
        <w:t>5. Today is ______________ (hot) than yesterday.</w:t>
      </w:r>
    </w:p>
    <w:p>
      <w:pPr>
        <w:pStyle w:val="Heading2"/>
      </w:pPr>
      <w:r>
        <w:t>3. Superlatives</w:t>
      </w:r>
    </w:p>
    <w:p>
      <w:r>
        <w:rPr>
          <w:i/>
        </w:rPr>
        <w:t>Complete with the superlative form of the adjectives in parentheses. Don't forget "the".</w:t>
      </w:r>
    </w:p>
    <w:p>
      <w:pPr>
        <w:keepNext/>
        <w:spacing w:before="120"/>
      </w:pPr>
      <w:r>
        <w:t>1. Mount Everest is ______________ (high) mountain in the world.</w:t>
      </w:r>
    </w:p>
    <w:p>
      <w:pPr>
        <w:keepNext/>
        <w:spacing w:before="120"/>
      </w:pPr>
      <w:r>
        <w:t>2. That was ______________ (bad) movie I have ever seen.</w:t>
      </w:r>
    </w:p>
    <w:p>
      <w:pPr>
        <w:keepNext/>
        <w:spacing w:before="120"/>
      </w:pPr>
      <w:r>
        <w:t>3. Marta is one of ______________ (famous) Brazilian soccer players.</w:t>
      </w:r>
    </w:p>
    <w:p>
      <w:pPr>
        <w:keepNext/>
        <w:spacing w:before="120"/>
      </w:pPr>
      <w:r>
        <w:t>4. Gabriel is ______________ (young) student in our class.</w:t>
      </w:r>
    </w:p>
    <w:p>
      <w:pPr>
        <w:pStyle w:val="Heading2"/>
      </w:pPr>
      <w:r>
        <w:t>4. True or false?</w:t>
      </w:r>
    </w:p>
    <w:p>
      <w:r>
        <w:rPr>
          <w:i/>
        </w:rPr>
        <w:t>Mark T (true) or F (false) about the grammar.</w:t>
      </w:r>
    </w:p>
    <w:p>
      <w:pPr>
        <w:keepNext/>
        <w:spacing w:before="120"/>
      </w:pPr>
      <w:r>
        <w:t>1. The comparative of "good" is "gooder".</w:t>
      </w:r>
    </w:p>
    <w:p>
      <w:pPr>
        <w:ind w:left="454"/>
      </w:pPr>
      <w:r>
        <w:t>(   ) True        (   ) False</w:t>
      </w:r>
    </w:p>
    <w:p>
      <w:pPr>
        <w:keepNext/>
        <w:spacing w:before="120"/>
      </w:pPr>
      <w:r>
        <w:t>2. We usually use "the" before superlatives.</w:t>
      </w:r>
    </w:p>
    <w:p>
      <w:pPr>
        <w:ind w:left="454"/>
      </w:pPr>
      <w:r>
        <w:t>(   ) True        (   ) False</w:t>
      </w:r>
    </w:p>
    <w:p>
      <w:pPr>
        <w:keepNext/>
        <w:spacing w:before="120"/>
      </w:pPr>
      <w:r>
        <w:t>3. The superlative of "expensive" is "the most expensive".</w:t>
      </w:r>
    </w:p>
    <w:p>
      <w:pPr>
        <w:ind w:left="454"/>
      </w:pPr>
      <w:r>
        <w:t>(   ) True        (   ) False</w:t>
      </w:r>
    </w:p>
    <w:p>
      <w:r>
        <w:br w:type="page"/>
      </w:r>
    </w:p>
    <w:p>
      <w:pPr>
        <w:pStyle w:val="Heading2"/>
      </w:pPr>
      <w:r>
        <w:t>Gabarito (Answer key)</w:t>
      </w:r>
    </w:p>
    <w:p>
      <w:r>
        <w:rPr>
          <w:b/>
        </w:rPr>
        <w:t>1. Reading</w:t>
      </w:r>
    </w:p>
    <w:p>
      <w:pPr>
        <w:spacing w:after="0"/>
      </w:pPr>
      <w:r>
        <w:t>1) c) Rio de Janeiro</w:t>
      </w:r>
    </w:p>
    <w:p>
      <w:pPr>
        <w:spacing w:after="0"/>
      </w:pPr>
      <w:r>
        <w:t>2) b) Ouro Preto</w:t>
      </w:r>
    </w:p>
    <w:p>
      <w:pPr>
        <w:spacing w:after="0"/>
      </w:pPr>
      <w:r>
        <w:t>3) c) Because Foz is farther from the school.</w:t>
      </w:r>
    </w:p>
    <w:p>
      <w:pPr>
        <w:spacing w:after="0"/>
      </w:pPr>
      <w:r>
        <w:t>4) a) Beaches</w:t>
      </w:r>
    </w:p>
    <w:p>
      <w:r>
        <w:rPr>
          <w:b/>
        </w:rPr>
        <w:t>2. Comparatives</w:t>
      </w:r>
    </w:p>
    <w:p>
      <w:pPr>
        <w:spacing w:after="0"/>
      </w:pPr>
      <w:r>
        <w:t>1) taller</w:t>
      </w:r>
    </w:p>
    <w:p>
      <w:pPr>
        <w:spacing w:after="0"/>
      </w:pPr>
      <w:r>
        <w:t>2) easier</w:t>
      </w:r>
    </w:p>
    <w:p>
      <w:pPr>
        <w:spacing w:after="0"/>
      </w:pPr>
      <w:r>
        <w:t>3) more interesting</w:t>
      </w:r>
    </w:p>
    <w:p>
      <w:pPr>
        <w:spacing w:after="0"/>
      </w:pPr>
      <w:r>
        <w:t>4) better</w:t>
      </w:r>
    </w:p>
    <w:p>
      <w:pPr>
        <w:spacing w:after="0"/>
      </w:pPr>
      <w:r>
        <w:t>5) hotter</w:t>
      </w:r>
    </w:p>
    <w:p>
      <w:r>
        <w:rPr>
          <w:b/>
        </w:rPr>
        <w:t>3. Superlatives</w:t>
      </w:r>
    </w:p>
    <w:p>
      <w:pPr>
        <w:spacing w:after="0"/>
      </w:pPr>
      <w:r>
        <w:t>1) the highest</w:t>
      </w:r>
    </w:p>
    <w:p>
      <w:pPr>
        <w:spacing w:after="0"/>
      </w:pPr>
      <w:r>
        <w:t>2) the worst</w:t>
      </w:r>
    </w:p>
    <w:p>
      <w:pPr>
        <w:spacing w:after="0"/>
      </w:pPr>
      <w:r>
        <w:t>3) the most famous</w:t>
      </w:r>
    </w:p>
    <w:p>
      <w:pPr>
        <w:spacing w:after="0"/>
      </w:pPr>
      <w:r>
        <w:t>4) the youngest</w:t>
      </w:r>
    </w:p>
    <w:p>
      <w:r>
        <w:rPr>
          <w:b/>
        </w:rPr>
        <w:t>4. True or false?</w:t>
      </w:r>
    </w:p>
    <w:p>
      <w:pPr>
        <w:spacing w:after="0"/>
      </w:pPr>
      <w:r>
        <w:t>1) False</w:t>
      </w:r>
    </w:p>
    <w:p>
      <w:pPr>
        <w:spacing w:after="0"/>
      </w:pPr>
      <w:r>
        <w:t>2) True</w:t>
      </w:r>
    </w:p>
    <w:p>
      <w:pPr>
        <w:spacing w:after="0"/>
      </w:pPr>
      <w:r>
        <w:t>3) True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