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Colors: as cores em inglês</w:t>
      </w:r>
    </w:p>
    <w:p>
      <w:r>
        <w:rPr>
          <w:color w:val="6B6B6B"/>
          <w:sz w:val="18"/>
        </w:rPr>
        <w:t>4 anos e 5 anos · Colors (cores)</w:t>
      </w:r>
    </w:p>
    <w:p>
      <w:pPr>
        <w:pStyle w:val="Heading2"/>
      </w:pPr>
      <w:r>
        <w:t>1. What color is it?</w:t>
      </w:r>
    </w:p>
    <w:p>
      <w:r>
        <w:rPr>
          <w:i/>
        </w:rPr>
        <w:t>Olhe a figura e escolha a cor certa. (Look and choose.)</w:t>
      </w:r>
    </w:p>
    <w:p>
      <w:pPr>
        <w:keepNext/>
        <w:spacing w:before="120"/>
      </w:pPr>
      <w:r>
        <w:t>1. 🍎  Apple</w:t>
      </w:r>
    </w:p>
    <w:p>
      <w:pPr>
        <w:spacing w:after="0"/>
        <w:ind w:left="454"/>
      </w:pPr>
      <w:r>
        <w:t>(   ) a) red</w:t>
      </w:r>
    </w:p>
    <w:p>
      <w:pPr>
        <w:spacing w:after="0"/>
        <w:ind w:left="454"/>
      </w:pPr>
      <w:r>
        <w:t>(   ) b) blue</w:t>
      </w:r>
    </w:p>
    <w:p>
      <w:pPr>
        <w:spacing w:after="0"/>
        <w:ind w:left="454"/>
      </w:pPr>
      <w:r>
        <w:t>(   ) c) green</w:t>
      </w:r>
    </w:p>
    <w:p>
      <w:pPr>
        <w:keepNext/>
        <w:spacing w:before="120"/>
      </w:pPr>
      <w:r>
        <w:t>2. 🍌  Banana</w:t>
      </w:r>
    </w:p>
    <w:p>
      <w:pPr>
        <w:spacing w:after="0"/>
        <w:ind w:left="454"/>
      </w:pPr>
      <w:r>
        <w:t>(   ) a) purple</w:t>
      </w:r>
    </w:p>
    <w:p>
      <w:pPr>
        <w:spacing w:after="0"/>
        <w:ind w:left="454"/>
      </w:pPr>
      <w:r>
        <w:t>(   ) b) yellow</w:t>
      </w:r>
    </w:p>
    <w:p>
      <w:pPr>
        <w:spacing w:after="0"/>
        <w:ind w:left="454"/>
      </w:pPr>
      <w:r>
        <w:t>(   ) c) black</w:t>
      </w:r>
    </w:p>
    <w:p>
      <w:pPr>
        <w:keepNext/>
        <w:spacing w:before="120"/>
      </w:pPr>
      <w:r>
        <w:t>3. 🐸  Frog</w:t>
      </w:r>
    </w:p>
    <w:p>
      <w:pPr>
        <w:spacing w:after="0"/>
        <w:ind w:left="454"/>
      </w:pPr>
      <w:r>
        <w:t>(   ) a) green</w:t>
      </w:r>
    </w:p>
    <w:p>
      <w:pPr>
        <w:spacing w:after="0"/>
        <w:ind w:left="454"/>
      </w:pPr>
      <w:r>
        <w:t>(   ) b) pink</w:t>
      </w:r>
    </w:p>
    <w:p>
      <w:pPr>
        <w:spacing w:after="0"/>
        <w:ind w:left="454"/>
      </w:pPr>
      <w:r>
        <w:t>(   ) c) orange</w:t>
      </w:r>
    </w:p>
    <w:p>
      <w:pPr>
        <w:keepNext/>
        <w:spacing w:before="120"/>
      </w:pPr>
      <w:r>
        <w:t>4. 🥕  Carrot</w:t>
      </w:r>
    </w:p>
    <w:p>
      <w:pPr>
        <w:spacing w:after="0"/>
        <w:ind w:left="454"/>
      </w:pPr>
      <w:r>
        <w:t>(   ) a) white</w:t>
      </w:r>
    </w:p>
    <w:p>
      <w:pPr>
        <w:spacing w:after="0"/>
        <w:ind w:left="454"/>
      </w:pPr>
      <w:r>
        <w:t>(   ) b) blue</w:t>
      </w:r>
    </w:p>
    <w:p>
      <w:pPr>
        <w:spacing w:after="0"/>
        <w:ind w:left="454"/>
      </w:pPr>
      <w:r>
        <w:t>(   ) c) orange</w:t>
      </w:r>
    </w:p>
    <w:p>
      <w:pPr>
        <w:keepNext/>
        <w:spacing w:before="120"/>
      </w:pPr>
      <w:r>
        <w:t>5. 🐳  Whale</w:t>
      </w:r>
    </w:p>
    <w:p>
      <w:pPr>
        <w:spacing w:after="0"/>
        <w:ind w:left="454"/>
      </w:pPr>
      <w:r>
        <w:t>(   ) a) red</w:t>
      </w:r>
    </w:p>
    <w:p>
      <w:pPr>
        <w:spacing w:after="0"/>
        <w:ind w:left="454"/>
      </w:pPr>
      <w:r>
        <w:t>(   ) b) blue</w:t>
      </w:r>
    </w:p>
    <w:p>
      <w:pPr>
        <w:spacing w:after="0"/>
        <w:ind w:left="454"/>
      </w:pPr>
      <w:r>
        <w:t>(   ) c) yellow</w:t>
      </w:r>
    </w:p>
    <w:p>
      <w:pPr>
        <w:keepNext/>
        <w:spacing w:before="120"/>
      </w:pPr>
      <w:r>
        <w:t>6. 🍇  Grapes</w:t>
      </w:r>
    </w:p>
    <w:p>
      <w:pPr>
        <w:spacing w:after="0"/>
        <w:ind w:left="454"/>
      </w:pPr>
      <w:r>
        <w:t>(   ) a) purple</w:t>
      </w:r>
    </w:p>
    <w:p>
      <w:pPr>
        <w:spacing w:after="0"/>
        <w:ind w:left="454"/>
      </w:pPr>
      <w:r>
        <w:t>(   ) b) white</w:t>
      </w:r>
    </w:p>
    <w:p>
      <w:pPr>
        <w:spacing w:after="0"/>
        <w:ind w:left="454"/>
      </w:pPr>
      <w:r>
        <w:t>(   ) c) brown</w:t>
      </w:r>
    </w:p>
    <w:p>
      <w:pPr>
        <w:pStyle w:val="Heading2"/>
      </w:pPr>
      <w:r>
        <w:t>2. Yes or no?</w:t>
      </w:r>
    </w:p>
    <w:p>
      <w:r>
        <w:rPr>
          <w:i/>
        </w:rPr>
        <w:t>A professora lê a frase. A criança responde: está certo? (Yes = sim / No = não)</w:t>
      </w:r>
    </w:p>
    <w:p>
      <w:pPr>
        <w:keepNext/>
        <w:spacing w:before="120"/>
      </w:pPr>
      <w:r>
        <w:t>1. ☀️  The sun is yellow.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🍓  The strawberry is blue.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🌳  The tree is green.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color is it?</w:t>
      </w:r>
    </w:p>
    <w:p>
      <w:pPr>
        <w:spacing w:after="0"/>
      </w:pPr>
      <w:r>
        <w:t>1) a) red</w:t>
      </w:r>
    </w:p>
    <w:p>
      <w:pPr>
        <w:spacing w:after="0"/>
      </w:pPr>
      <w:r>
        <w:t>2) b) yellow</w:t>
      </w:r>
    </w:p>
    <w:p>
      <w:pPr>
        <w:spacing w:after="0"/>
      </w:pPr>
      <w:r>
        <w:t>3) a) green</w:t>
      </w:r>
    </w:p>
    <w:p>
      <w:pPr>
        <w:spacing w:after="0"/>
      </w:pPr>
      <w:r>
        <w:t>4) c) orange</w:t>
      </w:r>
    </w:p>
    <w:p>
      <w:pPr>
        <w:spacing w:after="0"/>
      </w:pPr>
      <w:r>
        <w:t>5) b) blue</w:t>
      </w:r>
    </w:p>
    <w:p>
      <w:pPr>
        <w:spacing w:after="0"/>
      </w:pPr>
      <w:r>
        <w:t>6) a) purple</w:t>
      </w:r>
    </w:p>
    <w:p>
      <w:r>
        <w:rPr>
          <w:b/>
        </w:rPr>
        <w:t>2.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