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Colors and numbers: cores e números</w:t>
      </w:r>
    </w:p>
    <w:p>
      <w:r>
        <w:rPr>
          <w:color w:val="6B6B6B"/>
          <w:sz w:val="18"/>
        </w:rPr>
        <w:t>4 anos e 5 anos · Colors (cores)</w:t>
      </w:r>
    </w:p>
    <w:p>
      <w:pPr>
        <w:pStyle w:val="Heading2"/>
      </w:pPr>
      <w:r>
        <w:t>1. What color?</w:t>
      </w:r>
    </w:p>
    <w:p>
      <w:r>
        <w:rPr>
          <w:i/>
        </w:rPr>
        <w:t>Olhe a figura e escolha a cor. (Look and choose the color.)</w:t>
      </w:r>
    </w:p>
    <w:p>
      <w:pPr>
        <w:keepNext/>
        <w:spacing w:before="120"/>
      </w:pPr>
      <w:r>
        <w:t>1. 🍎  Apple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green</w:t>
      </w:r>
    </w:p>
    <w:p>
      <w:pPr>
        <w:keepNext/>
        <w:spacing w:before="120"/>
      </w:pPr>
      <w:r>
        <w:t>2. ☁️  Cloud</w:t>
      </w:r>
    </w:p>
    <w:p>
      <w:pPr>
        <w:spacing w:after="0"/>
        <w:ind w:left="454"/>
      </w:pPr>
      <w:r>
        <w:t>(   ) a) black</w:t>
      </w:r>
    </w:p>
    <w:p>
      <w:pPr>
        <w:spacing w:after="0"/>
        <w:ind w:left="454"/>
      </w:pPr>
      <w:r>
        <w:t>(   ) b) white</w:t>
      </w:r>
    </w:p>
    <w:p>
      <w:pPr>
        <w:keepNext/>
        <w:spacing w:before="120"/>
      </w:pPr>
      <w:r>
        <w:t>3. 🌻  Sunflower</w:t>
      </w:r>
    </w:p>
    <w:p>
      <w:pPr>
        <w:spacing w:after="0"/>
        <w:ind w:left="454"/>
      </w:pPr>
      <w:r>
        <w:t>(   ) a) yellow</w:t>
      </w:r>
    </w:p>
    <w:p>
      <w:pPr>
        <w:spacing w:after="0"/>
        <w:ind w:left="454"/>
      </w:pPr>
      <w:r>
        <w:t>(   ) b) blue</w:t>
      </w:r>
    </w:p>
    <w:p>
      <w:pPr>
        <w:keepNext/>
        <w:spacing w:before="120"/>
      </w:pPr>
      <w:r>
        <w:t>4. 🫐  Blueberries</w:t>
      </w:r>
    </w:p>
    <w:p>
      <w:pPr>
        <w:spacing w:after="0"/>
        <w:ind w:left="454"/>
      </w:pPr>
      <w:r>
        <w:t>(   ) a) orange</w:t>
      </w:r>
    </w:p>
    <w:p>
      <w:pPr>
        <w:spacing w:after="0"/>
        <w:ind w:left="454"/>
      </w:pPr>
      <w:r>
        <w:t>(   ) b) blue</w:t>
      </w:r>
    </w:p>
    <w:p>
      <w:pPr>
        <w:keepNext/>
        <w:spacing w:before="120"/>
      </w:pPr>
      <w:r>
        <w:t>5. 🐷  Pig</w:t>
      </w:r>
    </w:p>
    <w:p>
      <w:pPr>
        <w:spacing w:after="0"/>
        <w:ind w:left="454"/>
      </w:pPr>
      <w:r>
        <w:t>(   ) a) pink</w:t>
      </w:r>
    </w:p>
    <w:p>
      <w:pPr>
        <w:spacing w:after="0"/>
        <w:ind w:left="454"/>
      </w:pPr>
      <w:r>
        <w:t>(   ) b) brown</w:t>
      </w:r>
    </w:p>
    <w:p>
      <w:pPr>
        <w:pStyle w:val="Heading2"/>
      </w:pPr>
      <w:r>
        <w:t>2. How many?</w:t>
      </w:r>
    </w:p>
    <w:p>
      <w:r>
        <w:rPr>
          <w:i/>
        </w:rPr>
        <w:t>Conte e escolha o número. (Count and choose.)</w:t>
      </w:r>
    </w:p>
    <w:p>
      <w:pPr>
        <w:keepNext/>
        <w:spacing w:before="120"/>
      </w:pPr>
      <w:r>
        <w:t>1. 🐶🐶🐶  How many dogs?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2. 🌷🌷🌷🌷  How many flowers?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one</w:t>
      </w:r>
    </w:p>
    <w:p>
      <w:pPr>
        <w:spacing w:after="0"/>
        <w:ind w:left="454"/>
      </w:pPr>
      <w:r>
        <w:t>(   ) c) six</w:t>
      </w:r>
    </w:p>
    <w:p>
      <w:pPr>
        <w:keepNext/>
        <w:spacing w:before="120"/>
      </w:pPr>
      <w:r>
        <w:t>3. 🐱  How many cats?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five</w:t>
      </w:r>
    </w:p>
    <w:p>
      <w:pPr>
        <w:spacing w:after="0"/>
        <w:ind w:left="454"/>
      </w:pPr>
      <w:r>
        <w:t>(   ) c) one</w:t>
      </w:r>
    </w:p>
    <w:p>
      <w:pPr>
        <w:keepNext/>
        <w:spacing w:before="120"/>
      </w:pPr>
      <w:r>
        <w:t>4. 🚗🚗🚗🚗🚗🚗  How many cars?</w:t>
      </w:r>
    </w:p>
    <w:p>
      <w:pPr>
        <w:spacing w:after="0"/>
        <w:ind w:left="454"/>
      </w:pPr>
      <w:r>
        <w:t>(   ) a) six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five</w:t>
      </w:r>
    </w:p>
    <w:p>
      <w:pPr>
        <w:keepNext/>
        <w:spacing w:before="120"/>
      </w:pPr>
      <w:r>
        <w:t>5. 🦆🦆  How many ducks?</w:t>
      </w:r>
    </w:p>
    <w:p>
      <w:pPr>
        <w:spacing w:after="0"/>
        <w:ind w:left="454"/>
      </w:pPr>
      <w:r>
        <w:t>(   ) a) seven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three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color?</w:t>
      </w:r>
    </w:p>
    <w:p>
      <w:pPr>
        <w:spacing w:after="0"/>
      </w:pPr>
      <w:r>
        <w:t>1) a) red</w:t>
      </w:r>
    </w:p>
    <w:p>
      <w:pPr>
        <w:spacing w:after="0"/>
      </w:pPr>
      <w:r>
        <w:t>2) b) white</w:t>
      </w:r>
    </w:p>
    <w:p>
      <w:pPr>
        <w:spacing w:after="0"/>
      </w:pPr>
      <w:r>
        <w:t>3) a) yellow</w:t>
      </w:r>
    </w:p>
    <w:p>
      <w:pPr>
        <w:spacing w:after="0"/>
      </w:pPr>
      <w:r>
        <w:t>4) b) blue</w:t>
      </w:r>
    </w:p>
    <w:p>
      <w:pPr>
        <w:spacing w:after="0"/>
      </w:pPr>
      <w:r>
        <w:t>5) a) pink</w:t>
      </w:r>
    </w:p>
    <w:p>
      <w:r>
        <w:rPr>
          <w:b/>
        </w:rPr>
        <w:t>2. How many?</w:t>
      </w:r>
    </w:p>
    <w:p>
      <w:pPr>
        <w:spacing w:after="0"/>
      </w:pPr>
      <w:r>
        <w:t>1) b) three</w:t>
      </w:r>
    </w:p>
    <w:p>
      <w:pPr>
        <w:spacing w:after="0"/>
      </w:pPr>
      <w:r>
        <w:t>2) a) four</w:t>
      </w:r>
    </w:p>
    <w:p>
      <w:pPr>
        <w:spacing w:after="0"/>
      </w:pPr>
      <w:r>
        <w:t>3) c) one</w:t>
      </w:r>
    </w:p>
    <w:p>
      <w:pPr>
        <w:spacing w:after="0"/>
      </w:pPr>
      <w:r>
        <w:t>4) a) six</w:t>
      </w:r>
    </w:p>
    <w:p>
      <w:pPr>
        <w:spacing w:after="0"/>
      </w:pPr>
      <w:r>
        <w:t>5) b) two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2024-02-29T00:00:00Z</dcterms:created>
  <dcterms:modified xsi:type="dcterms:W3CDTF">2024-02-29T00:00:00Z</dcterms:modified>
  <cp:category/>
</cp:coreProperties>
</file>