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Colors e rimas: brincando com as cores</w:t>
      </w:r>
    </w:p>
    <w:p>
      <w:r>
        <w:rPr>
          <w:color w:val="6B6B6B"/>
          <w:sz w:val="18"/>
        </w:rPr>
        <w:t>4 anos e 5 anos · Colors (cores)</w:t>
      </w:r>
    </w:p>
    <w:p>
      <w:pPr>
        <w:pStyle w:val="Heading2"/>
      </w:pPr>
      <w:r>
        <w:t>1. What color is this?</w:t>
      </w:r>
    </w:p>
    <w:p>
      <w:r>
        <w:rPr>
          <w:i/>
        </w:rPr>
        <w:t>Olhe a figura e escolha a cor certa. (What color is this?)</w:t>
      </w:r>
    </w:p>
    <w:p>
      <w:pPr>
        <w:keepNext/>
        <w:spacing w:before="120"/>
      </w:pPr>
      <w:r>
        <w:t>1. 🍌  Banana</w:t>
      </w:r>
    </w:p>
    <w:p>
      <w:pPr>
        <w:spacing w:after="0"/>
        <w:ind w:left="454"/>
      </w:pPr>
      <w:r>
        <w:t>(   ) a) yellow</w:t>
      </w:r>
    </w:p>
    <w:p>
      <w:pPr>
        <w:spacing w:after="0"/>
        <w:ind w:left="454"/>
      </w:pPr>
      <w:r>
        <w:t>(   ) b) blue</w:t>
      </w:r>
    </w:p>
    <w:p>
      <w:pPr>
        <w:keepNext/>
        <w:spacing w:before="120"/>
      </w:pPr>
      <w:r>
        <w:t>2. 🌿  Grass</w:t>
      </w:r>
    </w:p>
    <w:p>
      <w:pPr>
        <w:spacing w:after="0"/>
        <w:ind w:left="454"/>
      </w:pPr>
      <w:r>
        <w:t>(   ) a) red</w:t>
      </w:r>
    </w:p>
    <w:p>
      <w:pPr>
        <w:spacing w:after="0"/>
        <w:ind w:left="454"/>
      </w:pPr>
      <w:r>
        <w:t>(   ) b) green</w:t>
      </w:r>
    </w:p>
    <w:p>
      <w:pPr>
        <w:keepNext/>
        <w:spacing w:before="120"/>
      </w:pPr>
      <w:r>
        <w:t>3. 🍎  Apple</w:t>
      </w:r>
    </w:p>
    <w:p>
      <w:pPr>
        <w:spacing w:after="0"/>
        <w:ind w:left="454"/>
      </w:pPr>
      <w:r>
        <w:t>(   ) a) red</w:t>
      </w:r>
    </w:p>
    <w:p>
      <w:pPr>
        <w:spacing w:after="0"/>
        <w:ind w:left="454"/>
      </w:pPr>
      <w:r>
        <w:t>(   ) b) purple</w:t>
      </w:r>
    </w:p>
    <w:p>
      <w:pPr>
        <w:keepNext/>
        <w:spacing w:before="120"/>
      </w:pPr>
      <w:r>
        <w:t>4. 🌊  Sea</w:t>
      </w:r>
    </w:p>
    <w:p>
      <w:pPr>
        <w:spacing w:after="0"/>
        <w:ind w:left="454"/>
      </w:pPr>
      <w:r>
        <w:t>(   ) a) orange</w:t>
      </w:r>
    </w:p>
    <w:p>
      <w:pPr>
        <w:spacing w:after="0"/>
        <w:ind w:left="454"/>
      </w:pPr>
      <w:r>
        <w:t>(   ) b) blue</w:t>
      </w:r>
    </w:p>
    <w:p>
      <w:pPr>
        <w:keepNext/>
        <w:spacing w:before="120"/>
      </w:pPr>
      <w:r>
        <w:t>5. 🍊  Orange</w:t>
      </w:r>
    </w:p>
    <w:p>
      <w:pPr>
        <w:spacing w:after="0"/>
        <w:ind w:left="454"/>
      </w:pPr>
      <w:r>
        <w:t>(   ) a) orange</w:t>
      </w:r>
    </w:p>
    <w:p>
      <w:pPr>
        <w:spacing w:after="0"/>
        <w:ind w:left="454"/>
      </w:pPr>
      <w:r>
        <w:t>(   ) b) black</w:t>
      </w:r>
    </w:p>
    <w:p>
      <w:pPr>
        <w:spacing w:after="0"/>
        <w:ind w:left="454"/>
      </w:pPr>
      <w:r>
        <w:t>(   ) c) pink</w:t>
      </w:r>
    </w:p>
    <w:p>
      <w:pPr>
        <w:keepNext/>
        <w:spacing w:before="120"/>
      </w:pPr>
      <w:r>
        <w:t>6. 🐘  Elephant</w:t>
      </w:r>
    </w:p>
    <w:p>
      <w:pPr>
        <w:spacing w:after="0"/>
        <w:ind w:left="454"/>
      </w:pPr>
      <w:r>
        <w:t>(   ) a) yellow</w:t>
      </w:r>
    </w:p>
    <w:p>
      <w:pPr>
        <w:spacing w:after="0"/>
        <w:ind w:left="454"/>
      </w:pPr>
      <w:r>
        <w:t>(   ) b) green</w:t>
      </w:r>
    </w:p>
    <w:p>
      <w:pPr>
        <w:spacing w:after="0"/>
        <w:ind w:left="454"/>
      </w:pPr>
      <w:r>
        <w:t>(   ) c) gray</w:t>
      </w:r>
    </w:p>
    <w:p>
      <w:pPr>
        <w:pStyle w:val="Heading2"/>
      </w:pPr>
      <w:r>
        <w:t>2. Yes or no?</w:t>
      </w:r>
    </w:p>
    <w:p>
      <w:r>
        <w:rPr>
          <w:i/>
        </w:rPr>
        <w:t>Olhe a figura e ouça a frase. Está certo? (Yes = sim / No = não)</w:t>
      </w:r>
    </w:p>
    <w:p>
      <w:pPr>
        <w:keepNext/>
        <w:spacing w:before="120"/>
      </w:pPr>
      <w:r>
        <w:t>1. 🍌  The banana is yellow.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2. 🌿  The grass is pink.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3. ☁️  The cloud is white.</w:t>
      </w:r>
    </w:p>
    <w:p>
      <w:pPr>
        <w:ind w:left="454"/>
      </w:pPr>
      <w:r>
        <w:t>(   ) Yes        (   ) No</w:t>
      </w:r>
    </w:p>
    <w:p>
      <w:pPr>
        <w:pStyle w:val="Heading2"/>
      </w:pPr>
      <w:r>
        <w:t>3. Twinkle, twinkle</w:t>
      </w:r>
    </w:p>
    <w:p>
      <w:r>
        <w:rPr>
          <w:i/>
        </w:rPr>
        <w:t>A professora canta a cantiga e para. Qual palavra falta? (Complete the rhyme.)</w:t>
      </w:r>
    </w:p>
    <w:p>
      <w:pPr>
        <w:keepNext/>
        <w:spacing w:before="120"/>
      </w:pPr>
      <w:r>
        <w:t>1. ⭐  Twinkle, twinkle, little ___</w:t>
      </w:r>
    </w:p>
    <w:p>
      <w:pPr>
        <w:spacing w:after="0"/>
        <w:ind w:left="454"/>
      </w:pPr>
      <w:r>
        <w:t>(   ) a) star</w:t>
      </w:r>
    </w:p>
    <w:p>
      <w:pPr>
        <w:spacing w:after="0"/>
        <w:ind w:left="454"/>
      </w:pPr>
      <w:r>
        <w:t>(   ) b) car</w:t>
      </w:r>
    </w:p>
    <w:p>
      <w:pPr>
        <w:keepNext/>
        <w:spacing w:before="120"/>
      </w:pPr>
      <w:r>
        <w:t>2. ⭐  How I wonder what you ___</w:t>
      </w:r>
    </w:p>
    <w:p>
      <w:pPr>
        <w:spacing w:after="0"/>
        <w:ind w:left="454"/>
      </w:pPr>
      <w:r>
        <w:t>(   ) a) is</w:t>
      </w:r>
    </w:p>
    <w:p>
      <w:pPr>
        <w:spacing w:after="0"/>
        <w:ind w:left="454"/>
      </w:pPr>
      <w:r>
        <w:t>(   ) b) are</w:t>
      </w:r>
    </w:p>
    <w:p>
      <w:pPr>
        <w:keepNext/>
        <w:spacing w:before="120"/>
      </w:pPr>
      <w:r>
        <w:t>3. 💎  Like a diamond in the ___</w:t>
      </w:r>
    </w:p>
    <w:p>
      <w:pPr>
        <w:spacing w:after="0"/>
        <w:ind w:left="454"/>
      </w:pPr>
      <w:r>
        <w:t>(   ) a) sky</w:t>
      </w:r>
    </w:p>
    <w:p>
      <w:pPr>
        <w:spacing w:after="0"/>
        <w:ind w:left="454"/>
      </w:pPr>
      <w:r>
        <w:t>(   ) b) sea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What color is this?</w:t>
      </w:r>
    </w:p>
    <w:p>
      <w:pPr>
        <w:spacing w:after="0"/>
      </w:pPr>
      <w:r>
        <w:t>1) a) yellow</w:t>
      </w:r>
    </w:p>
    <w:p>
      <w:pPr>
        <w:spacing w:after="0"/>
      </w:pPr>
      <w:r>
        <w:t>2) b) green</w:t>
      </w:r>
    </w:p>
    <w:p>
      <w:pPr>
        <w:spacing w:after="0"/>
      </w:pPr>
      <w:r>
        <w:t>3) a) red</w:t>
      </w:r>
    </w:p>
    <w:p>
      <w:pPr>
        <w:spacing w:after="0"/>
      </w:pPr>
      <w:r>
        <w:t>4) b) blue</w:t>
      </w:r>
    </w:p>
    <w:p>
      <w:pPr>
        <w:spacing w:after="0"/>
      </w:pPr>
      <w:r>
        <w:t>5) a) orange</w:t>
      </w:r>
    </w:p>
    <w:p>
      <w:pPr>
        <w:spacing w:after="0"/>
      </w:pPr>
      <w:r>
        <w:t>6) c) gray</w:t>
      </w:r>
    </w:p>
    <w:p>
      <w:r>
        <w:rPr>
          <w:b/>
        </w:rPr>
        <w:t>2. Yes or no?</w:t>
      </w:r>
    </w:p>
    <w:p>
      <w:pPr>
        <w:spacing w:after="0"/>
      </w:pPr>
      <w:r>
        <w:t>1) Yes</w:t>
      </w:r>
    </w:p>
    <w:p>
      <w:pPr>
        <w:spacing w:after="0"/>
      </w:pPr>
      <w:r>
        <w:t>2) No</w:t>
      </w:r>
    </w:p>
    <w:p>
      <w:pPr>
        <w:spacing w:after="0"/>
      </w:pPr>
      <w:r>
        <w:t>3) Yes</w:t>
      </w:r>
    </w:p>
    <w:p>
      <w:r>
        <w:rPr>
          <w:b/>
        </w:rPr>
        <w:t>3. Twinkle, twinkle</w:t>
      </w:r>
    </w:p>
    <w:p>
      <w:pPr>
        <w:spacing w:after="0"/>
      </w:pPr>
      <w:r>
        <w:t>1) a) star</w:t>
      </w:r>
    </w:p>
    <w:p>
      <w:pPr>
        <w:spacing w:after="0"/>
      </w:pPr>
      <w:r>
        <w:t>2) b) are</w:t>
      </w:r>
    </w:p>
    <w:p>
      <w:pPr>
        <w:spacing w:after="0"/>
      </w:pPr>
      <w:r>
        <w:t>3) a) sky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2024-07-05T00:00:00Z</dcterms:created>
  <dcterms:modified xsi:type="dcterms:W3CDTF">2024-07-05T00:00:00Z</dcterms:modified>
  <cp:category/>
</cp:coreProperties>
</file>