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Clothes: roupas do dia a dia</w:t>
      </w:r>
    </w:p>
    <w:p>
      <w:r>
        <w:rPr>
          <w:color w:val="6B6B6B"/>
          <w:sz w:val="18"/>
        </w:rPr>
        <w:t>2º ano e 3º ano · Clothes (roupas)</w:t>
      </w:r>
    </w:p>
    <w:p>
      <w:pPr>
        <w:pStyle w:val="Heading2"/>
      </w:pPr>
      <w:r>
        <w:t>1. What do you wear?</w:t>
      </w:r>
    </w:p>
    <w:p>
      <w:r>
        <w:rPr>
          <w:i/>
        </w:rPr>
        <w:t>Leia a descrição e escolha a roupa certa. (Read and choose the correct clothes.)</w:t>
      </w:r>
    </w:p>
    <w:p>
      <w:pPr>
        <w:keepNext/>
        <w:spacing w:before="120"/>
      </w:pPr>
      <w:r>
        <w:t>1. 🦶  You wear them on your feet.</w:t>
      </w:r>
    </w:p>
    <w:p>
      <w:pPr>
        <w:spacing w:after="0"/>
        <w:ind w:left="454"/>
      </w:pPr>
      <w:r>
        <w:t>(   ) a) a hat</w:t>
      </w:r>
    </w:p>
    <w:p>
      <w:pPr>
        <w:spacing w:after="0"/>
        <w:ind w:left="454"/>
      </w:pPr>
      <w:r>
        <w:t>(   ) b) shoes</w:t>
      </w:r>
    </w:p>
    <w:p>
      <w:pPr>
        <w:spacing w:after="0"/>
        <w:ind w:left="454"/>
      </w:pPr>
      <w:r>
        <w:t>(   ) c) a shirt</w:t>
      </w:r>
    </w:p>
    <w:p>
      <w:pPr>
        <w:keepNext/>
        <w:spacing w:before="120"/>
      </w:pPr>
      <w:r>
        <w:t>2. 👒  You wear it on your head.</w:t>
      </w:r>
    </w:p>
    <w:p>
      <w:pPr>
        <w:spacing w:after="0"/>
        <w:ind w:left="454"/>
      </w:pPr>
      <w:r>
        <w:t>(   ) a) a hat</w:t>
      </w:r>
    </w:p>
    <w:p>
      <w:pPr>
        <w:spacing w:after="0"/>
        <w:ind w:left="454"/>
      </w:pPr>
      <w:r>
        <w:t>(   ) b) shorts</w:t>
      </w:r>
    </w:p>
    <w:p>
      <w:pPr>
        <w:spacing w:after="0"/>
        <w:ind w:left="454"/>
      </w:pPr>
      <w:r>
        <w:t>(   ) c) shoes</w:t>
      </w:r>
    </w:p>
    <w:p>
      <w:pPr>
        <w:keepNext/>
        <w:spacing w:before="120"/>
      </w:pPr>
      <w:r>
        <w:t>3. 👕  You wear it on your upper body.</w:t>
      </w:r>
    </w:p>
    <w:p>
      <w:pPr>
        <w:spacing w:after="0"/>
        <w:ind w:left="454"/>
      </w:pPr>
      <w:r>
        <w:t>(   ) a) shoes</w:t>
      </w:r>
    </w:p>
    <w:p>
      <w:pPr>
        <w:spacing w:after="0"/>
        <w:ind w:left="454"/>
      </w:pPr>
      <w:r>
        <w:t>(   ) b) shorts</w:t>
      </w:r>
    </w:p>
    <w:p>
      <w:pPr>
        <w:spacing w:after="0"/>
        <w:ind w:left="454"/>
      </w:pPr>
      <w:r>
        <w:t>(   ) c) a shirt</w:t>
      </w:r>
    </w:p>
    <w:p>
      <w:pPr>
        <w:keepNext/>
        <w:spacing w:before="120"/>
      </w:pPr>
      <w:r>
        <w:t>4. 🩳  You wear them on your legs, and they are short.</w:t>
      </w:r>
    </w:p>
    <w:p>
      <w:pPr>
        <w:spacing w:after="0"/>
        <w:ind w:left="454"/>
      </w:pPr>
      <w:r>
        <w:t>(   ) a) a hat</w:t>
      </w:r>
    </w:p>
    <w:p>
      <w:pPr>
        <w:spacing w:after="0"/>
        <w:ind w:left="454"/>
      </w:pPr>
      <w:r>
        <w:t>(   ) b) shorts</w:t>
      </w:r>
    </w:p>
    <w:p>
      <w:pPr>
        <w:spacing w:after="0"/>
        <w:ind w:left="454"/>
      </w:pPr>
      <w:r>
        <w:t>(   ) c) a shirt</w:t>
      </w:r>
    </w:p>
    <w:p>
      <w:pPr>
        <w:pStyle w:val="Heading2"/>
      </w:pPr>
      <w:r>
        <w:t>2. Complete the sentence</w:t>
      </w:r>
    </w:p>
    <w:p>
      <w:r>
        <w:rPr>
          <w:i/>
        </w:rPr>
        <w:t>Escolha a palavra que completa a frase. (Complete with the correct clothes word.)</w:t>
      </w:r>
    </w:p>
    <w:p>
      <w:r>
        <w:rPr>
          <w:b/>
        </w:rPr>
        <w:t>Word bank:  shirt  |  shoes  |  hat  |  shorts</w:t>
      </w:r>
    </w:p>
    <w:p>
      <w:pPr>
        <w:keepNext/>
        <w:spacing w:before="120"/>
      </w:pPr>
      <w:r>
        <w:t>1. ☀️  I wear a ______________ on sunny days to protect my head.</w:t>
      </w:r>
    </w:p>
    <w:p>
      <w:pPr>
        <w:keepNext/>
        <w:spacing w:before="120"/>
      </w:pPr>
      <w:r>
        <w:t>2. 👕  She is wearing a red ______________ with long sleeves.</w:t>
      </w:r>
    </w:p>
    <w:p>
      <w:pPr>
        <w:keepNext/>
        <w:spacing w:before="120"/>
      </w:pPr>
      <w:r>
        <w:t>3. 👟  He put on his socks and ______________ before going outside.</w:t>
      </w:r>
    </w:p>
    <w:p>
      <w:pPr>
        <w:keepNext/>
        <w:spacing w:before="120"/>
      </w:pPr>
      <w:r>
        <w:t>4. 🥵  They are wearing ______________ because it's hot today.</w:t>
      </w:r>
    </w:p>
    <w:p>
      <w:pPr>
        <w:pStyle w:val="Heading2"/>
      </w:pPr>
      <w:r>
        <w:t>3. Choose the correct word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👟  I wear ___ on my feet.</w:t>
      </w:r>
    </w:p>
    <w:p>
      <w:pPr>
        <w:spacing w:after="0"/>
        <w:ind w:left="454"/>
      </w:pPr>
      <w:r>
        <w:t>(   ) a) a hat</w:t>
      </w:r>
    </w:p>
    <w:p>
      <w:pPr>
        <w:spacing w:after="0"/>
        <w:ind w:left="454"/>
      </w:pPr>
      <w:r>
        <w:t>(   ) b) shoes</w:t>
      </w:r>
    </w:p>
    <w:p>
      <w:pPr>
        <w:keepNext/>
        <w:spacing w:before="120"/>
      </w:pPr>
      <w:r>
        <w:t>2. 👕  She wears a ___ on her upper body.</w:t>
      </w:r>
    </w:p>
    <w:p>
      <w:pPr>
        <w:spacing w:after="0"/>
        <w:ind w:left="454"/>
      </w:pPr>
      <w:r>
        <w:t>(   ) a) shirt</w:t>
      </w:r>
    </w:p>
    <w:p>
      <w:pPr>
        <w:spacing w:after="0"/>
        <w:ind w:left="454"/>
      </w:pPr>
      <w:r>
        <w:t>(   ) b) shorts</w:t>
      </w:r>
    </w:p>
    <w:p>
      <w:pPr>
        <w:keepNext/>
        <w:spacing w:before="120"/>
      </w:pPr>
      <w:r>
        <w:t>3. 🎩  He wears ___ on his head.</w:t>
      </w:r>
    </w:p>
    <w:p>
      <w:pPr>
        <w:spacing w:after="0"/>
        <w:ind w:left="454"/>
      </w:pPr>
      <w:r>
        <w:t>(   ) a) shoes</w:t>
      </w:r>
    </w:p>
    <w:p>
      <w:pPr>
        <w:spacing w:after="0"/>
        <w:ind w:left="454"/>
      </w:pPr>
      <w:r>
        <w:t>(   ) b) a hat</w:t>
      </w:r>
    </w:p>
    <w:p>
      <w:pPr>
        <w:pStyle w:val="Heading2"/>
      </w:pPr>
      <w:r>
        <w:t>4. Yes or no?</w:t>
      </w:r>
    </w:p>
    <w:p>
      <w:r>
        <w:rPr>
          <w:i/>
        </w:rPr>
        <w:t>Leia a frase e olhe a figura. Está certo? (Yes = sim / No = não)</w:t>
      </w:r>
    </w:p>
    <w:p>
      <w:pPr>
        <w:keepNext/>
        <w:spacing w:before="120"/>
      </w:pPr>
      <w:r>
        <w:t>1. 🧦  We wear socks on our feet.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🧢  We wear a cap on our hands.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🧥  A coat keeps you warm in winter.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👗  This is a dress.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🧤  These are shoes.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do you wear?</w:t>
      </w:r>
    </w:p>
    <w:p>
      <w:pPr>
        <w:spacing w:after="0"/>
      </w:pPr>
      <w:r>
        <w:t>1) b) shoes</w:t>
      </w:r>
    </w:p>
    <w:p>
      <w:pPr>
        <w:spacing w:after="0"/>
      </w:pPr>
      <w:r>
        <w:t>2) a) a hat</w:t>
      </w:r>
    </w:p>
    <w:p>
      <w:pPr>
        <w:spacing w:after="0"/>
      </w:pPr>
      <w:r>
        <w:t>3) c) a shirt</w:t>
      </w:r>
    </w:p>
    <w:p>
      <w:pPr>
        <w:spacing w:after="0"/>
      </w:pPr>
      <w:r>
        <w:t>4) b) shorts</w:t>
      </w:r>
    </w:p>
    <w:p>
      <w:r>
        <w:rPr>
          <w:b/>
        </w:rPr>
        <w:t>2. Complete the sentence</w:t>
      </w:r>
    </w:p>
    <w:p>
      <w:pPr>
        <w:spacing w:after="0"/>
      </w:pPr>
      <w:r>
        <w:t>1) hat</w:t>
      </w:r>
    </w:p>
    <w:p>
      <w:pPr>
        <w:spacing w:after="0"/>
      </w:pPr>
      <w:r>
        <w:t>2) shirt</w:t>
      </w:r>
    </w:p>
    <w:p>
      <w:pPr>
        <w:spacing w:after="0"/>
      </w:pPr>
      <w:r>
        <w:t>3) shoes</w:t>
      </w:r>
    </w:p>
    <w:p>
      <w:pPr>
        <w:spacing w:after="0"/>
      </w:pPr>
      <w:r>
        <w:t>4) shorts</w:t>
      </w:r>
    </w:p>
    <w:p>
      <w:r>
        <w:rPr>
          <w:b/>
        </w:rPr>
        <w:t>3. Choose the correct word</w:t>
      </w:r>
    </w:p>
    <w:p>
      <w:pPr>
        <w:spacing w:after="0"/>
      </w:pPr>
      <w:r>
        <w:t>1) b) shoes</w:t>
      </w:r>
    </w:p>
    <w:p>
      <w:pPr>
        <w:spacing w:after="0"/>
      </w:pPr>
      <w:r>
        <w:t>2) a) shirt</w:t>
      </w:r>
    </w:p>
    <w:p>
      <w:pPr>
        <w:spacing w:after="0"/>
      </w:pPr>
      <w:r>
        <w:t>3) b) a hat</w:t>
      </w:r>
    </w:p>
    <w:p>
      <w:r>
        <w:rPr>
          <w:b/>
        </w:rPr>
        <w:t>4.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Yes</w:t>
      </w:r>
    </w:p>
    <w:p>
      <w:pPr>
        <w:spacing w:after="0"/>
      </w:pPr>
      <w:r>
        <w:t>5)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2026-09-23T00:00:00Z</dcterms:created>
  <dcterms:modified xsi:type="dcterms:W3CDTF">2026-09-23T00:00:00Z</dcterms:modified>
  <cp:category/>
</cp:coreProperties>
</file>