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Classroom objects: objetos da sala de aula</w:t>
      </w:r>
    </w:p>
    <w:p>
      <w:r>
        <w:rPr>
          <w:color w:val="6B6B6B"/>
          <w:sz w:val="18"/>
        </w:rPr>
        <w:t>3º ano e 4º ano · School objects (escola)</w:t>
      </w:r>
    </w:p>
    <w:p>
      <w:pPr>
        <w:pStyle w:val="Heading2"/>
      </w:pPr>
      <w:r>
        <w:t>1. What is it?</w:t>
      </w:r>
    </w:p>
    <w:p>
      <w:r>
        <w:rPr>
          <w:i/>
        </w:rPr>
        <w:t>Leia a descrição e escolha o objeto certo. (Read and choose the correct object.)</w:t>
      </w:r>
    </w:p>
    <w:p>
      <w:pPr>
        <w:keepNext/>
        <w:spacing w:before="120"/>
      </w:pPr>
      <w:r>
        <w:t>1. ✏️  You write with it.</w:t>
      </w:r>
    </w:p>
    <w:p>
      <w:pPr>
        <w:spacing w:after="0"/>
        <w:ind w:left="454"/>
      </w:pPr>
      <w:r>
        <w:t>(   ) a) a pencil</w:t>
      </w:r>
    </w:p>
    <w:p>
      <w:pPr>
        <w:spacing w:after="0"/>
        <w:ind w:left="454"/>
      </w:pPr>
      <w:r>
        <w:t>(   ) b) a chair</w:t>
      </w:r>
    </w:p>
    <w:p>
      <w:pPr>
        <w:spacing w:after="0"/>
        <w:ind w:left="454"/>
      </w:pPr>
      <w:r>
        <w:t>(   ) c) a book</w:t>
      </w:r>
    </w:p>
    <w:p>
      <w:pPr>
        <w:keepNext/>
        <w:spacing w:before="120"/>
      </w:pPr>
      <w:r>
        <w:t>2. 🪑  You sit on it.</w:t>
      </w:r>
    </w:p>
    <w:p>
      <w:pPr>
        <w:spacing w:after="0"/>
        <w:ind w:left="454"/>
      </w:pPr>
      <w:r>
        <w:t>(   ) a) a book</w:t>
      </w:r>
    </w:p>
    <w:p>
      <w:pPr>
        <w:spacing w:after="0"/>
        <w:ind w:left="454"/>
      </w:pPr>
      <w:r>
        <w:t>(   ) b) a backpack</w:t>
      </w:r>
    </w:p>
    <w:p>
      <w:pPr>
        <w:spacing w:after="0"/>
        <w:ind w:left="454"/>
      </w:pPr>
      <w:r>
        <w:t>(   ) c) a chair</w:t>
      </w:r>
    </w:p>
    <w:p>
      <w:pPr>
        <w:keepNext/>
        <w:spacing w:before="120"/>
      </w:pPr>
      <w:r>
        <w:t>3. 📖  You read it.</w:t>
      </w:r>
    </w:p>
    <w:p>
      <w:pPr>
        <w:spacing w:after="0"/>
        <w:ind w:left="454"/>
      </w:pPr>
      <w:r>
        <w:t>(   ) a) a backpack</w:t>
      </w:r>
    </w:p>
    <w:p>
      <w:pPr>
        <w:spacing w:after="0"/>
        <w:ind w:left="454"/>
      </w:pPr>
      <w:r>
        <w:t>(   ) b) a book</w:t>
      </w:r>
    </w:p>
    <w:p>
      <w:pPr>
        <w:spacing w:after="0"/>
        <w:ind w:left="454"/>
      </w:pPr>
      <w:r>
        <w:t>(   ) c) a pencil</w:t>
      </w:r>
    </w:p>
    <w:p>
      <w:pPr>
        <w:keepNext/>
        <w:spacing w:before="120"/>
      </w:pPr>
      <w:r>
        <w:t>4. 🎒  You carry your school things in it.</w:t>
      </w:r>
    </w:p>
    <w:p>
      <w:pPr>
        <w:spacing w:after="0"/>
        <w:ind w:left="454"/>
      </w:pPr>
      <w:r>
        <w:t>(   ) a) a backpack</w:t>
      </w:r>
    </w:p>
    <w:p>
      <w:pPr>
        <w:spacing w:after="0"/>
        <w:ind w:left="454"/>
      </w:pPr>
      <w:r>
        <w:t>(   ) b) a chair</w:t>
      </w:r>
    </w:p>
    <w:p>
      <w:pPr>
        <w:spacing w:after="0"/>
        <w:ind w:left="454"/>
      </w:pPr>
      <w:r>
        <w:t>(   ) c) a pencil</w:t>
      </w:r>
    </w:p>
    <w:p>
      <w:pPr>
        <w:pStyle w:val="Heading2"/>
      </w:pPr>
      <w:r>
        <w:t>2. Complete the sentence</w:t>
      </w:r>
    </w:p>
    <w:p>
      <w:r>
        <w:rPr>
          <w:i/>
        </w:rPr>
        <w:t>Escolha a palavra que completa a frase. (Complete with the correct classroom object.)</w:t>
      </w:r>
    </w:p>
    <w:p>
      <w:r>
        <w:rPr>
          <w:b/>
        </w:rPr>
        <w:t>Word bank:  pencil  |  book  |  chair  |  backpack</w:t>
      </w:r>
    </w:p>
    <w:p>
      <w:pPr>
        <w:keepNext/>
        <w:spacing w:before="120"/>
      </w:pPr>
      <w:r>
        <w:t>1. 🎒  I put my books in my ______________.</w:t>
      </w:r>
    </w:p>
    <w:p>
      <w:pPr>
        <w:keepNext/>
        <w:spacing w:before="120"/>
      </w:pPr>
      <w:r>
        <w:t>2. 🪑  I sit on a ______________ in the classroom.</w:t>
      </w:r>
    </w:p>
    <w:p>
      <w:pPr>
        <w:keepNext/>
        <w:spacing w:before="120"/>
      </w:pPr>
      <w:r>
        <w:t>3. ✏️  I write with a ______________.</w:t>
      </w:r>
    </w:p>
    <w:p>
      <w:pPr>
        <w:keepNext/>
        <w:spacing w:before="120"/>
      </w:pPr>
      <w:r>
        <w:t>4. 📖  I read a ______________ in class.</w:t>
      </w:r>
    </w:p>
    <w:p>
      <w:pPr>
        <w:pStyle w:val="Heading2"/>
      </w:pPr>
      <w:r>
        <w:t>3. Choose the correct word</w:t>
      </w:r>
    </w:p>
    <w:p>
      <w:r>
        <w:rPr>
          <w:i/>
        </w:rPr>
        <w:t>Escolha a palavra certa. (Choose the correct word.)</w:t>
      </w:r>
    </w:p>
    <w:p>
      <w:pPr>
        <w:keepNext/>
        <w:spacing w:before="120"/>
      </w:pPr>
      <w:r>
        <w:t>1. ✏️  I write with a ___.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pencil</w:t>
      </w:r>
    </w:p>
    <w:p>
      <w:pPr>
        <w:keepNext/>
        <w:spacing w:before="120"/>
      </w:pPr>
      <w:r>
        <w:t>2. 🪑  I sit on a ___.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book</w:t>
      </w:r>
    </w:p>
    <w:p>
      <w:pPr>
        <w:keepNext/>
        <w:spacing w:before="120"/>
      </w:pPr>
      <w:r>
        <w:t>3. 🎒  I carry my things in my ___.</w:t>
      </w:r>
    </w:p>
    <w:p>
      <w:pPr>
        <w:spacing w:after="0"/>
        <w:ind w:left="454"/>
      </w:pPr>
      <w:r>
        <w:t>(   ) a) pencil</w:t>
      </w:r>
    </w:p>
    <w:p>
      <w:pPr>
        <w:spacing w:after="0"/>
        <w:ind w:left="454"/>
      </w:pPr>
      <w:r>
        <w:t>(   ) b) backpack</w:t>
      </w:r>
    </w:p>
    <w:p>
      <w:pPr>
        <w:pStyle w:val="Heading2"/>
      </w:pPr>
      <w:r>
        <w:t>4. More school objects</w:t>
      </w:r>
    </w:p>
    <w:p>
      <w:r>
        <w:rPr>
          <w:i/>
        </w:rPr>
        <w:t>Olhe a figura e escolha o nome do objeto. (Look and choose.)</w:t>
      </w:r>
    </w:p>
    <w:p>
      <w:pPr>
        <w:keepNext/>
        <w:spacing w:before="120"/>
      </w:pPr>
      <w:r>
        <w:t>1. 📏  It's a ___.</w:t>
      </w:r>
    </w:p>
    <w:p>
      <w:pPr>
        <w:spacing w:after="0"/>
        <w:ind w:left="454"/>
      </w:pPr>
      <w:r>
        <w:t>(   ) a) ruler</w:t>
      </w:r>
    </w:p>
    <w:p>
      <w:pPr>
        <w:spacing w:after="0"/>
        <w:ind w:left="454"/>
      </w:pPr>
      <w:r>
        <w:t>(   ) b) eraser</w:t>
      </w:r>
    </w:p>
    <w:p>
      <w:pPr>
        <w:spacing w:after="0"/>
        <w:ind w:left="454"/>
      </w:pPr>
      <w:r>
        <w:t>(   ) c) notebook</w:t>
      </w:r>
    </w:p>
    <w:p>
      <w:pPr>
        <w:keepNext/>
        <w:spacing w:before="120"/>
      </w:pPr>
      <w:r>
        <w:t>2. ✂️  They are ___.</w:t>
      </w:r>
    </w:p>
    <w:p>
      <w:pPr>
        <w:spacing w:after="0"/>
        <w:ind w:left="454"/>
      </w:pPr>
      <w:r>
        <w:t>(   ) a) rulers</w:t>
      </w:r>
    </w:p>
    <w:p>
      <w:pPr>
        <w:spacing w:after="0"/>
        <w:ind w:left="454"/>
      </w:pPr>
      <w:r>
        <w:t>(   ) b) scissors</w:t>
      </w:r>
    </w:p>
    <w:p>
      <w:pPr>
        <w:spacing w:after="0"/>
        <w:ind w:left="454"/>
      </w:pPr>
      <w:r>
        <w:t>(   ) c) pencils</w:t>
      </w:r>
    </w:p>
    <w:p>
      <w:pPr>
        <w:keepNext/>
        <w:spacing w:before="120"/>
      </w:pPr>
      <w:r>
        <w:t>3. 📓  It's a ___.</w:t>
      </w:r>
    </w:p>
    <w:p>
      <w:pPr>
        <w:spacing w:after="0"/>
        <w:ind w:left="454"/>
      </w:pPr>
      <w:r>
        <w:t>(   ) a) chair</w:t>
      </w:r>
    </w:p>
    <w:p>
      <w:pPr>
        <w:spacing w:after="0"/>
        <w:ind w:left="454"/>
      </w:pPr>
      <w:r>
        <w:t>(   ) b) pencil</w:t>
      </w:r>
    </w:p>
    <w:p>
      <w:pPr>
        <w:spacing w:after="0"/>
        <w:ind w:left="454"/>
      </w:pPr>
      <w:r>
        <w:t>(   ) c) notebook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is it?</w:t>
      </w:r>
    </w:p>
    <w:p>
      <w:pPr>
        <w:spacing w:after="0"/>
      </w:pPr>
      <w:r>
        <w:t>1) a) a pencil</w:t>
      </w:r>
    </w:p>
    <w:p>
      <w:pPr>
        <w:spacing w:after="0"/>
      </w:pPr>
      <w:r>
        <w:t>2) c) a chair</w:t>
      </w:r>
    </w:p>
    <w:p>
      <w:pPr>
        <w:spacing w:after="0"/>
      </w:pPr>
      <w:r>
        <w:t>3) b) a book</w:t>
      </w:r>
    </w:p>
    <w:p>
      <w:pPr>
        <w:spacing w:after="0"/>
      </w:pPr>
      <w:r>
        <w:t>4) a) a backpack</w:t>
      </w:r>
    </w:p>
    <w:p>
      <w:r>
        <w:rPr>
          <w:b/>
        </w:rPr>
        <w:t>2. Complete the sentence</w:t>
      </w:r>
    </w:p>
    <w:p>
      <w:pPr>
        <w:spacing w:after="0"/>
      </w:pPr>
      <w:r>
        <w:t>1) backpack</w:t>
      </w:r>
    </w:p>
    <w:p>
      <w:pPr>
        <w:spacing w:after="0"/>
      </w:pPr>
      <w:r>
        <w:t>2) chair</w:t>
      </w:r>
    </w:p>
    <w:p>
      <w:pPr>
        <w:spacing w:after="0"/>
      </w:pPr>
      <w:r>
        <w:t>3) pencil</w:t>
      </w:r>
    </w:p>
    <w:p>
      <w:pPr>
        <w:spacing w:after="0"/>
      </w:pPr>
      <w:r>
        <w:t>4) book</w:t>
      </w:r>
    </w:p>
    <w:p>
      <w:r>
        <w:rPr>
          <w:b/>
        </w:rPr>
        <w:t>3. Choose the correct word</w:t>
      </w:r>
    </w:p>
    <w:p>
      <w:pPr>
        <w:spacing w:after="0"/>
      </w:pPr>
      <w:r>
        <w:t>1) b) pencil</w:t>
      </w:r>
    </w:p>
    <w:p>
      <w:pPr>
        <w:spacing w:after="0"/>
      </w:pPr>
      <w:r>
        <w:t>2) a) chair</w:t>
      </w:r>
    </w:p>
    <w:p>
      <w:pPr>
        <w:spacing w:after="0"/>
      </w:pPr>
      <w:r>
        <w:t>3) b) backpack</w:t>
      </w:r>
    </w:p>
    <w:p>
      <w:r>
        <w:rPr>
          <w:b/>
        </w:rPr>
        <w:t>4. More school objects</w:t>
      </w:r>
    </w:p>
    <w:p>
      <w:pPr>
        <w:spacing w:after="0"/>
      </w:pPr>
      <w:r>
        <w:t>1) a) ruler</w:t>
      </w:r>
    </w:p>
    <w:p>
      <w:pPr>
        <w:spacing w:after="0"/>
      </w:pPr>
      <w:r>
        <w:t>2) b) scissors</w:t>
      </w:r>
    </w:p>
    <w:p>
      <w:pPr>
        <w:spacing w:after="0"/>
      </w:pPr>
      <w:r>
        <w:t>3) c) notebook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