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Classroom commands: open, sit, raise!</w:t>
      </w:r>
    </w:p>
    <w:p>
      <w:r>
        <w:rPr>
          <w:color w:val="6B6B6B"/>
          <w:sz w:val="18"/>
        </w:rPr>
        <w:t>1º ano e 2º ano · Imperative</w:t>
      </w:r>
    </w:p>
    <w:p>
      <w:pPr>
        <w:pStyle w:val="Heading2"/>
      </w:pPr>
      <w:r>
        <w:t>1. Fill in the blank</w:t>
      </w:r>
    </w:p>
    <w:p>
      <w:r>
        <w:rPr>
          <w:i/>
        </w:rPr>
        <w:t>Escolha a palavra que completa o comando. (Choose the correct word.)</w:t>
      </w:r>
    </w:p>
    <w:p>
      <w:pPr>
        <w:keepNext/>
        <w:spacing w:before="120"/>
      </w:pPr>
      <w:r>
        <w:t>1. 📖  ___ your book, please.</w:t>
      </w:r>
    </w:p>
    <w:p>
      <w:pPr>
        <w:spacing w:after="0"/>
        <w:ind w:left="454"/>
      </w:pPr>
      <w:r>
        <w:t>(   ) a) Sit</w:t>
      </w:r>
    </w:p>
    <w:p>
      <w:pPr>
        <w:spacing w:after="0"/>
        <w:ind w:left="454"/>
      </w:pPr>
      <w:r>
        <w:t>(   ) b) Open</w:t>
      </w:r>
    </w:p>
    <w:p>
      <w:pPr>
        <w:spacing w:after="0"/>
        <w:ind w:left="454"/>
      </w:pPr>
      <w:r>
        <w:t>(   ) c) Write</w:t>
      </w:r>
    </w:p>
    <w:p>
      <w:pPr>
        <w:keepNext/>
        <w:spacing w:before="120"/>
      </w:pPr>
      <w:r>
        <w:t>2. 🪑  ___ down, class!</w:t>
      </w:r>
    </w:p>
    <w:p>
      <w:pPr>
        <w:spacing w:after="0"/>
        <w:ind w:left="454"/>
      </w:pPr>
      <w:r>
        <w:t>(   ) a) Sit</w:t>
      </w:r>
    </w:p>
    <w:p>
      <w:pPr>
        <w:spacing w:after="0"/>
        <w:ind w:left="454"/>
      </w:pPr>
      <w:r>
        <w:t>(   ) b) Walk</w:t>
      </w:r>
    </w:p>
    <w:p>
      <w:pPr>
        <w:spacing w:after="0"/>
        <w:ind w:left="454"/>
      </w:pPr>
      <w:r>
        <w:t>(   ) c) Jump</w:t>
      </w:r>
    </w:p>
    <w:p>
      <w:pPr>
        <w:keepNext/>
        <w:spacing w:before="120"/>
      </w:pPr>
      <w:r>
        <w:t>3. ✋  ___ your hand if you know the answer.</w:t>
      </w:r>
    </w:p>
    <w:p>
      <w:pPr>
        <w:spacing w:after="0"/>
        <w:ind w:left="454"/>
      </w:pPr>
      <w:r>
        <w:t>(   ) a) Touch</w:t>
      </w:r>
    </w:p>
    <w:p>
      <w:pPr>
        <w:spacing w:after="0"/>
        <w:ind w:left="454"/>
      </w:pPr>
      <w:r>
        <w:t>(   ) b) Close</w:t>
      </w:r>
    </w:p>
    <w:p>
      <w:pPr>
        <w:spacing w:after="0"/>
        <w:ind w:left="454"/>
      </w:pPr>
      <w:r>
        <w:t>(   ) c) Raise</w:t>
      </w:r>
    </w:p>
    <w:p>
      <w:pPr>
        <w:pStyle w:val="Heading2"/>
      </w:pPr>
      <w:r>
        <w:t>2. What does it mean?</w:t>
      </w:r>
    </w:p>
    <w:p>
      <w:r>
        <w:rPr>
          <w:i/>
        </w:rPr>
        <w:t>O que o comando quer dizer? Escolha em português. (What does it mean?)</w:t>
      </w:r>
    </w:p>
    <w:p>
      <w:pPr>
        <w:keepNext/>
        <w:spacing w:before="120"/>
      </w:pPr>
      <w:r>
        <w:t>1. 🧍  Stand up!</w:t>
      </w:r>
    </w:p>
    <w:p>
      <w:pPr>
        <w:spacing w:after="0"/>
        <w:ind w:left="454"/>
      </w:pPr>
      <w:r>
        <w:t>(   ) a) Levante-se!</w:t>
      </w:r>
    </w:p>
    <w:p>
      <w:pPr>
        <w:spacing w:after="0"/>
        <w:ind w:left="454"/>
      </w:pPr>
      <w:r>
        <w:t>(   ) b) Sente-se!</w:t>
      </w:r>
    </w:p>
    <w:p>
      <w:pPr>
        <w:spacing w:after="0"/>
        <w:ind w:left="454"/>
      </w:pPr>
      <w:r>
        <w:t>(   ) c) Fique quieto!</w:t>
      </w:r>
    </w:p>
    <w:p>
      <w:pPr>
        <w:keepNext/>
        <w:spacing w:before="120"/>
      </w:pPr>
      <w:r>
        <w:t>2. 🤫  Be quiet!</w:t>
      </w:r>
    </w:p>
    <w:p>
      <w:pPr>
        <w:spacing w:after="0"/>
        <w:ind w:left="454"/>
      </w:pPr>
      <w:r>
        <w:t>(   ) a) Abra o livro!</w:t>
      </w:r>
    </w:p>
    <w:p>
      <w:pPr>
        <w:spacing w:after="0"/>
        <w:ind w:left="454"/>
      </w:pPr>
      <w:r>
        <w:t>(   ) b) Fique em silêncio!</w:t>
      </w:r>
    </w:p>
    <w:p>
      <w:pPr>
        <w:spacing w:after="0"/>
        <w:ind w:left="454"/>
      </w:pPr>
      <w:r>
        <w:t>(   ) c) Levante a mão!</w:t>
      </w:r>
    </w:p>
    <w:p>
      <w:pPr>
        <w:keepNext/>
        <w:spacing w:before="120"/>
      </w:pPr>
      <w:r>
        <w:t>3. 📕  Close your book.</w:t>
      </w:r>
    </w:p>
    <w:p>
      <w:pPr>
        <w:spacing w:after="0"/>
        <w:ind w:left="454"/>
      </w:pPr>
      <w:r>
        <w:t>(   ) a) Abra o livro.</w:t>
      </w:r>
    </w:p>
    <w:p>
      <w:pPr>
        <w:spacing w:after="0"/>
        <w:ind w:left="454"/>
      </w:pPr>
      <w:r>
        <w:t>(   ) b) Leia o livro.</w:t>
      </w:r>
    </w:p>
    <w:p>
      <w:pPr>
        <w:spacing w:after="0"/>
        <w:ind w:left="454"/>
      </w:pPr>
      <w:r>
        <w:t>(   ) c) Feche o livro.</w:t>
      </w:r>
    </w:p>
    <w:p>
      <w:pPr>
        <w:keepNext/>
        <w:spacing w:before="120"/>
      </w:pPr>
      <w:r>
        <w:t>4. 👂  Listen, please.</w:t>
      </w:r>
    </w:p>
    <w:p>
      <w:pPr>
        <w:spacing w:after="0"/>
        <w:ind w:left="454"/>
      </w:pPr>
      <w:r>
        <w:t>(   ) a) Escute, por favor.</w:t>
      </w:r>
    </w:p>
    <w:p>
      <w:pPr>
        <w:spacing w:after="0"/>
        <w:ind w:left="454"/>
      </w:pPr>
      <w:r>
        <w:t>(   ) b) Escreva, por favor.</w:t>
      </w:r>
    </w:p>
    <w:p>
      <w:pPr>
        <w:spacing w:after="0"/>
        <w:ind w:left="454"/>
      </w:pPr>
      <w:r>
        <w:t>(   ) c) Desenhe, por favor.</w:t>
      </w:r>
    </w:p>
    <w:p>
      <w:pPr>
        <w:keepNext/>
        <w:spacing w:before="120"/>
      </w:pPr>
      <w:r>
        <w:t>5. 👀  Look at the board.</w:t>
      </w:r>
    </w:p>
    <w:p>
      <w:pPr>
        <w:spacing w:after="0"/>
        <w:ind w:left="454"/>
      </w:pPr>
      <w:r>
        <w:t>(   ) a) Apague a lousa.</w:t>
      </w:r>
    </w:p>
    <w:p>
      <w:pPr>
        <w:spacing w:after="0"/>
        <w:ind w:left="454"/>
      </w:pPr>
      <w:r>
        <w:t>(   ) b) Olhe para a lousa.</w:t>
      </w:r>
    </w:p>
    <w:p>
      <w:pPr>
        <w:spacing w:after="0"/>
        <w:ind w:left="454"/>
      </w:pPr>
      <w:r>
        <w:t>(   ) c) Vá até a lousa.</w:t>
      </w:r>
    </w:p>
    <w:p>
      <w:pPr>
        <w:pStyle w:val="Heading2"/>
      </w:pPr>
      <w:r>
        <w:t>3. Simon says</w:t>
      </w:r>
    </w:p>
    <w:p>
      <w:r>
        <w:rPr>
          <w:i/>
        </w:rPr>
        <w:t>Complete o comando com a palavra certa. (Complete the command.)</w:t>
      </w:r>
    </w:p>
    <w:p>
      <w:r>
        <w:rPr>
          <w:b/>
        </w:rPr>
        <w:t>Word bank:  Stand  |  Raise  |  Be  |  Close</w:t>
      </w:r>
    </w:p>
    <w:p>
      <w:pPr>
        <w:keepNext/>
        <w:spacing w:before="120"/>
      </w:pPr>
      <w:r>
        <w:t>1. 🧍  ______________ up, please.</w:t>
      </w:r>
    </w:p>
    <w:p>
      <w:pPr>
        <w:keepNext/>
        <w:spacing w:before="120"/>
      </w:pPr>
      <w:r>
        <w:t>2. ✋  ______________ your hand.</w:t>
      </w:r>
    </w:p>
    <w:p>
      <w:pPr>
        <w:keepNext/>
        <w:spacing w:before="120"/>
      </w:pPr>
      <w:r>
        <w:t>3. 🤫  ______________ quiet, please.</w:t>
      </w:r>
    </w:p>
    <w:p>
      <w:pPr>
        <w:keepNext/>
        <w:spacing w:before="120"/>
      </w:pPr>
      <w:r>
        <w:t>4. 📕  ______________ your book.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Fill in the blank</w:t>
      </w:r>
    </w:p>
    <w:p>
      <w:pPr>
        <w:spacing w:after="0"/>
      </w:pPr>
      <w:r>
        <w:t>1) b) Open</w:t>
      </w:r>
    </w:p>
    <w:p>
      <w:pPr>
        <w:spacing w:after="0"/>
      </w:pPr>
      <w:r>
        <w:t>2) a) Sit</w:t>
      </w:r>
    </w:p>
    <w:p>
      <w:pPr>
        <w:spacing w:after="0"/>
      </w:pPr>
      <w:r>
        <w:t>3) c) Raise</w:t>
      </w:r>
    </w:p>
    <w:p>
      <w:r>
        <w:rPr>
          <w:b/>
        </w:rPr>
        <w:t>2. What does it mean?</w:t>
      </w:r>
    </w:p>
    <w:p>
      <w:pPr>
        <w:spacing w:after="0"/>
      </w:pPr>
      <w:r>
        <w:t>1) a) Levante-se!</w:t>
      </w:r>
    </w:p>
    <w:p>
      <w:pPr>
        <w:spacing w:after="0"/>
      </w:pPr>
      <w:r>
        <w:t>2) b) Fique em silêncio!</w:t>
      </w:r>
    </w:p>
    <w:p>
      <w:pPr>
        <w:spacing w:after="0"/>
      </w:pPr>
      <w:r>
        <w:t>3) c) Feche o livro.</w:t>
      </w:r>
    </w:p>
    <w:p>
      <w:pPr>
        <w:spacing w:after="0"/>
      </w:pPr>
      <w:r>
        <w:t>4) a) Escute, por favor.</w:t>
      </w:r>
    </w:p>
    <w:p>
      <w:pPr>
        <w:spacing w:after="0"/>
      </w:pPr>
      <w:r>
        <w:t>5) b) Olhe para a lousa.</w:t>
      </w:r>
    </w:p>
    <w:p>
      <w:r>
        <w:rPr>
          <w:b/>
        </w:rPr>
        <w:t>3. Simon says</w:t>
      </w:r>
    </w:p>
    <w:p>
      <w:pPr>
        <w:spacing w:after="0"/>
      </w:pPr>
      <w:r>
        <w:t>1) Stand</w:t>
      </w:r>
    </w:p>
    <w:p>
      <w:pPr>
        <w:spacing w:after="0"/>
      </w:pPr>
      <w:r>
        <w:t>2) Raise</w:t>
      </w:r>
    </w:p>
    <w:p>
      <w:pPr>
        <w:spacing w:after="0"/>
      </w:pPr>
      <w:r>
        <w:t>3) Be</w:t>
      </w:r>
    </w:p>
    <w:p>
      <w:pPr>
        <w:spacing w:after="0"/>
      </w:pPr>
      <w:r>
        <w:t>4) Close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2025-06-16T00:00:00Z</dcterms:created>
  <dcterms:modified xsi:type="dcterms:W3CDTF">2025-06-16T00:00:00Z</dcterms:modified>
  <cp:category/>
</cp:coreProperties>
</file>