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Choosing a city: comparatives e superlatives</w:t>
      </w:r>
    </w:p>
    <w:p>
      <w:r>
        <w:rPr>
          <w:color w:val="6B6B6B"/>
          <w:sz w:val="18"/>
        </w:rPr>
        <w:t>1ª série · Comparatives and superlatives · BNCC: EM13LGG302, EM13LGG403</w:t>
      </w:r>
    </w:p>
    <w:p>
      <w:pPr>
        <w:pStyle w:val="Heading2"/>
      </w:pPr>
      <w:r>
        <w:t>1. Reading</w:t>
      </w:r>
    </w:p>
    <w:p>
      <w:r>
        <w:rPr>
          <w:i/>
        </w:rPr>
        <w:t>Read the text and choose the correct answer.</w:t>
      </w:r>
    </w:p>
    <w:p>
      <w:r>
        <w:rPr>
          <w:b/>
        </w:rPr>
        <w:t>Choosing a City to Live In</w:t>
      </w:r>
    </w:p>
    <w:p>
      <w:pPr>
        <w:ind w:left="340"/>
      </w:pPr>
      <w:r>
        <w:t>When people decide where to live, they often compare different cities. Some cities are more affordable than others, while some offer better job opportunities. For many young people, the safest and most affordable cities are not always the most exciting ones. Finding the right balance between cost, safety, and lifestyle can be one of the most important decisions in a person's life.</w:t>
      </w:r>
    </w:p>
    <w:p>
      <w:pPr>
        <w:keepNext/>
        <w:spacing w:before="120"/>
      </w:pPr>
      <w:r>
        <w:t>1. According to the text, what do people often do when they choose a city?</w:t>
      </w:r>
    </w:p>
    <w:p>
      <w:pPr>
        <w:spacing w:after="0"/>
        <w:ind w:left="454"/>
      </w:pPr>
      <w:r>
        <w:t>(   ) a) They ask their parents.</w:t>
      </w:r>
    </w:p>
    <w:p>
      <w:pPr>
        <w:spacing w:after="0"/>
        <w:ind w:left="454"/>
      </w:pPr>
      <w:r>
        <w:t>(   ) b) They compare different cities.</w:t>
      </w:r>
    </w:p>
    <w:p>
      <w:pPr>
        <w:spacing w:after="0"/>
        <w:ind w:left="454"/>
      </w:pPr>
      <w:r>
        <w:t>(   ) c) They choose the biggest city.</w:t>
      </w:r>
    </w:p>
    <w:p>
      <w:pPr>
        <w:keepNext/>
        <w:spacing w:before="120"/>
      </w:pPr>
      <w:r>
        <w:t>2. Which two factors are mentioned in the second sentence?</w:t>
      </w:r>
    </w:p>
    <w:p>
      <w:pPr>
        <w:spacing w:after="0"/>
        <w:ind w:left="454"/>
      </w:pPr>
      <w:r>
        <w:t>(   ) a) Cost and job opportunities</w:t>
      </w:r>
    </w:p>
    <w:p>
      <w:pPr>
        <w:spacing w:after="0"/>
        <w:ind w:left="454"/>
      </w:pPr>
      <w:r>
        <w:t>(   ) b) Weather and food</w:t>
      </w:r>
    </w:p>
    <w:p>
      <w:pPr>
        <w:spacing w:after="0"/>
        <w:ind w:left="454"/>
      </w:pPr>
      <w:r>
        <w:t>(   ) c) Schools and hospitals</w:t>
      </w:r>
    </w:p>
    <w:p>
      <w:pPr>
        <w:keepNext/>
        <w:spacing w:before="120"/>
      </w:pPr>
      <w:r>
        <w:t>3. According to the text, the safest and most affordable cities are not always...</w:t>
      </w:r>
    </w:p>
    <w:p>
      <w:pPr>
        <w:spacing w:after="0"/>
        <w:ind w:left="454"/>
      </w:pPr>
      <w:r>
        <w:t>(   ) a) the cheapest ones.</w:t>
      </w:r>
    </w:p>
    <w:p>
      <w:pPr>
        <w:spacing w:after="0"/>
        <w:ind w:left="454"/>
      </w:pPr>
      <w:r>
        <w:t>(   ) b) the biggest ones.</w:t>
      </w:r>
    </w:p>
    <w:p>
      <w:pPr>
        <w:spacing w:after="0"/>
        <w:ind w:left="454"/>
      </w:pPr>
      <w:r>
        <w:t>(   ) c) the most exciting ones.</w:t>
      </w:r>
    </w:p>
    <w:p>
      <w:pPr>
        <w:keepNext/>
        <w:spacing w:before="120"/>
      </w:pPr>
      <w:r>
        <w:t>4. What is the main idea of the text?</w:t>
      </w:r>
    </w:p>
    <w:p>
      <w:pPr>
        <w:spacing w:after="0"/>
        <w:ind w:left="454"/>
      </w:pPr>
      <w:r>
        <w:t>(   ) a) Big cities are always better.</w:t>
      </w:r>
    </w:p>
    <w:p>
      <w:pPr>
        <w:spacing w:after="0"/>
        <w:ind w:left="454"/>
      </w:pPr>
      <w:r>
        <w:t>(   ) b) Choosing where to live means balancing cost, safety, and lifestyle.</w:t>
      </w:r>
    </w:p>
    <w:p>
      <w:pPr>
        <w:spacing w:after="0"/>
        <w:ind w:left="454"/>
      </w:pPr>
      <w:r>
        <w:t>(   ) c) Young people should never move.</w:t>
      </w:r>
    </w:p>
    <w:p>
      <w:pPr>
        <w:pStyle w:val="Heading2"/>
      </w:pPr>
      <w:r>
        <w:t>2. Comparatives and superlatives</w:t>
      </w:r>
    </w:p>
    <w:p>
      <w:r>
        <w:rPr>
          <w:i/>
        </w:rPr>
        <w:t>Complete with the comparative or superlative form of the adjectives in parentheses.</w:t>
      </w:r>
    </w:p>
    <w:p>
      <w:pPr>
        <w:keepNext/>
        <w:spacing w:before="120"/>
      </w:pPr>
      <w:r>
        <w:t>1. New York is ______________ (big) than Boston.</w:t>
      </w:r>
    </w:p>
    <w:p>
      <w:pPr>
        <w:keepNext/>
        <w:spacing w:before="120"/>
      </w:pPr>
      <w:r>
        <w:t>2. This is the ______________ (safe) neighborhood in the city.</w:t>
      </w:r>
    </w:p>
    <w:p>
      <w:pPr>
        <w:keepNext/>
        <w:spacing w:before="120"/>
      </w:pPr>
      <w:r>
        <w:t>3. Life in the countryside is ______________ (quiet) than life downtown.</w:t>
      </w:r>
    </w:p>
    <w:p>
      <w:pPr>
        <w:keepNext/>
        <w:spacing w:before="120"/>
      </w:pPr>
      <w:r>
        <w:t>4. He thinks this is the ______________ (interesting) city he has ever visited.</w:t>
      </w:r>
    </w:p>
    <w:p>
      <w:pPr>
        <w:keepNext/>
        <w:spacing w:before="120"/>
      </w:pPr>
      <w:r>
        <w:t>5. Rent here is ______________ (expensive) than in my hometown.</w:t>
      </w:r>
    </w:p>
    <w:p>
      <w:pPr>
        <w:keepNext/>
        <w:spacing w:before="120"/>
      </w:pPr>
      <w:r>
        <w:t>6. The weather in Curitiba is ______________ (good) in winter than people think.</w:t>
      </w:r>
    </w:p>
    <w:p>
      <w:pPr>
        <w:keepNext/>
        <w:spacing w:before="120"/>
      </w:pPr>
      <w:r>
        <w:t>7. Traffic is the ______________ (bad) problem in big cities.</w:t>
      </w:r>
    </w:p>
    <w:p>
      <w:pPr>
        <w:pStyle w:val="Heading2"/>
      </w:pPr>
      <w:r>
        <w:t>3. Vocabulary in context</w:t>
      </w:r>
    </w:p>
    <w:p>
      <w:r>
        <w:rPr>
          <w:i/>
        </w:rPr>
        <w:t>Choose the correct option.</w:t>
      </w:r>
    </w:p>
    <w:p>
      <w:pPr>
        <w:keepNext/>
        <w:spacing w:before="120"/>
      </w:pPr>
      <w:r>
        <w:t>1. A synonym for "affordable" is:</w:t>
      </w:r>
    </w:p>
    <w:p>
      <w:pPr>
        <w:spacing w:after="0"/>
        <w:ind w:left="454"/>
      </w:pPr>
      <w:r>
        <w:t>(   ) a) expensive</w:t>
      </w:r>
    </w:p>
    <w:p>
      <w:pPr>
        <w:spacing w:after="0"/>
        <w:ind w:left="454"/>
      </w:pPr>
      <w:r>
        <w:t>(   ) b) inexpensive</w:t>
      </w:r>
    </w:p>
    <w:p>
      <w:pPr>
        <w:spacing w:after="0"/>
        <w:ind w:left="454"/>
      </w:pPr>
      <w:r>
        <w:t>(   ) c) dangerous</w:t>
      </w:r>
    </w:p>
    <w:p>
      <w:pPr>
        <w:keepNext/>
        <w:spacing w:before="120"/>
      </w:pPr>
      <w:r>
        <w:t>2. The opposite of "exciting" is:</w:t>
      </w:r>
    </w:p>
    <w:p>
      <w:pPr>
        <w:spacing w:after="0"/>
        <w:ind w:left="454"/>
      </w:pPr>
      <w:r>
        <w:t>(   ) a) boring</w:t>
      </w:r>
    </w:p>
    <w:p>
      <w:pPr>
        <w:spacing w:after="0"/>
        <w:ind w:left="454"/>
      </w:pPr>
      <w:r>
        <w:t>(   ) b) thrilling</w:t>
      </w:r>
    </w:p>
    <w:p>
      <w:pPr>
        <w:spacing w:after="0"/>
        <w:ind w:left="454"/>
      </w:pPr>
      <w:r>
        <w:t>(   ) c) amazing</w:t>
      </w:r>
    </w:p>
    <w:p>
      <w:pPr>
        <w:keepNext/>
        <w:spacing w:before="120"/>
      </w:pPr>
      <w:r>
        <w:t>3. "Balance" in the text means:</w:t>
      </w:r>
    </w:p>
    <w:p>
      <w:pPr>
        <w:spacing w:after="0"/>
        <w:ind w:left="454"/>
      </w:pPr>
      <w:r>
        <w:t>(   ) a) conflict</w:t>
      </w:r>
    </w:p>
    <w:p>
      <w:pPr>
        <w:spacing w:after="0"/>
        <w:ind w:left="454"/>
      </w:pPr>
      <w:r>
        <w:t>(   ) b) distance</w:t>
      </w:r>
    </w:p>
    <w:p>
      <w:pPr>
        <w:spacing w:after="0"/>
        <w:ind w:left="454"/>
      </w:pPr>
      <w:r>
        <w:t>(   ) c) equilibrium</w:t>
      </w:r>
    </w:p>
    <w:p>
      <w:pPr>
        <w:keepNext/>
        <w:spacing w:before="120"/>
      </w:pPr>
      <w:r>
        <w:t>4. "Lifestyle" refers to:</w:t>
      </w:r>
    </w:p>
    <w:p>
      <w:pPr>
        <w:spacing w:after="0"/>
        <w:ind w:left="454"/>
      </w:pPr>
      <w:r>
        <w:t>(   ) a) a type of clothing</w:t>
      </w:r>
    </w:p>
    <w:p>
      <w:pPr>
        <w:spacing w:after="0"/>
        <w:ind w:left="454"/>
      </w:pPr>
      <w:r>
        <w:t>(   ) b) the way a person lives</w:t>
      </w:r>
    </w:p>
    <w:p>
      <w:pPr>
        <w:spacing w:after="0"/>
        <w:ind w:left="454"/>
      </w:pPr>
      <w:r>
        <w:t>(   ) c) a city map</w:t>
      </w:r>
    </w:p>
    <w:p>
      <w:r>
        <w:br w:type="page"/>
      </w:r>
    </w:p>
    <w:p>
      <w:pPr>
        <w:pStyle w:val="Heading2"/>
      </w:pPr>
      <w:r>
        <w:t>Gabarito (Answer key)</w:t>
      </w:r>
    </w:p>
    <w:p>
      <w:r>
        <w:rPr>
          <w:b/>
        </w:rPr>
        <w:t>1. Reading</w:t>
      </w:r>
    </w:p>
    <w:p>
      <w:pPr>
        <w:spacing w:after="0"/>
      </w:pPr>
      <w:r>
        <w:t>1) b) They compare different cities.</w:t>
      </w:r>
    </w:p>
    <w:p>
      <w:pPr>
        <w:spacing w:after="0"/>
      </w:pPr>
      <w:r>
        <w:t>2) a) Cost and job opportunities</w:t>
      </w:r>
    </w:p>
    <w:p>
      <w:pPr>
        <w:spacing w:after="0"/>
      </w:pPr>
      <w:r>
        <w:t>3) c) the most exciting ones.</w:t>
      </w:r>
    </w:p>
    <w:p>
      <w:pPr>
        <w:spacing w:after="0"/>
      </w:pPr>
      <w:r>
        <w:t>4) b) Choosing where to live means balancing cost, safety, and lifestyle.</w:t>
      </w:r>
    </w:p>
    <w:p>
      <w:r>
        <w:rPr>
          <w:b/>
        </w:rPr>
        <w:t>2. Comparatives and superlatives</w:t>
      </w:r>
    </w:p>
    <w:p>
      <w:pPr>
        <w:spacing w:after="0"/>
      </w:pPr>
      <w:r>
        <w:t>1) bigger</w:t>
      </w:r>
    </w:p>
    <w:p>
      <w:pPr>
        <w:spacing w:after="0"/>
      </w:pPr>
      <w:r>
        <w:t>2) safest</w:t>
      </w:r>
    </w:p>
    <w:p>
      <w:pPr>
        <w:spacing w:after="0"/>
      </w:pPr>
      <w:r>
        <w:t>3) quieter</w:t>
      </w:r>
    </w:p>
    <w:p>
      <w:pPr>
        <w:spacing w:after="0"/>
      </w:pPr>
      <w:r>
        <w:t>4) most interesting</w:t>
      </w:r>
    </w:p>
    <w:p>
      <w:pPr>
        <w:spacing w:after="0"/>
      </w:pPr>
      <w:r>
        <w:t>5) more expensive</w:t>
      </w:r>
    </w:p>
    <w:p>
      <w:pPr>
        <w:spacing w:after="0"/>
      </w:pPr>
      <w:r>
        <w:t>6) better</w:t>
      </w:r>
    </w:p>
    <w:p>
      <w:pPr>
        <w:spacing w:after="0"/>
      </w:pPr>
      <w:r>
        <w:t>7) worst</w:t>
      </w:r>
    </w:p>
    <w:p>
      <w:r>
        <w:rPr>
          <w:b/>
        </w:rPr>
        <w:t>3. Vocabulary in context</w:t>
      </w:r>
    </w:p>
    <w:p>
      <w:pPr>
        <w:spacing w:after="0"/>
      </w:pPr>
      <w:r>
        <w:t>1) b) inexpensive</w:t>
      </w:r>
    </w:p>
    <w:p>
      <w:pPr>
        <w:spacing w:after="0"/>
      </w:pPr>
      <w:r>
        <w:t>2) a) boring</w:t>
      </w:r>
    </w:p>
    <w:p>
      <w:pPr>
        <w:spacing w:after="0"/>
      </w:pPr>
      <w:r>
        <w:t>3) c) equilibrium</w:t>
      </w:r>
    </w:p>
    <w:p>
      <w:pPr>
        <w:spacing w:after="0"/>
      </w:pPr>
      <w:r>
        <w:t>4) b) the way a person lives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2026-08-31T00:00:00Z</dcterms:created>
  <dcterms:modified xsi:type="dcterms:W3CDTF">2026-08-31T00:00:00Z</dcterms:modified>
  <cp:category/>
</cp:coreProperties>
</file>