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Categories e minha rotina</w:t>
      </w:r>
    </w:p>
    <w:p>
      <w:r>
        <w:rPr>
          <w:color w:val="6B6B6B"/>
          <w:sz w:val="18"/>
        </w:rPr>
        <w:t>3º ano e 4º ano · Daily routine (rotina)</w:t>
      </w:r>
    </w:p>
    <w:p>
      <w:pPr>
        <w:pStyle w:val="Heading2"/>
      </w:pPr>
      <w:r>
        <w:t>1. What's the category?</w:t>
      </w:r>
    </w:p>
    <w:p>
      <w:r>
        <w:rPr>
          <w:i/>
        </w:rPr>
        <w:t>Escolha a categoria das palavras. (Choose the category.)</w:t>
      </w:r>
    </w:p>
    <w:p>
      <w:pPr>
        <w:keepNext/>
        <w:spacing w:before="120"/>
      </w:pPr>
      <w:r>
        <w:t>1. 🎨  red, blue, yellow</w:t>
      </w:r>
    </w:p>
    <w:p>
      <w:pPr>
        <w:spacing w:after="0"/>
        <w:ind w:left="454"/>
      </w:pPr>
      <w:r>
        <w:t>(   ) a) Animals</w:t>
      </w:r>
    </w:p>
    <w:p>
      <w:pPr>
        <w:spacing w:after="0"/>
        <w:ind w:left="454"/>
      </w:pPr>
      <w:r>
        <w:t>(   ) b) Colors</w:t>
      </w:r>
    </w:p>
    <w:p>
      <w:pPr>
        <w:spacing w:after="0"/>
        <w:ind w:left="454"/>
      </w:pPr>
      <w:r>
        <w:t>(   ) c) Clothes</w:t>
      </w:r>
    </w:p>
    <w:p>
      <w:pPr>
        <w:keepNext/>
        <w:spacing w:before="120"/>
      </w:pPr>
      <w:r>
        <w:t>2. 👕  shirt, pants, jacket</w:t>
      </w:r>
    </w:p>
    <w:p>
      <w:pPr>
        <w:spacing w:after="0"/>
        <w:ind w:left="454"/>
      </w:pPr>
      <w:r>
        <w:t>(   ) a) Clothes</w:t>
      </w:r>
    </w:p>
    <w:p>
      <w:pPr>
        <w:spacing w:after="0"/>
        <w:ind w:left="454"/>
      </w:pPr>
      <w:r>
        <w:t>(   ) b) Furniture</w:t>
      </w:r>
    </w:p>
    <w:p>
      <w:pPr>
        <w:spacing w:after="0"/>
        <w:ind w:left="454"/>
      </w:pPr>
      <w:r>
        <w:t>(   ) c) Colors</w:t>
      </w:r>
    </w:p>
    <w:p>
      <w:pPr>
        <w:keepNext/>
        <w:spacing w:before="120"/>
      </w:pPr>
      <w:r>
        <w:t>3. 🐶  dog, cat, elephant</w:t>
      </w:r>
    </w:p>
    <w:p>
      <w:pPr>
        <w:spacing w:after="0"/>
        <w:ind w:left="454"/>
      </w:pPr>
      <w:r>
        <w:t>(   ) a) Transportation</w:t>
      </w:r>
    </w:p>
    <w:p>
      <w:pPr>
        <w:spacing w:after="0"/>
        <w:ind w:left="454"/>
      </w:pPr>
      <w:r>
        <w:t>(   ) b) Clothes</w:t>
      </w:r>
    </w:p>
    <w:p>
      <w:pPr>
        <w:spacing w:after="0"/>
        <w:ind w:left="454"/>
      </w:pPr>
      <w:r>
        <w:t>(   ) c) Animals</w:t>
      </w:r>
    </w:p>
    <w:p>
      <w:pPr>
        <w:keepNext/>
        <w:spacing w:before="120"/>
      </w:pPr>
      <w:r>
        <w:t>4. 🛏️  table, chair, bed</w:t>
      </w:r>
    </w:p>
    <w:p>
      <w:pPr>
        <w:spacing w:after="0"/>
        <w:ind w:left="454"/>
      </w:pPr>
      <w:r>
        <w:t>(   ) a) Furniture</w:t>
      </w:r>
    </w:p>
    <w:p>
      <w:pPr>
        <w:spacing w:after="0"/>
        <w:ind w:left="454"/>
      </w:pPr>
      <w:r>
        <w:t>(   ) b) Animals</w:t>
      </w:r>
    </w:p>
    <w:p>
      <w:pPr>
        <w:spacing w:after="0"/>
        <w:ind w:left="454"/>
      </w:pPr>
      <w:r>
        <w:t>(   ) c) Fruits</w:t>
      </w:r>
    </w:p>
    <w:p>
      <w:pPr>
        <w:keepNext/>
        <w:spacing w:before="120"/>
      </w:pPr>
      <w:r>
        <w:t>5. 🚌  car, bus, bicycle</w:t>
      </w:r>
    </w:p>
    <w:p>
      <w:pPr>
        <w:spacing w:after="0"/>
        <w:ind w:left="454"/>
      </w:pPr>
      <w:r>
        <w:t>(   ) a) Colors</w:t>
      </w:r>
    </w:p>
    <w:p>
      <w:pPr>
        <w:spacing w:after="0"/>
        <w:ind w:left="454"/>
      </w:pPr>
      <w:r>
        <w:t>(   ) b) Transportation</w:t>
      </w:r>
    </w:p>
    <w:p>
      <w:pPr>
        <w:spacing w:after="0"/>
        <w:ind w:left="454"/>
      </w:pPr>
      <w:r>
        <w:t>(   ) c) Furniture</w:t>
      </w:r>
    </w:p>
    <w:p>
      <w:pPr>
        <w:keepNext/>
        <w:spacing w:before="120"/>
      </w:pPr>
      <w:r>
        <w:t>6. 🍎  apple, banana, grape</w:t>
      </w:r>
    </w:p>
    <w:p>
      <w:pPr>
        <w:spacing w:after="0"/>
        <w:ind w:left="454"/>
      </w:pPr>
      <w:r>
        <w:t>(   ) a) Clothes</w:t>
      </w:r>
    </w:p>
    <w:p>
      <w:pPr>
        <w:spacing w:after="0"/>
        <w:ind w:left="454"/>
      </w:pPr>
      <w:r>
        <w:t>(   ) b) Animals</w:t>
      </w:r>
    </w:p>
    <w:p>
      <w:pPr>
        <w:spacing w:after="0"/>
        <w:ind w:left="454"/>
      </w:pPr>
      <w:r>
        <w:t>(   ) c) Fruits</w:t>
      </w:r>
    </w:p>
    <w:p>
      <w:pPr>
        <w:pStyle w:val="Heading2"/>
      </w:pPr>
      <w:r>
        <w:t>2. My daily routine</w:t>
      </w:r>
    </w:p>
    <w:p>
      <w:r>
        <w:rPr>
          <w:i/>
        </w:rPr>
        <w:t>Complete com o verbo certo. (Complete with the correct action verb.)</w:t>
      </w:r>
    </w:p>
    <w:p>
      <w:r>
        <w:rPr>
          <w:b/>
        </w:rPr>
        <w:t>Word bank:  wake up  |  brush  |  eat  |  go  |  study</w:t>
      </w:r>
    </w:p>
    <w:p>
      <w:pPr>
        <w:keepNext/>
        <w:spacing w:before="120"/>
      </w:pPr>
      <w:r>
        <w:t>1. ⏰  Every morning, I ______________ at 7 a.m.</w:t>
      </w:r>
    </w:p>
    <w:p>
      <w:pPr>
        <w:keepNext/>
        <w:spacing w:before="120"/>
      </w:pPr>
      <w:r>
        <w:t>2. 🪥  After breakfast, I ______________ my teeth.</w:t>
      </w:r>
    </w:p>
    <w:p>
      <w:pPr>
        <w:keepNext/>
        <w:spacing w:before="120"/>
      </w:pPr>
      <w:r>
        <w:t>3. 🏫  At 8 a.m., I ______________ to school.</w:t>
      </w:r>
    </w:p>
    <w:p>
      <w:pPr>
        <w:keepNext/>
        <w:spacing w:before="120"/>
      </w:pPr>
      <w:r>
        <w:t>4. 🍽️  I ______________ lunch at noon.</w:t>
      </w:r>
    </w:p>
    <w:p>
      <w:pPr>
        <w:keepNext/>
        <w:spacing w:before="120"/>
      </w:pPr>
      <w:r>
        <w:t>5. 📚  In the afternoon, I ______________ my lessons.</w:t>
      </w:r>
    </w:p>
    <w:p>
      <w:pPr>
        <w:pStyle w:val="Heading2"/>
      </w:pPr>
      <w:r>
        <w:t>3. Yes or no?</w:t>
      </w:r>
    </w:p>
    <w:p>
      <w:r>
        <w:rPr>
          <w:i/>
        </w:rPr>
        <w:t>A palavra é da categoria? (Is it in the category?)</w:t>
      </w:r>
    </w:p>
    <w:p>
      <w:pPr>
        <w:keepNext/>
        <w:spacing w:before="120"/>
      </w:pPr>
      <w:r>
        <w:t>1. 🦁  A lion is an animal.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🚲  A bicycle is a color.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🧥  A jacket is a piece of clothing.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What's the category?</w:t>
      </w:r>
    </w:p>
    <w:p>
      <w:pPr>
        <w:spacing w:after="0"/>
      </w:pPr>
      <w:r>
        <w:t>1) b) Colors</w:t>
      </w:r>
    </w:p>
    <w:p>
      <w:pPr>
        <w:spacing w:after="0"/>
      </w:pPr>
      <w:r>
        <w:t>2) a) Clothes</w:t>
      </w:r>
    </w:p>
    <w:p>
      <w:pPr>
        <w:spacing w:after="0"/>
      </w:pPr>
      <w:r>
        <w:t>3) c) Animals</w:t>
      </w:r>
    </w:p>
    <w:p>
      <w:pPr>
        <w:spacing w:after="0"/>
      </w:pPr>
      <w:r>
        <w:t>4) a) Furniture</w:t>
      </w:r>
    </w:p>
    <w:p>
      <w:pPr>
        <w:spacing w:after="0"/>
      </w:pPr>
      <w:r>
        <w:t>5) b) Transportation</w:t>
      </w:r>
    </w:p>
    <w:p>
      <w:pPr>
        <w:spacing w:after="0"/>
      </w:pPr>
      <w:r>
        <w:t>6) c) Fruits</w:t>
      </w:r>
    </w:p>
    <w:p>
      <w:r>
        <w:rPr>
          <w:b/>
        </w:rPr>
        <w:t>2. My daily routine</w:t>
      </w:r>
    </w:p>
    <w:p>
      <w:pPr>
        <w:spacing w:after="0"/>
      </w:pPr>
      <w:r>
        <w:t>1) wake up</w:t>
      </w:r>
    </w:p>
    <w:p>
      <w:pPr>
        <w:spacing w:after="0"/>
      </w:pPr>
      <w:r>
        <w:t>2) brush</w:t>
      </w:r>
    </w:p>
    <w:p>
      <w:pPr>
        <w:spacing w:after="0"/>
      </w:pPr>
      <w:r>
        <w:t>3) go</w:t>
      </w:r>
    </w:p>
    <w:p>
      <w:pPr>
        <w:spacing w:after="0"/>
      </w:pPr>
      <w:r>
        <w:t>4) eat</w:t>
      </w:r>
    </w:p>
    <w:p>
      <w:pPr>
        <w:spacing w:after="0"/>
      </w:pPr>
      <w:r>
        <w:t>5) study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2025-02-26T00:00:00Z</dcterms:created>
  <dcterms:modified xsi:type="dcterms:W3CDTF">2025-02-26T00:00:00Z</dcterms:modified>
  <cp:category/>
</cp:coreProperties>
</file>