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Minha Casa no Chat</w:t>
      </w:r>
    </w:p>
    <w:p>
      <w:r>
        <w:rPr>
          <w:color w:val="6B6B6B"/>
          <w:sz w:val="18"/>
        </w:rPr>
        <w:t>5 anos · House (casa)</w:t>
      </w:r>
    </w:p>
    <w:p>
      <w:pPr>
        <w:pStyle w:val="Heading2"/>
      </w:pPr>
      <w:r>
        <w:t>1. Chat Time: Choose</w:t>
      </w:r>
    </w:p>
    <w:p>
      <w:r>
        <w:rPr>
          <w:i/>
        </w:rPr>
        <w:t>Escute a professora ler a mensagem e escolha a palavra certa. (Listen and choose.)</w:t>
      </w:r>
    </w:p>
    <w:p>
      <w:pPr>
        <w:keepNext/>
        <w:spacing w:before="120"/>
      </w:pPr>
      <w:r>
        <w:t>1. 🛏️  Mia manda uma foto: 'This is my bed.' Qual é a palavra?</w:t>
      </w:r>
    </w:p>
    <w:p>
      <w:pPr>
        <w:spacing w:after="0"/>
        <w:ind w:left="454"/>
      </w:pPr>
      <w:r>
        <w:t>(   ) a) bed</w:t>
      </w:r>
    </w:p>
    <w:p>
      <w:pPr>
        <w:spacing w:after="0"/>
        <w:ind w:left="454"/>
      </w:pPr>
      <w:r>
        <w:t>(   ) b) door</w:t>
      </w:r>
    </w:p>
    <w:p>
      <w:pPr>
        <w:spacing w:after="0"/>
        <w:ind w:left="454"/>
      </w:pPr>
      <w:r>
        <w:t>(   ) c) table</w:t>
      </w:r>
    </w:p>
    <w:p>
      <w:pPr>
        <w:keepNext/>
        <w:spacing w:before="120"/>
      </w:pPr>
      <w:r>
        <w:t>2. 🚪  Leo escreve: 'Look! My door.' Qual é a palavra?</w:t>
      </w:r>
    </w:p>
    <w:p>
      <w:pPr>
        <w:spacing w:after="0"/>
        <w:ind w:left="454"/>
      </w:pPr>
      <w:r>
        <w:t>(   ) a) window</w:t>
      </w:r>
    </w:p>
    <w:p>
      <w:pPr>
        <w:spacing w:after="0"/>
        <w:ind w:left="454"/>
      </w:pPr>
      <w:r>
        <w:t>(   ) b) door</w:t>
      </w:r>
    </w:p>
    <w:p>
      <w:pPr>
        <w:spacing w:after="0"/>
        <w:ind w:left="454"/>
      </w:pPr>
      <w:r>
        <w:t>(   ) c) sofa</w:t>
      </w:r>
    </w:p>
    <w:p>
      <w:pPr>
        <w:keepNext/>
        <w:spacing w:before="120"/>
      </w:pPr>
      <w:r>
        <w:t>3. 🪑  Ana escreve: 'I see a chair.' Qual é a palavra?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bed</w:t>
      </w:r>
    </w:p>
    <w:p>
      <w:pPr>
        <w:spacing w:after="0"/>
        <w:ind w:left="454"/>
      </w:pPr>
      <w:r>
        <w:t>(   ) c) house</w:t>
      </w:r>
    </w:p>
    <w:p>
      <w:pPr>
        <w:keepNext/>
        <w:spacing w:before="120"/>
      </w:pPr>
      <w:r>
        <w:t>4. 🏠  Beto manda: 'My house!' Qual é a palavra?</w:t>
      </w:r>
    </w:p>
    <w:p>
      <w:pPr>
        <w:spacing w:after="0"/>
        <w:ind w:left="454"/>
      </w:pPr>
      <w:r>
        <w:t>(   ) a) car</w:t>
      </w:r>
    </w:p>
    <w:p>
      <w:pPr>
        <w:spacing w:after="0"/>
        <w:ind w:left="454"/>
      </w:pPr>
      <w:r>
        <w:t>(   ) b) tree</w:t>
      </w:r>
    </w:p>
    <w:p>
      <w:pPr>
        <w:spacing w:after="0"/>
        <w:ind w:left="454"/>
      </w:pPr>
      <w:r>
        <w:t>(   ) c) house</w:t>
      </w:r>
    </w:p>
    <w:p>
      <w:pPr>
        <w:pStyle w:val="Heading2"/>
      </w:pPr>
      <w:r>
        <w:t>2. Chat Time: Fill in</w:t>
      </w:r>
    </w:p>
    <w:p>
      <w:r>
        <w:rPr>
          <w:i/>
        </w:rPr>
        <w:t>Complete a mensagem com a palavra certa do banco. (Complete the message.)</w:t>
      </w:r>
    </w:p>
    <w:p>
      <w:r>
        <w:rPr>
          <w:b/>
        </w:rPr>
        <w:t>Word bank:  bed  |  door  |  window</w:t>
      </w:r>
    </w:p>
    <w:p>
      <w:pPr>
        <w:keepNext/>
        <w:spacing w:before="120"/>
      </w:pPr>
      <w:r>
        <w:t>1. 🛏️  Mensagem: 'Good night! I am in my ______________.'</w:t>
      </w:r>
    </w:p>
    <w:p>
      <w:pPr>
        <w:keepNext/>
        <w:spacing w:before="120"/>
      </w:pPr>
      <w:r>
        <w:t>2. 🚪  Mensagem: 'Knock, knock! Who is at the ______________?'</w:t>
      </w:r>
    </w:p>
    <w:p>
      <w:pPr>
        <w:keepNext/>
        <w:spacing w:before="120"/>
      </w:pPr>
      <w:r>
        <w:t>3. 🪟  Mensagem: 'Look out of the ______________! I see the sun.'</w:t>
      </w:r>
    </w:p>
    <w:p>
      <w:pPr>
        <w:pStyle w:val="Heading2"/>
      </w:pPr>
      <w:r>
        <w:t>3. Chat Time: True or False</w:t>
      </w:r>
    </w:p>
    <w:p>
      <w:r>
        <w:rPr>
          <w:i/>
        </w:rPr>
        <w:t>Olhe a figura. A mensagem é verdadeira ou falsa? (True or false?)</w:t>
      </w:r>
    </w:p>
    <w:p>
      <w:pPr>
        <w:keepNext/>
        <w:spacing w:before="120"/>
      </w:pPr>
      <w:r>
        <w:t>1. 🏠  'This is a house.'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🛏️  'This is a door.'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🪑  'This is a chair.'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Chat Time: Choose</w:t>
      </w:r>
    </w:p>
    <w:p>
      <w:pPr>
        <w:spacing w:after="0"/>
      </w:pPr>
      <w:r>
        <w:t>1) a) bed</w:t>
      </w:r>
    </w:p>
    <w:p>
      <w:pPr>
        <w:spacing w:after="0"/>
      </w:pPr>
      <w:r>
        <w:t>2) b) door</w:t>
      </w:r>
    </w:p>
    <w:p>
      <w:pPr>
        <w:spacing w:after="0"/>
      </w:pPr>
      <w:r>
        <w:t>3) a) chair</w:t>
      </w:r>
    </w:p>
    <w:p>
      <w:pPr>
        <w:spacing w:after="0"/>
      </w:pPr>
      <w:r>
        <w:t>4) c) house</w:t>
      </w:r>
    </w:p>
    <w:p>
      <w:r>
        <w:rPr>
          <w:b/>
        </w:rPr>
        <w:t>2. Chat Time: Fill in</w:t>
      </w:r>
    </w:p>
    <w:p>
      <w:pPr>
        <w:spacing w:after="0"/>
      </w:pPr>
      <w:r>
        <w:t>1) bed</w:t>
      </w:r>
    </w:p>
    <w:p>
      <w:pPr>
        <w:spacing w:after="0"/>
      </w:pPr>
      <w:r>
        <w:t>2) door</w:t>
      </w:r>
    </w:p>
    <w:p>
      <w:pPr>
        <w:spacing w:after="0"/>
      </w:pPr>
      <w:r>
        <w:t>3) window</w:t>
      </w:r>
    </w:p>
    <w:p>
      <w:r>
        <w:rPr>
          <w:b/>
        </w:rPr>
        <w:t>3. Chat Time: True or False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