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Minha Casa em Inglês</w:t>
      </w:r>
    </w:p>
    <w:p>
      <w:r>
        <w:rPr>
          <w:color w:val="6B6B6B"/>
          <w:sz w:val="18"/>
        </w:rPr>
        <w:t>4 anos · House (casa)</w:t>
      </w:r>
    </w:p>
    <w:p>
      <w:pPr>
        <w:pStyle w:val="Heading2"/>
      </w:pPr>
      <w:r>
        <w:t>1. Choose the right word</w:t>
      </w:r>
    </w:p>
    <w:p>
      <w:r>
        <w:rPr>
          <w:i/>
        </w:rPr>
        <w:t>Escolha a palavra certa (Choose the right word). A professora lê em voz alta.</w:t>
      </w:r>
    </w:p>
    <w:p>
      <w:pPr>
        <w:keepNext/>
        <w:spacing w:before="120"/>
      </w:pPr>
      <w:r>
        <w:t>1. 🛏️  Onde você dorme? (Where do you sleep?)</w:t>
      </w:r>
    </w:p>
    <w:p>
      <w:pPr>
        <w:spacing w:after="0"/>
        <w:ind w:left="454"/>
      </w:pPr>
      <w:r>
        <w:t>(   ) a) bed</w:t>
      </w:r>
    </w:p>
    <w:p>
      <w:pPr>
        <w:spacing w:after="0"/>
        <w:ind w:left="454"/>
      </w:pPr>
      <w:r>
        <w:t>(   ) b) door</w:t>
      </w:r>
    </w:p>
    <w:p>
      <w:pPr>
        <w:spacing w:after="0"/>
        <w:ind w:left="454"/>
      </w:pPr>
      <w:r>
        <w:t>(   ) c) table</w:t>
      </w:r>
    </w:p>
    <w:p>
      <w:pPr>
        <w:keepNext/>
        <w:spacing w:before="120"/>
      </w:pPr>
      <w:r>
        <w:t>2. 🚪  O que é isto? (What is this?)</w:t>
      </w:r>
    </w:p>
    <w:p>
      <w:pPr>
        <w:spacing w:after="0"/>
        <w:ind w:left="454"/>
      </w:pPr>
      <w:r>
        <w:t>(   ) a) door</w:t>
      </w:r>
    </w:p>
    <w:p>
      <w:pPr>
        <w:spacing w:after="0"/>
        <w:ind w:left="454"/>
      </w:pPr>
      <w:r>
        <w:t>(   ) b) bed</w:t>
      </w:r>
    </w:p>
    <w:p>
      <w:pPr>
        <w:spacing w:after="0"/>
        <w:ind w:left="454"/>
      </w:pPr>
      <w:r>
        <w:t>(   ) c) window</w:t>
      </w:r>
    </w:p>
    <w:p>
      <w:pPr>
        <w:keepNext/>
        <w:spacing w:before="120"/>
      </w:pPr>
      <w:r>
        <w:t>3. 🏠  O que é isto? (What is this?)</w:t>
      </w:r>
    </w:p>
    <w:p>
      <w:pPr>
        <w:spacing w:after="0"/>
        <w:ind w:left="454"/>
      </w:pPr>
      <w:r>
        <w:t>(   ) a) car</w:t>
      </w:r>
    </w:p>
    <w:p>
      <w:pPr>
        <w:spacing w:after="0"/>
        <w:ind w:left="454"/>
      </w:pPr>
      <w:r>
        <w:t>(   ) b) house</w:t>
      </w:r>
    </w:p>
    <w:p>
      <w:pPr>
        <w:spacing w:after="0"/>
        <w:ind w:left="454"/>
      </w:pPr>
      <w:r>
        <w:t>(   ) c) tree</w:t>
      </w:r>
    </w:p>
    <w:p>
      <w:pPr>
        <w:keepNext/>
        <w:spacing w:before="120"/>
      </w:pPr>
      <w:r>
        <w:t>4. 🛋️  O que é isto? (What is this?)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bed</w:t>
      </w:r>
    </w:p>
    <w:p>
      <w:pPr>
        <w:spacing w:after="0"/>
        <w:ind w:left="454"/>
      </w:pPr>
      <w:r>
        <w:t>(   ) c) sofa</w:t>
      </w:r>
    </w:p>
    <w:p>
      <w:pPr>
        <w:keepNext/>
        <w:spacing w:before="120"/>
      </w:pPr>
      <w:r>
        <w:t>5. 🛁  Onde se toma banho? (Where do you take a bath?)</w:t>
      </w:r>
    </w:p>
    <w:p>
      <w:pPr>
        <w:spacing w:after="0"/>
        <w:ind w:left="454"/>
      </w:pPr>
      <w:r>
        <w:t>(   ) a) kitchen</w:t>
      </w:r>
    </w:p>
    <w:p>
      <w:pPr>
        <w:spacing w:after="0"/>
        <w:ind w:left="454"/>
      </w:pPr>
      <w:r>
        <w:t>(   ) b) bathroom</w:t>
      </w:r>
    </w:p>
    <w:p>
      <w:pPr>
        <w:spacing w:after="0"/>
        <w:ind w:left="454"/>
      </w:pPr>
      <w:r>
        <w:t>(   ) c) garden</w:t>
      </w:r>
    </w:p>
    <w:p>
      <w:pPr>
        <w:pStyle w:val="Heading2"/>
      </w:pPr>
      <w:r>
        <w:t>2. Complete the word</w:t>
      </w:r>
    </w:p>
    <w:p>
      <w:r>
        <w:rPr>
          <w:i/>
        </w:rPr>
        <w:t>Complete com a palavra (Complete with the word). Veja a figura. A professora lê em voz alta.</w:t>
      </w:r>
    </w:p>
    <w:p>
      <w:r>
        <w:rPr>
          <w:b/>
        </w:rPr>
        <w:t>Word bank:  house  |  window  |  kitchen  |  door  |  bed</w:t>
      </w:r>
    </w:p>
    <w:p>
      <w:pPr>
        <w:keepNext/>
        <w:spacing w:before="120"/>
      </w:pPr>
      <w:r>
        <w:t>1. 🏠  I live in a big ______________.</w:t>
      </w:r>
    </w:p>
    <w:p>
      <w:pPr>
        <w:keepNext/>
        <w:spacing w:before="120"/>
      </w:pPr>
      <w:r>
        <w:t>2. 🚪  Knock, knock! Who is at the ______________?</w:t>
      </w:r>
    </w:p>
    <w:p>
      <w:pPr>
        <w:keepNext/>
        <w:spacing w:before="120"/>
      </w:pPr>
      <w:r>
        <w:t>3. 🛏️  Good night! I sleep on my ______________.</w:t>
      </w:r>
    </w:p>
    <w:p>
      <w:pPr>
        <w:keepNext/>
        <w:spacing w:before="120"/>
      </w:pPr>
      <w:r>
        <w:t>4. 🍳  We cook in the ______________.</w:t>
      </w:r>
    </w:p>
    <w:p>
      <w:pPr>
        <w:pStyle w:val="Heading2"/>
      </w:pPr>
      <w:r>
        <w:t>3. Yes or No?</w:t>
      </w:r>
    </w:p>
    <w:p>
      <w:r>
        <w:rPr>
          <w:i/>
        </w:rPr>
        <w:t>Sim ou não? (Yes or No?) Olhe a figura. A professora lê em voz alta.</w:t>
      </w:r>
    </w:p>
    <w:p>
      <w:pPr>
        <w:keepNext/>
        <w:spacing w:before="120"/>
      </w:pPr>
      <w:r>
        <w:t>1. 🛏️  This is a bed.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🛋️  This is a door.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🏠  This is a house.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🚪  This is a sofa.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5. 🛁  This is a bathroom.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Choose the right word</w:t>
      </w:r>
    </w:p>
    <w:p>
      <w:pPr>
        <w:spacing w:after="0"/>
      </w:pPr>
      <w:r>
        <w:t>1) a) bed</w:t>
      </w:r>
    </w:p>
    <w:p>
      <w:pPr>
        <w:spacing w:after="0"/>
      </w:pPr>
      <w:r>
        <w:t>2) a) door</w:t>
      </w:r>
    </w:p>
    <w:p>
      <w:pPr>
        <w:spacing w:after="0"/>
      </w:pPr>
      <w:r>
        <w:t>3) b) house</w:t>
      </w:r>
    </w:p>
    <w:p>
      <w:pPr>
        <w:spacing w:after="0"/>
      </w:pPr>
      <w:r>
        <w:t>4) c) sofa</w:t>
      </w:r>
    </w:p>
    <w:p>
      <w:pPr>
        <w:spacing w:after="0"/>
      </w:pPr>
      <w:r>
        <w:t>5) b) bathroom</w:t>
      </w:r>
    </w:p>
    <w:p>
      <w:r>
        <w:rPr>
          <w:b/>
        </w:rPr>
        <w:t>2. Complete the word</w:t>
      </w:r>
    </w:p>
    <w:p>
      <w:pPr>
        <w:spacing w:after="0"/>
      </w:pPr>
      <w:r>
        <w:t>1) house</w:t>
      </w:r>
    </w:p>
    <w:p>
      <w:pPr>
        <w:spacing w:after="0"/>
      </w:pPr>
      <w:r>
        <w:t>2) door</w:t>
      </w:r>
    </w:p>
    <w:p>
      <w:pPr>
        <w:spacing w:after="0"/>
      </w:pPr>
      <w:r>
        <w:t>3) bed</w:t>
      </w:r>
    </w:p>
    <w:p>
      <w:pPr>
        <w:spacing w:after="0"/>
      </w:pPr>
      <w:r>
        <w:t>4) kitchen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p>
      <w:pPr>
        <w:spacing w:after="0"/>
      </w:pPr>
      <w:r>
        <w:t>5)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