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Casa e Futebol: Vamos Jogar!</w:t>
      </w:r>
    </w:p>
    <w:p>
      <w:r>
        <w:rPr>
          <w:color w:val="6B6B6B"/>
          <w:sz w:val="18"/>
        </w:rPr>
        <w:t>3 anos · House (casa)</w:t>
      </w:r>
    </w:p>
    <w:p>
      <w:pPr>
        <w:pStyle w:val="Heading2"/>
      </w:pPr>
      <w:r>
        <w:t>1. Choose the Word</w:t>
      </w:r>
    </w:p>
    <w:p>
      <w:r>
        <w:rPr>
          <w:i/>
        </w:rPr>
        <w:t>Olhe a figura e escolha a palavra certa. A professora lê em voz alta. (Choose the right word.)</w:t>
      </w:r>
    </w:p>
    <w:p>
      <w:pPr>
        <w:keepNext/>
        <w:spacing w:before="120"/>
      </w:pPr>
      <w:r>
        <w:t>1. 🏠  Qual é a palavra para a casa?</w:t>
      </w:r>
    </w:p>
    <w:p>
      <w:pPr>
        <w:spacing w:after="0"/>
        <w:ind w:left="454"/>
      </w:pPr>
      <w:r>
        <w:t>(   ) a) house</w:t>
      </w:r>
    </w:p>
    <w:p>
      <w:pPr>
        <w:spacing w:after="0"/>
        <w:ind w:left="454"/>
      </w:pPr>
      <w:r>
        <w:t>(   ) b) ball</w:t>
      </w:r>
    </w:p>
    <w:p>
      <w:pPr>
        <w:keepNext/>
        <w:spacing w:before="120"/>
      </w:pPr>
      <w:r>
        <w:t>2. 🚪  Qual é a palavra para a porta?</w:t>
      </w:r>
    </w:p>
    <w:p>
      <w:pPr>
        <w:spacing w:after="0"/>
        <w:ind w:left="454"/>
      </w:pPr>
      <w:r>
        <w:t>(   ) a) bed</w:t>
      </w:r>
    </w:p>
    <w:p>
      <w:pPr>
        <w:spacing w:after="0"/>
        <w:ind w:left="454"/>
      </w:pPr>
      <w:r>
        <w:t>(   ) b) door</w:t>
      </w:r>
    </w:p>
    <w:p>
      <w:pPr>
        <w:spacing w:after="0"/>
        <w:ind w:left="454"/>
      </w:pPr>
      <w:r>
        <w:t>(   ) c) car</w:t>
      </w:r>
    </w:p>
    <w:p>
      <w:pPr>
        <w:keepNext/>
        <w:spacing w:before="120"/>
      </w:pPr>
      <w:r>
        <w:t>3. 🪟  Qual é a palavra para a janela?</w:t>
      </w:r>
    </w:p>
    <w:p>
      <w:pPr>
        <w:spacing w:after="0"/>
        <w:ind w:left="454"/>
      </w:pPr>
      <w:r>
        <w:t>(   ) a) window</w:t>
      </w:r>
    </w:p>
    <w:p>
      <w:pPr>
        <w:spacing w:after="0"/>
        <w:ind w:left="454"/>
      </w:pPr>
      <w:r>
        <w:t>(   ) b) shoe</w:t>
      </w:r>
    </w:p>
    <w:p>
      <w:pPr>
        <w:spacing w:after="0"/>
        <w:ind w:left="454"/>
      </w:pPr>
      <w:r>
        <w:t>(   ) c) goal</w:t>
      </w:r>
    </w:p>
    <w:p>
      <w:pPr>
        <w:keepNext/>
        <w:spacing w:before="120"/>
      </w:pPr>
      <w:r>
        <w:t>4. 🛏️  Qual é a palavra para a cama?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ball</w:t>
      </w:r>
    </w:p>
    <w:p>
      <w:pPr>
        <w:spacing w:after="0"/>
        <w:ind w:left="454"/>
      </w:pPr>
      <w:r>
        <w:t>(   ) c) bed</w:t>
      </w:r>
    </w:p>
    <w:p>
      <w:pPr>
        <w:keepNext/>
        <w:spacing w:before="120"/>
      </w:pPr>
      <w:r>
        <w:t>5. ⚽  Qual é a palavra para a bola?</w:t>
      </w:r>
    </w:p>
    <w:p>
      <w:pPr>
        <w:spacing w:after="0"/>
        <w:ind w:left="454"/>
      </w:pPr>
      <w:r>
        <w:t>(   ) a) door</w:t>
      </w:r>
    </w:p>
    <w:p>
      <w:pPr>
        <w:spacing w:after="0"/>
        <w:ind w:left="454"/>
      </w:pPr>
      <w:r>
        <w:t>(   ) b) ball</w:t>
      </w:r>
    </w:p>
    <w:p>
      <w:pPr>
        <w:pStyle w:val="Heading2"/>
      </w:pPr>
      <w:r>
        <w:t>2. Fill in the Word</w:t>
      </w:r>
    </w:p>
    <w:p>
      <w:r>
        <w:rPr>
          <w:i/>
        </w:rPr>
        <w:t>Complete com a palavra do banco. A professora ajuda. (Complete with a word.)</w:t>
      </w:r>
    </w:p>
    <w:p>
      <w:r>
        <w:rPr>
          <w:b/>
        </w:rPr>
        <w:t>Word bank:  house  |  door  |  window  |  ball  |  bed</w:t>
      </w:r>
    </w:p>
    <w:p>
      <w:pPr>
        <w:keepNext/>
        <w:spacing w:before="120"/>
      </w:pPr>
      <w:r>
        <w:t>1. ⚽  The ______________ is round. Kick it!</w:t>
      </w:r>
    </w:p>
    <w:p>
      <w:pPr>
        <w:keepNext/>
        <w:spacing w:before="120"/>
      </w:pPr>
      <w:r>
        <w:t>2. 🏠  I live in a ______________.</w:t>
      </w:r>
    </w:p>
    <w:p>
      <w:pPr>
        <w:keepNext/>
        <w:spacing w:before="120"/>
      </w:pPr>
      <w:r>
        <w:t>3. 🚪  Open the ______________. Come in!</w:t>
      </w:r>
    </w:p>
    <w:p>
      <w:pPr>
        <w:keepNext/>
        <w:spacing w:before="120"/>
      </w:pPr>
      <w:r>
        <w:t>4. 🪟  I see the sun through the ______________.</w:t>
      </w:r>
    </w:p>
    <w:p>
      <w:pPr>
        <w:keepNext/>
        <w:spacing w:before="120"/>
      </w:pPr>
      <w:r>
        <w:t>5. 🛏️  I sleep in my ______________.</w:t>
      </w:r>
    </w:p>
    <w:p>
      <w:pPr>
        <w:pStyle w:val="Heading2"/>
      </w:pPr>
      <w:r>
        <w:t>3. Yes or No</w:t>
      </w:r>
    </w:p>
    <w:p>
      <w:r>
        <w:rPr>
          <w:i/>
        </w:rPr>
        <w:t>Olhe a figura. A frase está certa? Sim ou não? (Yes or no?)</w:t>
      </w:r>
    </w:p>
    <w:p>
      <w:pPr>
        <w:keepNext/>
        <w:spacing w:before="120"/>
      </w:pPr>
      <w:r>
        <w:t>1. 🏠  This is a house.</w:t>
      </w:r>
    </w:p>
    <w:p>
      <w:pPr>
        <w:ind w:left="454"/>
      </w:pPr>
      <w:r>
        <w:t>(   ) Sim        (   ) Não</w:t>
      </w:r>
    </w:p>
    <w:p>
      <w:pPr>
        <w:keepNext/>
        <w:spacing w:before="120"/>
      </w:pPr>
      <w:r>
        <w:t>2. 🚪  This is a bed.</w:t>
      </w:r>
    </w:p>
    <w:p>
      <w:pPr>
        <w:ind w:left="454"/>
      </w:pPr>
      <w:r>
        <w:t>(   ) Sim        (   ) Não</w:t>
      </w:r>
    </w:p>
    <w:p>
      <w:pPr>
        <w:keepNext/>
        <w:spacing w:before="120"/>
      </w:pPr>
      <w:r>
        <w:t>3. ⚽  This is a ball.</w:t>
      </w:r>
    </w:p>
    <w:p>
      <w:pPr>
        <w:ind w:left="454"/>
      </w:pPr>
      <w:r>
        <w:t>(   ) Sim        (   ) Não</w:t>
      </w:r>
    </w:p>
    <w:p>
      <w:pPr>
        <w:keepNext/>
        <w:spacing w:before="120"/>
      </w:pPr>
      <w:r>
        <w:t>4. 🛏️  This is a window.</w:t>
      </w:r>
    </w:p>
    <w:p>
      <w:pPr>
        <w:ind w:left="454"/>
      </w:pPr>
      <w:r>
        <w:t>(   ) Sim        (   ) Não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Choose the Word</w:t>
      </w:r>
    </w:p>
    <w:p>
      <w:pPr>
        <w:spacing w:after="0"/>
      </w:pPr>
      <w:r>
        <w:t>1) a) house</w:t>
      </w:r>
    </w:p>
    <w:p>
      <w:pPr>
        <w:spacing w:after="0"/>
      </w:pPr>
      <w:r>
        <w:t>2) b) door</w:t>
      </w:r>
    </w:p>
    <w:p>
      <w:pPr>
        <w:spacing w:after="0"/>
      </w:pPr>
      <w:r>
        <w:t>3) a) window</w:t>
      </w:r>
    </w:p>
    <w:p>
      <w:pPr>
        <w:spacing w:after="0"/>
      </w:pPr>
      <w:r>
        <w:t>4) c) bed</w:t>
      </w:r>
    </w:p>
    <w:p>
      <w:pPr>
        <w:spacing w:after="0"/>
      </w:pPr>
      <w:r>
        <w:t>5) b) ball</w:t>
      </w:r>
    </w:p>
    <w:p>
      <w:r>
        <w:rPr>
          <w:b/>
        </w:rPr>
        <w:t>2. Fill in the Word</w:t>
      </w:r>
    </w:p>
    <w:p>
      <w:pPr>
        <w:spacing w:after="0"/>
      </w:pPr>
      <w:r>
        <w:t>1) ball</w:t>
      </w:r>
    </w:p>
    <w:p>
      <w:pPr>
        <w:spacing w:after="0"/>
      </w:pPr>
      <w:r>
        <w:t>2) house</w:t>
      </w:r>
    </w:p>
    <w:p>
      <w:pPr>
        <w:spacing w:after="0"/>
      </w:pPr>
      <w:r>
        <w:t>3) door</w:t>
      </w:r>
    </w:p>
    <w:p>
      <w:pPr>
        <w:spacing w:after="0"/>
      </w:pPr>
      <w:r>
        <w:t>4) window</w:t>
      </w:r>
    </w:p>
    <w:p>
      <w:pPr>
        <w:spacing w:after="0"/>
      </w:pPr>
      <w:r>
        <w:t>5) bed</w:t>
      </w:r>
    </w:p>
    <w:p>
      <w:r>
        <w:rPr>
          <w:b/>
        </w:rPr>
        <w:t>3. Yes or No</w:t>
      </w:r>
    </w:p>
    <w:p>
      <w:pPr>
        <w:spacing w:after="0"/>
      </w:pPr>
      <w:r>
        <w:t>1) Sim</w:t>
      </w:r>
    </w:p>
    <w:p>
      <w:pPr>
        <w:spacing w:after="0"/>
      </w:pPr>
      <w:r>
        <w:t>2) Não</w:t>
      </w:r>
    </w:p>
    <w:p>
      <w:pPr>
        <w:spacing w:after="0"/>
      </w:pPr>
      <w:r>
        <w:t>3) Sim</w:t>
      </w:r>
    </w:p>
    <w:p>
      <w:pPr>
        <w:spacing w:after="0"/>
      </w:pPr>
      <w:r>
        <w:t>4) Não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