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Body parts: as partes do corpo</w:t>
      </w:r>
    </w:p>
    <w:p>
      <w:r>
        <w:rPr>
          <w:color w:val="6B6B6B"/>
          <w:sz w:val="18"/>
        </w:rPr>
        <w:t>4 anos e 5 anos · Body parts (corpo)</w:t>
      </w:r>
    </w:p>
    <w:p>
      <w:pPr>
        <w:pStyle w:val="Heading2"/>
      </w:pPr>
      <w:r>
        <w:t>1. What is it?</w:t>
      </w:r>
    </w:p>
    <w:p>
      <w:r>
        <w:rPr>
          <w:i/>
        </w:rPr>
        <w:t>Olhe a figura e escolha a parte do corpo. (Look and choose.)</w:t>
      </w:r>
    </w:p>
    <w:p>
      <w:pPr>
        <w:keepNext/>
        <w:spacing w:before="120"/>
      </w:pPr>
      <w:r>
        <w:t>1. 👃  What is it?</w:t>
      </w:r>
    </w:p>
    <w:p>
      <w:pPr>
        <w:spacing w:after="0"/>
        <w:ind w:left="454"/>
      </w:pPr>
      <w:r>
        <w:t>(   ) a) nose</w:t>
      </w:r>
    </w:p>
    <w:p>
      <w:pPr>
        <w:spacing w:after="0"/>
        <w:ind w:left="454"/>
      </w:pPr>
      <w:r>
        <w:t>(   ) b) hand</w:t>
      </w:r>
    </w:p>
    <w:p>
      <w:pPr>
        <w:spacing w:after="0"/>
        <w:ind w:left="454"/>
      </w:pPr>
      <w:r>
        <w:t>(   ) c) foot</w:t>
      </w:r>
    </w:p>
    <w:p>
      <w:pPr>
        <w:keepNext/>
        <w:spacing w:before="120"/>
      </w:pPr>
      <w:r>
        <w:t>2. 👀  What are they?</w:t>
      </w:r>
    </w:p>
    <w:p>
      <w:pPr>
        <w:spacing w:after="0"/>
        <w:ind w:left="454"/>
      </w:pPr>
      <w:r>
        <w:t>(   ) a) ears</w:t>
      </w:r>
    </w:p>
    <w:p>
      <w:pPr>
        <w:spacing w:after="0"/>
        <w:ind w:left="454"/>
      </w:pPr>
      <w:r>
        <w:t>(   ) b) eyes</w:t>
      </w:r>
    </w:p>
    <w:p>
      <w:pPr>
        <w:spacing w:after="0"/>
        <w:ind w:left="454"/>
      </w:pPr>
      <w:r>
        <w:t>(   ) c) mouth</w:t>
      </w:r>
    </w:p>
    <w:p>
      <w:pPr>
        <w:keepNext/>
        <w:spacing w:before="120"/>
      </w:pPr>
      <w:r>
        <w:t>3. 👂  What is it?</w:t>
      </w:r>
    </w:p>
    <w:p>
      <w:pPr>
        <w:spacing w:after="0"/>
        <w:ind w:left="454"/>
      </w:pPr>
      <w:r>
        <w:t>(   ) a) leg</w:t>
      </w:r>
    </w:p>
    <w:p>
      <w:pPr>
        <w:spacing w:after="0"/>
        <w:ind w:left="454"/>
      </w:pPr>
      <w:r>
        <w:t>(   ) b) nose</w:t>
      </w:r>
    </w:p>
    <w:p>
      <w:pPr>
        <w:spacing w:after="0"/>
        <w:ind w:left="454"/>
      </w:pPr>
      <w:r>
        <w:t>(   ) c) ear</w:t>
      </w:r>
    </w:p>
    <w:p>
      <w:pPr>
        <w:keepNext/>
        <w:spacing w:before="120"/>
      </w:pPr>
      <w:r>
        <w:t>4. ✋  What is it?</w:t>
      </w:r>
    </w:p>
    <w:p>
      <w:pPr>
        <w:spacing w:after="0"/>
        <w:ind w:left="454"/>
      </w:pPr>
      <w:r>
        <w:t>(   ) a) hand</w:t>
      </w:r>
    </w:p>
    <w:p>
      <w:pPr>
        <w:spacing w:after="0"/>
        <w:ind w:left="454"/>
      </w:pPr>
      <w:r>
        <w:t>(   ) b) eye</w:t>
      </w:r>
    </w:p>
    <w:p>
      <w:pPr>
        <w:spacing w:after="0"/>
        <w:ind w:left="454"/>
      </w:pPr>
      <w:r>
        <w:t>(   ) c) mouth</w:t>
      </w:r>
    </w:p>
    <w:p>
      <w:pPr>
        <w:keepNext/>
        <w:spacing w:before="120"/>
      </w:pPr>
      <w:r>
        <w:t>5. 🦶  What is it?</w:t>
      </w:r>
    </w:p>
    <w:p>
      <w:pPr>
        <w:spacing w:after="0"/>
        <w:ind w:left="454"/>
      </w:pPr>
      <w:r>
        <w:t>(   ) a) arm</w:t>
      </w:r>
    </w:p>
    <w:p>
      <w:pPr>
        <w:spacing w:after="0"/>
        <w:ind w:left="454"/>
      </w:pPr>
      <w:r>
        <w:t>(   ) b) foot</w:t>
      </w:r>
    </w:p>
    <w:p>
      <w:pPr>
        <w:spacing w:after="0"/>
        <w:ind w:left="454"/>
      </w:pPr>
      <w:r>
        <w:t>(   ) c) ear</w:t>
      </w:r>
    </w:p>
    <w:p>
      <w:pPr>
        <w:keepNext/>
        <w:spacing w:before="120"/>
      </w:pPr>
      <w:r>
        <w:t>6. 👄  What is it?</w:t>
      </w:r>
    </w:p>
    <w:p>
      <w:pPr>
        <w:spacing w:after="0"/>
        <w:ind w:left="454"/>
      </w:pPr>
      <w:r>
        <w:t>(   ) a) nose</w:t>
      </w:r>
    </w:p>
    <w:p>
      <w:pPr>
        <w:spacing w:after="0"/>
        <w:ind w:left="454"/>
      </w:pPr>
      <w:r>
        <w:t>(   ) b) hand</w:t>
      </w:r>
    </w:p>
    <w:p>
      <w:pPr>
        <w:spacing w:after="0"/>
        <w:ind w:left="454"/>
      </w:pPr>
      <w:r>
        <w:t>(   ) c) mouth</w:t>
      </w:r>
    </w:p>
    <w:p>
      <w:pPr>
        <w:pStyle w:val="Heading2"/>
      </w:pPr>
      <w:r>
        <w:t>2. Yes or no?</w:t>
      </w:r>
    </w:p>
    <w:p>
      <w:r>
        <w:rPr>
          <w:i/>
        </w:rPr>
        <w:t>A professora lê a frase. Está certo? (Yes = sim / No = não)</w:t>
      </w:r>
    </w:p>
    <w:p>
      <w:pPr>
        <w:keepNext/>
        <w:spacing w:before="120"/>
      </w:pPr>
      <w:r>
        <w:t>1. 🦷  It's a tooth.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💪  It's a foot.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🦵  It's a leg.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👂  It's a nose.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is it?</w:t>
      </w:r>
    </w:p>
    <w:p>
      <w:pPr>
        <w:spacing w:after="0"/>
      </w:pPr>
      <w:r>
        <w:t>1) a) nose</w:t>
      </w:r>
    </w:p>
    <w:p>
      <w:pPr>
        <w:spacing w:after="0"/>
      </w:pPr>
      <w:r>
        <w:t>2) b) eyes</w:t>
      </w:r>
    </w:p>
    <w:p>
      <w:pPr>
        <w:spacing w:after="0"/>
      </w:pPr>
      <w:r>
        <w:t>3) c) ear</w:t>
      </w:r>
    </w:p>
    <w:p>
      <w:pPr>
        <w:spacing w:after="0"/>
      </w:pPr>
      <w:r>
        <w:t>4) a) hand</w:t>
      </w:r>
    </w:p>
    <w:p>
      <w:pPr>
        <w:spacing w:after="0"/>
      </w:pPr>
      <w:r>
        <w:t>5) b) foot</w:t>
      </w:r>
    </w:p>
    <w:p>
      <w:pPr>
        <w:spacing w:after="0"/>
      </w:pPr>
      <w:r>
        <w:t>6) c) mouth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