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Body parts: as partes do corpo</w:t>
      </w:r>
    </w:p>
    <w:p>
      <w:r>
        <w:rPr>
          <w:color w:val="6B6B6B"/>
          <w:sz w:val="18"/>
        </w:rPr>
        <w:t>2º ano e 3º ano · Body parts (corpo)</w:t>
      </w:r>
    </w:p>
    <w:p>
      <w:pPr>
        <w:pStyle w:val="Heading2"/>
      </w:pPr>
      <w:r>
        <w:t>1. What is it?</w:t>
      </w:r>
    </w:p>
    <w:p>
      <w:r>
        <w:rPr>
          <w:i/>
        </w:rPr>
        <w:t>Olhe a figura e escolha a parte do corpo. (Look and choose.)</w:t>
      </w:r>
    </w:p>
    <w:p>
      <w:pPr>
        <w:keepNext/>
        <w:spacing w:before="120"/>
      </w:pPr>
      <w:r>
        <w:t>1. 👃  What is it?</w:t>
      </w:r>
    </w:p>
    <w:p>
      <w:pPr>
        <w:spacing w:after="0"/>
        <w:ind w:left="454"/>
      </w:pPr>
      <w:r>
        <w:t>(   ) a) mouth</w:t>
      </w:r>
    </w:p>
    <w:p>
      <w:pPr>
        <w:spacing w:after="0"/>
        <w:ind w:left="454"/>
      </w:pPr>
      <w:r>
        <w:t>(   ) b) nose</w:t>
      </w:r>
    </w:p>
    <w:p>
      <w:pPr>
        <w:spacing w:after="0"/>
        <w:ind w:left="454"/>
      </w:pPr>
      <w:r>
        <w:t>(   ) c) ear</w:t>
      </w:r>
    </w:p>
    <w:p>
      <w:pPr>
        <w:keepNext/>
        <w:spacing w:before="120"/>
      </w:pPr>
      <w:r>
        <w:t>2. 👂  What is it?</w:t>
      </w:r>
    </w:p>
    <w:p>
      <w:pPr>
        <w:spacing w:after="0"/>
        <w:ind w:left="454"/>
      </w:pPr>
      <w:r>
        <w:t>(   ) a) ear</w:t>
      </w:r>
    </w:p>
    <w:p>
      <w:pPr>
        <w:spacing w:after="0"/>
        <w:ind w:left="454"/>
      </w:pPr>
      <w:r>
        <w:t>(   ) b) eye</w:t>
      </w:r>
    </w:p>
    <w:p>
      <w:pPr>
        <w:spacing w:after="0"/>
        <w:ind w:left="454"/>
      </w:pPr>
      <w:r>
        <w:t>(   ) c) hand</w:t>
      </w:r>
    </w:p>
    <w:p>
      <w:pPr>
        <w:keepNext/>
        <w:spacing w:before="120"/>
      </w:pPr>
      <w:r>
        <w:t>3. 🦶  What is it?</w:t>
      </w:r>
    </w:p>
    <w:p>
      <w:pPr>
        <w:spacing w:after="0"/>
        <w:ind w:left="454"/>
      </w:pPr>
      <w:r>
        <w:t>(   ) a) arm</w:t>
      </w:r>
    </w:p>
    <w:p>
      <w:pPr>
        <w:spacing w:after="0"/>
        <w:ind w:left="454"/>
      </w:pPr>
      <w:r>
        <w:t>(   ) b) head</w:t>
      </w:r>
    </w:p>
    <w:p>
      <w:pPr>
        <w:spacing w:after="0"/>
        <w:ind w:left="454"/>
      </w:pPr>
      <w:r>
        <w:t>(   ) c) foot</w:t>
      </w:r>
    </w:p>
    <w:p>
      <w:pPr>
        <w:keepNext/>
        <w:spacing w:before="120"/>
      </w:pPr>
      <w:r>
        <w:t>4. ✋  What is it?</w:t>
      </w:r>
    </w:p>
    <w:p>
      <w:pPr>
        <w:spacing w:after="0"/>
        <w:ind w:left="454"/>
      </w:pPr>
      <w:r>
        <w:t>(   ) a) hand</w:t>
      </w:r>
    </w:p>
    <w:p>
      <w:pPr>
        <w:spacing w:after="0"/>
        <w:ind w:left="454"/>
      </w:pPr>
      <w:r>
        <w:t>(   ) b) leg</w:t>
      </w:r>
    </w:p>
    <w:p>
      <w:pPr>
        <w:spacing w:after="0"/>
        <w:ind w:left="454"/>
      </w:pPr>
      <w:r>
        <w:t>(   ) c) hair</w:t>
      </w:r>
    </w:p>
    <w:p>
      <w:pPr>
        <w:keepNext/>
        <w:spacing w:before="120"/>
      </w:pPr>
      <w:r>
        <w:t>5. 👄  What is it?</w:t>
      </w:r>
    </w:p>
    <w:p>
      <w:pPr>
        <w:spacing w:after="0"/>
        <w:ind w:left="454"/>
      </w:pPr>
      <w:r>
        <w:t>(   ) a) nose</w:t>
      </w:r>
    </w:p>
    <w:p>
      <w:pPr>
        <w:spacing w:after="0"/>
        <w:ind w:left="454"/>
      </w:pPr>
      <w:r>
        <w:t>(   ) b) mouth</w:t>
      </w:r>
    </w:p>
    <w:p>
      <w:pPr>
        <w:spacing w:after="0"/>
        <w:ind w:left="454"/>
      </w:pPr>
      <w:r>
        <w:t>(   ) c) knee</w:t>
      </w:r>
    </w:p>
    <w:p>
      <w:pPr>
        <w:pStyle w:val="Heading2"/>
      </w:pPr>
      <w:r>
        <w:t>2. How many?</w:t>
      </w:r>
    </w:p>
    <w:p>
      <w:r>
        <w:rPr>
          <w:i/>
        </w:rPr>
        <w:t>Complete com o número certo. (Complete with the number.)</w:t>
      </w:r>
    </w:p>
    <w:p>
      <w:r>
        <w:rPr>
          <w:b/>
        </w:rPr>
        <w:t>Word bank:  one  |  two  |  ten</w:t>
      </w:r>
    </w:p>
    <w:p>
      <w:pPr>
        <w:keepNext/>
        <w:spacing w:before="120"/>
      </w:pPr>
      <w:r>
        <w:t>1. 👀  I have ______________ eyes.</w:t>
      </w:r>
    </w:p>
    <w:p>
      <w:pPr>
        <w:keepNext/>
        <w:spacing w:before="120"/>
      </w:pPr>
      <w:r>
        <w:t>2. 👃  I have ______________ nose.</w:t>
      </w:r>
    </w:p>
    <w:p>
      <w:pPr>
        <w:keepNext/>
        <w:spacing w:before="120"/>
      </w:pPr>
      <w:r>
        <w:t>3. 🙌  I have ______________ fingers.</w:t>
      </w:r>
    </w:p>
    <w:p>
      <w:pPr>
        <w:keepNext/>
        <w:spacing w:before="120"/>
      </w:pPr>
      <w:r>
        <w:t>4. 🦵  I have ______________ legs.</w:t>
      </w:r>
    </w:p>
    <w:p>
      <w:pPr>
        <w:pStyle w:val="Heading2"/>
      </w:pPr>
      <w:r>
        <w:t>3. True or false?</w:t>
      </w:r>
    </w:p>
    <w:p>
      <w:r>
        <w:rPr>
          <w:i/>
        </w:rPr>
        <w:t>A frase está certa? Marque True (verdadeiro) ou False (falso).</w:t>
      </w:r>
    </w:p>
    <w:p>
      <w:pPr>
        <w:keepNext/>
        <w:spacing w:before="120"/>
      </w:pPr>
      <w:r>
        <w:t>1. 👀  I see with my eyes.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👂  I hear with my nose.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👄  I eat with my mouth.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🦶  I walk with my ears.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it?</w:t>
      </w:r>
    </w:p>
    <w:p>
      <w:pPr>
        <w:spacing w:after="0"/>
      </w:pPr>
      <w:r>
        <w:t>1) b) nose</w:t>
      </w:r>
    </w:p>
    <w:p>
      <w:pPr>
        <w:spacing w:after="0"/>
      </w:pPr>
      <w:r>
        <w:t>2) a) ear</w:t>
      </w:r>
    </w:p>
    <w:p>
      <w:pPr>
        <w:spacing w:after="0"/>
      </w:pPr>
      <w:r>
        <w:t>3) c) foot</w:t>
      </w:r>
    </w:p>
    <w:p>
      <w:pPr>
        <w:spacing w:after="0"/>
      </w:pPr>
      <w:r>
        <w:t>4) a) hand</w:t>
      </w:r>
    </w:p>
    <w:p>
      <w:pPr>
        <w:spacing w:after="0"/>
      </w:pPr>
      <w:r>
        <w:t>5) b) mouth</w:t>
      </w:r>
    </w:p>
    <w:p>
      <w:r>
        <w:rPr>
          <w:b/>
        </w:rPr>
        <w:t>2. How many?</w:t>
      </w:r>
    </w:p>
    <w:p>
      <w:pPr>
        <w:spacing w:after="0"/>
      </w:pPr>
      <w:r>
        <w:t>1) two</w:t>
      </w:r>
    </w:p>
    <w:p>
      <w:pPr>
        <w:spacing w:after="0"/>
      </w:pPr>
      <w:r>
        <w:t>2) one</w:t>
      </w:r>
    </w:p>
    <w:p>
      <w:pPr>
        <w:spacing w:after="0"/>
      </w:pPr>
      <w:r>
        <w:t>3) ten</w:t>
      </w:r>
    </w:p>
    <w:p>
      <w:pPr>
        <w:spacing w:after="0"/>
      </w:pPr>
      <w:r>
        <w:t>4) two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