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Basic grammar: to be, pronomes, a/an e this/that</w:t>
      </w:r>
    </w:p>
    <w:p>
      <w:r>
        <w:rPr>
          <w:color w:val="6B6B6B"/>
          <w:sz w:val="18"/>
        </w:rPr>
        <w:t>1º ano ao 3º ano · Verb to be</w:t>
      </w:r>
    </w:p>
    <w:p>
      <w:pPr>
        <w:pStyle w:val="Heading2"/>
      </w:pPr>
      <w:r>
        <w:t>1. Verb to be</w:t>
      </w:r>
    </w:p>
    <w:p>
      <w:r>
        <w:rPr>
          <w:i/>
        </w:rPr>
        <w:t>Complete com am, is ou are. (Complete with am, is or are.)</w:t>
      </w:r>
    </w:p>
    <w:p>
      <w:r>
        <w:rPr>
          <w:b/>
        </w:rPr>
        <w:t>Word bank:  am  |  is  |  are</w:t>
      </w:r>
    </w:p>
    <w:p>
      <w:pPr>
        <w:keepNext/>
        <w:spacing w:before="120"/>
      </w:pPr>
      <w:r>
        <w:t>1. 😀  I ______________ happy.</w:t>
      </w:r>
    </w:p>
    <w:p>
      <w:pPr>
        <w:keepNext/>
        <w:spacing w:before="120"/>
      </w:pPr>
      <w:r>
        <w:t>2. 👧  She ______________ my friend.</w:t>
      </w:r>
    </w:p>
    <w:p>
      <w:pPr>
        <w:keepNext/>
        <w:spacing w:before="120"/>
      </w:pPr>
      <w:r>
        <w:t>3. 🏫  We ______________ at school.</w:t>
      </w:r>
    </w:p>
    <w:p>
      <w:pPr>
        <w:keepNext/>
        <w:spacing w:before="120"/>
      </w:pPr>
      <w:r>
        <w:t>4. 🧑‍🎓  He ______________ a student.</w:t>
      </w:r>
    </w:p>
    <w:p>
      <w:pPr>
        <w:pStyle w:val="Heading2"/>
      </w:pPr>
      <w:r>
        <w:t>2. Personal pronouns</w:t>
      </w:r>
    </w:p>
    <w:p>
      <w:r>
        <w:rPr>
          <w:i/>
        </w:rPr>
        <w:t>Escolha o pronome certo. (Choose the correct pronoun.)</w:t>
      </w:r>
    </w:p>
    <w:p>
      <w:pPr>
        <w:keepNext/>
        <w:spacing w:before="120"/>
      </w:pPr>
      <w:r>
        <w:t>1. 🎒  ___ am a student.</w:t>
      </w:r>
    </w:p>
    <w:p>
      <w:pPr>
        <w:spacing w:after="0"/>
        <w:ind w:left="454"/>
      </w:pPr>
      <w:r>
        <w:t>(   ) a) She</w:t>
      </w:r>
    </w:p>
    <w:p>
      <w:pPr>
        <w:spacing w:after="0"/>
        <w:ind w:left="454"/>
      </w:pPr>
      <w:r>
        <w:t>(   ) b) I</w:t>
      </w:r>
    </w:p>
    <w:p>
      <w:pPr>
        <w:keepNext/>
        <w:spacing w:before="120"/>
      </w:pPr>
      <w:r>
        <w:t>2. 👦  ___ is my brother.</w:t>
      </w:r>
    </w:p>
    <w:p>
      <w:pPr>
        <w:spacing w:after="0"/>
        <w:ind w:left="454"/>
      </w:pPr>
      <w:r>
        <w:t>(   ) a) He</w:t>
      </w:r>
    </w:p>
    <w:p>
      <w:pPr>
        <w:spacing w:after="0"/>
        <w:ind w:left="454"/>
      </w:pPr>
      <w:r>
        <w:t>(   ) b) They</w:t>
      </w:r>
    </w:p>
    <w:p>
      <w:pPr>
        <w:keepNext/>
        <w:spacing w:before="120"/>
      </w:pPr>
      <w:r>
        <w:t>3. 👫  ___ are friends.</w:t>
      </w:r>
    </w:p>
    <w:p>
      <w:pPr>
        <w:spacing w:after="0"/>
        <w:ind w:left="454"/>
      </w:pPr>
      <w:r>
        <w:t>(   ) a) It</w:t>
      </w:r>
    </w:p>
    <w:p>
      <w:pPr>
        <w:spacing w:after="0"/>
        <w:ind w:left="454"/>
      </w:pPr>
      <w:r>
        <w:t>(   ) b) We</w:t>
      </w:r>
    </w:p>
    <w:p>
      <w:pPr>
        <w:keepNext/>
        <w:spacing w:before="120"/>
      </w:pPr>
      <w:r>
        <w:t>4. 👩‍🏫  ___ are my teacher.</w:t>
      </w:r>
    </w:p>
    <w:p>
      <w:pPr>
        <w:spacing w:after="0"/>
        <w:ind w:left="454"/>
      </w:pPr>
      <w:r>
        <w:t>(   ) a) You</w:t>
      </w:r>
    </w:p>
    <w:p>
      <w:pPr>
        <w:spacing w:after="0"/>
        <w:ind w:left="454"/>
      </w:pPr>
      <w:r>
        <w:t>(   ) b) She</w:t>
      </w:r>
    </w:p>
    <w:p>
      <w:pPr>
        <w:pStyle w:val="Heading2"/>
      </w:pPr>
      <w:r>
        <w:t>3. a or an?</w:t>
      </w:r>
    </w:p>
    <w:p>
      <w:r>
        <w:rPr>
          <w:i/>
        </w:rPr>
        <w:t>Escolha a ou an. (Choose a or an.)</w:t>
      </w:r>
    </w:p>
    <w:p>
      <w:pPr>
        <w:keepNext/>
        <w:spacing w:before="120"/>
      </w:pPr>
      <w:r>
        <w:t>1. 🍎  ___ apple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an</w:t>
      </w:r>
    </w:p>
    <w:p>
      <w:pPr>
        <w:keepNext/>
        <w:spacing w:before="120"/>
      </w:pPr>
      <w:r>
        <w:t>2. 🐶  ___ dog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an</w:t>
      </w:r>
    </w:p>
    <w:p>
      <w:pPr>
        <w:keepNext/>
        <w:spacing w:before="120"/>
      </w:pPr>
      <w:r>
        <w:t>3. 🍊  ___ orange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an</w:t>
      </w:r>
    </w:p>
    <w:p>
      <w:pPr>
        <w:keepNext/>
        <w:spacing w:before="120"/>
      </w:pPr>
      <w:r>
        <w:t>4. 📘  ___ book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an</w:t>
      </w:r>
    </w:p>
    <w:p>
      <w:pPr>
        <w:pStyle w:val="Heading2"/>
      </w:pPr>
      <w:r>
        <w:t>4. This or that?</w:t>
      </w:r>
    </w:p>
    <w:p>
      <w:r>
        <w:rPr>
          <w:i/>
        </w:rPr>
        <w:t>Perto = this, longe = that. Escolha a palavra certa. (Choose this or that.)</w:t>
      </w:r>
    </w:p>
    <w:p>
      <w:pPr>
        <w:keepNext/>
        <w:spacing w:before="120"/>
      </w:pPr>
      <w:r>
        <w:t>1. ✏️  ___ is my pencil. (near / perto)</w:t>
      </w:r>
    </w:p>
    <w:p>
      <w:pPr>
        <w:spacing w:after="0"/>
        <w:ind w:left="454"/>
      </w:pPr>
      <w:r>
        <w:t>(   ) a) This</w:t>
      </w:r>
    </w:p>
    <w:p>
      <w:pPr>
        <w:spacing w:after="0"/>
        <w:ind w:left="454"/>
      </w:pPr>
      <w:r>
        <w:t>(   ) b) That</w:t>
      </w:r>
    </w:p>
    <w:p>
      <w:pPr>
        <w:keepNext/>
        <w:spacing w:before="120"/>
      </w:pPr>
      <w:r>
        <w:t>2. 🏫  ___ is my school. (far / longe)</w:t>
      </w:r>
    </w:p>
    <w:p>
      <w:pPr>
        <w:spacing w:after="0"/>
        <w:ind w:left="454"/>
      </w:pPr>
      <w:r>
        <w:t>(   ) a) This</w:t>
      </w:r>
    </w:p>
    <w:p>
      <w:pPr>
        <w:spacing w:after="0"/>
        <w:ind w:left="454"/>
      </w:pPr>
      <w:r>
        <w:t>(   ) b) That</w:t>
      </w:r>
    </w:p>
    <w:p>
      <w:pPr>
        <w:keepNext/>
        <w:spacing w:before="120"/>
      </w:pPr>
      <w:r>
        <w:t>3. 🐱  ___ is a cat. (near / perto)</w:t>
      </w:r>
    </w:p>
    <w:p>
      <w:pPr>
        <w:spacing w:after="0"/>
        <w:ind w:left="454"/>
      </w:pPr>
      <w:r>
        <w:t>(   ) a) This</w:t>
      </w:r>
    </w:p>
    <w:p>
      <w:pPr>
        <w:spacing w:after="0"/>
        <w:ind w:left="454"/>
      </w:pPr>
      <w:r>
        <w:t>(   ) b) That</w:t>
      </w:r>
    </w:p>
    <w:p>
      <w:pPr>
        <w:keepNext/>
        <w:spacing w:before="120"/>
      </w:pPr>
      <w:r>
        <w:t>4. 🚗  ___ is a car. (far / longe)</w:t>
      </w:r>
    </w:p>
    <w:p>
      <w:pPr>
        <w:spacing w:after="0"/>
        <w:ind w:left="454"/>
      </w:pPr>
      <w:r>
        <w:t>(   ) a) This</w:t>
      </w:r>
    </w:p>
    <w:p>
      <w:pPr>
        <w:spacing w:after="0"/>
        <w:ind w:left="454"/>
      </w:pPr>
      <w:r>
        <w:t>(   ) b) That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Verb to be</w:t>
      </w:r>
    </w:p>
    <w:p>
      <w:pPr>
        <w:spacing w:after="0"/>
      </w:pPr>
      <w:r>
        <w:t>1) am</w:t>
      </w:r>
    </w:p>
    <w:p>
      <w:pPr>
        <w:spacing w:after="0"/>
      </w:pPr>
      <w:r>
        <w:t>2) is</w:t>
      </w:r>
    </w:p>
    <w:p>
      <w:pPr>
        <w:spacing w:after="0"/>
      </w:pPr>
      <w:r>
        <w:t>3) are</w:t>
      </w:r>
    </w:p>
    <w:p>
      <w:pPr>
        <w:spacing w:after="0"/>
      </w:pPr>
      <w:r>
        <w:t>4) is</w:t>
      </w:r>
    </w:p>
    <w:p>
      <w:r>
        <w:rPr>
          <w:b/>
        </w:rPr>
        <w:t>2. Personal pronouns</w:t>
      </w:r>
    </w:p>
    <w:p>
      <w:pPr>
        <w:spacing w:after="0"/>
      </w:pPr>
      <w:r>
        <w:t>1) b) I</w:t>
      </w:r>
    </w:p>
    <w:p>
      <w:pPr>
        <w:spacing w:after="0"/>
      </w:pPr>
      <w:r>
        <w:t>2) a) He</w:t>
      </w:r>
    </w:p>
    <w:p>
      <w:pPr>
        <w:spacing w:after="0"/>
      </w:pPr>
      <w:r>
        <w:t>3) b) We</w:t>
      </w:r>
    </w:p>
    <w:p>
      <w:pPr>
        <w:spacing w:after="0"/>
      </w:pPr>
      <w:r>
        <w:t>4) a) You</w:t>
      </w:r>
    </w:p>
    <w:p>
      <w:r>
        <w:rPr>
          <w:b/>
        </w:rPr>
        <w:t>3. a or an?</w:t>
      </w:r>
    </w:p>
    <w:p>
      <w:pPr>
        <w:spacing w:after="0"/>
      </w:pPr>
      <w:r>
        <w:t>1) b) an</w:t>
      </w:r>
    </w:p>
    <w:p>
      <w:pPr>
        <w:spacing w:after="0"/>
      </w:pPr>
      <w:r>
        <w:t>2) a) a</w:t>
      </w:r>
    </w:p>
    <w:p>
      <w:pPr>
        <w:spacing w:after="0"/>
      </w:pPr>
      <w:r>
        <w:t>3) b) an</w:t>
      </w:r>
    </w:p>
    <w:p>
      <w:pPr>
        <w:spacing w:after="0"/>
      </w:pPr>
      <w:r>
        <w:t>4) a) a</w:t>
      </w:r>
    </w:p>
    <w:p>
      <w:r>
        <w:rPr>
          <w:b/>
        </w:rPr>
        <w:t>4. This or that?</w:t>
      </w:r>
    </w:p>
    <w:p>
      <w:pPr>
        <w:spacing w:after="0"/>
      </w:pPr>
      <w:r>
        <w:t>1) a) This</w:t>
      </w:r>
    </w:p>
    <w:p>
      <w:pPr>
        <w:spacing w:after="0"/>
      </w:pPr>
      <w:r>
        <w:t>2) b) That</w:t>
      </w:r>
    </w:p>
    <w:p>
      <w:pPr>
        <w:spacing w:after="0"/>
      </w:pPr>
      <w:r>
        <w:t>3) a) This</w:t>
      </w:r>
    </w:p>
    <w:p>
      <w:pPr>
        <w:spacing w:after="0"/>
      </w:pPr>
      <w:r>
        <w:t>4) b) That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2026-02-11T00:00:00Z</dcterms:created>
  <dcterms:modified xsi:type="dcterms:W3CDTF">2026-02-11T00:00:00Z</dcterms:modified>
  <cp:category/>
</cp:coreProperties>
</file>