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Back to school: objetos da escola e All about me</w:t>
      </w:r>
    </w:p>
    <w:p>
      <w:r>
        <w:rPr>
          <w:color w:val="6B6B6B"/>
          <w:sz w:val="18"/>
        </w:rPr>
        <w:t>5 anos · School objects (escola)</w:t>
      </w:r>
    </w:p>
    <w:p>
      <w:pPr>
        <w:pStyle w:val="Heading2"/>
      </w:pPr>
      <w:r>
        <w:t>1. School scavenger hunt</w:t>
      </w:r>
    </w:p>
    <w:p>
      <w:r>
        <w:rPr>
          <w:i/>
        </w:rPr>
        <w:t>Olhe a figura e escolha o nome do objeto. (Look and choose.)</w:t>
      </w:r>
    </w:p>
    <w:p>
      <w:pPr>
        <w:keepNext/>
        <w:spacing w:before="120"/>
      </w:pPr>
      <w:r>
        <w:t>1. 🖍️  What is it?</w:t>
      </w:r>
    </w:p>
    <w:p>
      <w:pPr>
        <w:spacing w:after="0"/>
        <w:ind w:left="454"/>
      </w:pPr>
      <w:r>
        <w:t>(   ) a) a crayon</w:t>
      </w:r>
    </w:p>
    <w:p>
      <w:pPr>
        <w:spacing w:after="0"/>
        <w:ind w:left="454"/>
      </w:pPr>
      <w:r>
        <w:t>(   ) b) a clock</w:t>
      </w:r>
    </w:p>
    <w:p>
      <w:pPr>
        <w:keepNext/>
        <w:spacing w:before="120"/>
      </w:pPr>
      <w:r>
        <w:t>2. 🎒  What is it?</w:t>
      </w:r>
    </w:p>
    <w:p>
      <w:pPr>
        <w:spacing w:after="0"/>
        <w:ind w:left="454"/>
      </w:pPr>
      <w:r>
        <w:t>(   ) a) a plant</w:t>
      </w:r>
    </w:p>
    <w:p>
      <w:pPr>
        <w:spacing w:after="0"/>
        <w:ind w:left="454"/>
      </w:pPr>
      <w:r>
        <w:t>(   ) b) a backpack</w:t>
      </w:r>
    </w:p>
    <w:p>
      <w:pPr>
        <w:keepNext/>
        <w:spacing w:before="120"/>
      </w:pPr>
      <w:r>
        <w:t>3. 🕒  What is it?</w:t>
      </w:r>
    </w:p>
    <w:p>
      <w:pPr>
        <w:spacing w:after="0"/>
        <w:ind w:left="454"/>
      </w:pPr>
      <w:r>
        <w:t>(   ) a) a clock</w:t>
      </w:r>
    </w:p>
    <w:p>
      <w:pPr>
        <w:spacing w:after="0"/>
        <w:ind w:left="454"/>
      </w:pPr>
      <w:r>
        <w:t>(   ) b) a ruler</w:t>
      </w:r>
    </w:p>
    <w:p>
      <w:pPr>
        <w:keepNext/>
        <w:spacing w:before="120"/>
      </w:pPr>
      <w:r>
        <w:t>4. 📏  What is it?</w:t>
      </w:r>
    </w:p>
    <w:p>
      <w:pPr>
        <w:spacing w:after="0"/>
        <w:ind w:left="454"/>
      </w:pPr>
      <w:r>
        <w:t>(   ) a) a globe</w:t>
      </w:r>
    </w:p>
    <w:p>
      <w:pPr>
        <w:spacing w:after="0"/>
        <w:ind w:left="454"/>
      </w:pPr>
      <w:r>
        <w:t>(   ) b) a ruler</w:t>
      </w:r>
    </w:p>
    <w:p>
      <w:pPr>
        <w:keepNext/>
        <w:spacing w:before="120"/>
      </w:pPr>
      <w:r>
        <w:t>5. 🌍  What is it?</w:t>
      </w:r>
    </w:p>
    <w:p>
      <w:pPr>
        <w:spacing w:after="0"/>
        <w:ind w:left="454"/>
      </w:pPr>
      <w:r>
        <w:t>(   ) a) a globe</w:t>
      </w:r>
    </w:p>
    <w:p>
      <w:pPr>
        <w:spacing w:after="0"/>
        <w:ind w:left="454"/>
      </w:pPr>
      <w:r>
        <w:t>(   ) b) a lunchbox</w:t>
      </w:r>
    </w:p>
    <w:p>
      <w:pPr>
        <w:keepNext/>
        <w:spacing w:before="120"/>
      </w:pPr>
      <w:r>
        <w:t>6. 💻  What is it?</w:t>
      </w:r>
    </w:p>
    <w:p>
      <w:pPr>
        <w:spacing w:after="0"/>
        <w:ind w:left="454"/>
      </w:pPr>
      <w:r>
        <w:t>(   ) a) a stapler</w:t>
      </w:r>
    </w:p>
    <w:p>
      <w:pPr>
        <w:spacing w:after="0"/>
        <w:ind w:left="454"/>
      </w:pPr>
      <w:r>
        <w:t>(   ) b) a laptop</w:t>
      </w:r>
    </w:p>
    <w:p>
      <w:pPr>
        <w:keepNext/>
        <w:spacing w:before="120"/>
      </w:pPr>
      <w:r>
        <w:t>7. 🔬  What is it?</w:t>
      </w:r>
    </w:p>
    <w:p>
      <w:pPr>
        <w:spacing w:after="0"/>
        <w:ind w:left="454"/>
      </w:pPr>
      <w:r>
        <w:t>(   ) a) a microscope</w:t>
      </w:r>
    </w:p>
    <w:p>
      <w:pPr>
        <w:spacing w:after="0"/>
        <w:ind w:left="454"/>
      </w:pPr>
      <w:r>
        <w:t>(   ) b) a crayon</w:t>
      </w:r>
    </w:p>
    <w:p>
      <w:pPr>
        <w:keepNext/>
        <w:spacing w:before="120"/>
      </w:pPr>
      <w:r>
        <w:t>8. 🪴  What is it?</w:t>
      </w:r>
    </w:p>
    <w:p>
      <w:pPr>
        <w:spacing w:after="0"/>
        <w:ind w:left="454"/>
      </w:pPr>
      <w:r>
        <w:t>(   ) a) a backpack</w:t>
      </w:r>
    </w:p>
    <w:p>
      <w:pPr>
        <w:spacing w:after="0"/>
        <w:ind w:left="454"/>
      </w:pPr>
      <w:r>
        <w:t>(   ) b) a plant</w:t>
      </w:r>
    </w:p>
    <w:p>
      <w:pPr>
        <w:pStyle w:val="Heading2"/>
      </w:pPr>
      <w:r>
        <w:t>2. All about me</w:t>
      </w:r>
    </w:p>
    <w:p>
      <w:r>
        <w:rPr>
          <w:i/>
        </w:rPr>
        <w:t>Escolha a palavra que completa a frase. (Complete the sentence.)</w:t>
      </w:r>
    </w:p>
    <w:p>
      <w:r>
        <w:rPr>
          <w:b/>
        </w:rPr>
        <w:t>Word bank:  name  |  years  |  like  |  live</w:t>
      </w:r>
    </w:p>
    <w:p>
      <w:pPr>
        <w:keepNext/>
        <w:spacing w:before="120"/>
      </w:pPr>
      <w:r>
        <w:t>1. 👋  Hello! My ______________ is Ana.</w:t>
      </w:r>
    </w:p>
    <w:p>
      <w:pPr>
        <w:keepNext/>
        <w:spacing w:before="120"/>
      </w:pPr>
      <w:r>
        <w:t>2. 🎂  I am five ______________ old.</w:t>
      </w:r>
    </w:p>
    <w:p>
      <w:pPr>
        <w:keepNext/>
        <w:spacing w:before="120"/>
      </w:pPr>
      <w:r>
        <w:t>3. 🍦  I ______________ ice cream.</w:t>
      </w:r>
    </w:p>
    <w:p>
      <w:pPr>
        <w:keepNext/>
        <w:spacing w:before="120"/>
      </w:pPr>
      <w:r>
        <w:t>4. 🏠  I ______________ in Brazil.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School scavenger hunt</w:t>
      </w:r>
    </w:p>
    <w:p>
      <w:pPr>
        <w:spacing w:after="0"/>
      </w:pPr>
      <w:r>
        <w:t>1) a) a crayon</w:t>
      </w:r>
    </w:p>
    <w:p>
      <w:pPr>
        <w:spacing w:after="0"/>
      </w:pPr>
      <w:r>
        <w:t>2) b) a backpack</w:t>
      </w:r>
    </w:p>
    <w:p>
      <w:pPr>
        <w:spacing w:after="0"/>
      </w:pPr>
      <w:r>
        <w:t>3) a) a clock</w:t>
      </w:r>
    </w:p>
    <w:p>
      <w:pPr>
        <w:spacing w:after="0"/>
      </w:pPr>
      <w:r>
        <w:t>4) b) a ruler</w:t>
      </w:r>
    </w:p>
    <w:p>
      <w:pPr>
        <w:spacing w:after="0"/>
      </w:pPr>
      <w:r>
        <w:t>5) a) a globe</w:t>
      </w:r>
    </w:p>
    <w:p>
      <w:pPr>
        <w:spacing w:after="0"/>
      </w:pPr>
      <w:r>
        <w:t>6) b) a laptop</w:t>
      </w:r>
    </w:p>
    <w:p>
      <w:pPr>
        <w:spacing w:after="0"/>
      </w:pPr>
      <w:r>
        <w:t>7) a) a microscope</w:t>
      </w:r>
    </w:p>
    <w:p>
      <w:pPr>
        <w:spacing w:after="0"/>
      </w:pPr>
      <w:r>
        <w:t>8) b) a plant</w:t>
      </w:r>
    </w:p>
    <w:p>
      <w:r>
        <w:rPr>
          <w:b/>
        </w:rPr>
        <w:t>2. All about me</w:t>
      </w:r>
    </w:p>
    <w:p>
      <w:pPr>
        <w:spacing w:after="0"/>
      </w:pPr>
      <w:r>
        <w:t>1) name</w:t>
      </w:r>
    </w:p>
    <w:p>
      <w:pPr>
        <w:spacing w:after="0"/>
      </w:pPr>
      <w:r>
        <w:t>2) years</w:t>
      </w:r>
    </w:p>
    <w:p>
      <w:pPr>
        <w:spacing w:after="0"/>
      </w:pPr>
      <w:r>
        <w:t>3) like</w:t>
      </w:r>
    </w:p>
    <w:p>
      <w:pPr>
        <w:spacing w:after="0"/>
      </w:pPr>
      <w:r>
        <w:t>4) live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