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Animals and sounds</w:t>
      </w:r>
    </w:p>
    <w:p>
      <w:r>
        <w:rPr>
          <w:color w:val="6B6B6B"/>
          <w:sz w:val="18"/>
        </w:rPr>
        <w:t>4 anos e 5 anos · Animals (animais)</w:t>
      </w:r>
    </w:p>
    <w:p>
      <w:pPr>
        <w:pStyle w:val="Heading2"/>
      </w:pPr>
      <w:r>
        <w:t>1. Who says that?</w:t>
      </w:r>
    </w:p>
    <w:p>
      <w:r>
        <w:rPr>
          <w:i/>
        </w:rPr>
        <w:t>Ouça o som (a professora imita) e escolha o animal. (Listen and choose the animal.)</w:t>
      </w:r>
    </w:p>
    <w:p>
      <w:pPr>
        <w:keepNext/>
        <w:spacing w:before="120"/>
      </w:pPr>
      <w:r>
        <w:t>1. 🔊  "Woof, woof!"</w:t>
      </w:r>
    </w:p>
    <w:p>
      <w:pPr>
        <w:spacing w:after="0"/>
        <w:ind w:left="454"/>
      </w:pPr>
      <w:r>
        <w:t>(   ) a) cat</w:t>
      </w:r>
    </w:p>
    <w:p>
      <w:pPr>
        <w:spacing w:after="0"/>
        <w:ind w:left="454"/>
      </w:pPr>
      <w:r>
        <w:t>(   ) b) dog</w:t>
      </w:r>
    </w:p>
    <w:p>
      <w:pPr>
        <w:keepNext/>
        <w:spacing w:before="120"/>
      </w:pPr>
      <w:r>
        <w:t>2. 🔊  "Meow!"</w:t>
      </w:r>
    </w:p>
    <w:p>
      <w:pPr>
        <w:spacing w:after="0"/>
        <w:ind w:left="454"/>
      </w:pPr>
      <w:r>
        <w:t>(   ) a) cat</w:t>
      </w:r>
    </w:p>
    <w:p>
      <w:pPr>
        <w:spacing w:after="0"/>
        <w:ind w:left="454"/>
      </w:pPr>
      <w:r>
        <w:t>(   ) b) cow</w:t>
      </w:r>
    </w:p>
    <w:p>
      <w:pPr>
        <w:keepNext/>
        <w:spacing w:before="120"/>
      </w:pPr>
      <w:r>
        <w:t>3. 🔊  "Moo!"</w:t>
      </w:r>
    </w:p>
    <w:p>
      <w:pPr>
        <w:spacing w:after="0"/>
        <w:ind w:left="454"/>
      </w:pPr>
      <w:r>
        <w:t>(   ) a) duck</w:t>
      </w:r>
    </w:p>
    <w:p>
      <w:pPr>
        <w:spacing w:after="0"/>
        <w:ind w:left="454"/>
      </w:pPr>
      <w:r>
        <w:t>(   ) b) cow</w:t>
      </w:r>
    </w:p>
    <w:p>
      <w:pPr>
        <w:spacing w:after="0"/>
        <w:ind w:left="454"/>
      </w:pPr>
      <w:r>
        <w:t>(   ) c) dog</w:t>
      </w:r>
    </w:p>
    <w:p>
      <w:pPr>
        <w:keepNext/>
        <w:spacing w:before="120"/>
      </w:pPr>
      <w:r>
        <w:t>4. 🔊  "Quack, quack!"</w:t>
      </w:r>
    </w:p>
    <w:p>
      <w:pPr>
        <w:spacing w:after="0"/>
        <w:ind w:left="454"/>
      </w:pPr>
      <w:r>
        <w:t>(   ) a) duck</w:t>
      </w:r>
    </w:p>
    <w:p>
      <w:pPr>
        <w:spacing w:after="0"/>
        <w:ind w:left="454"/>
      </w:pPr>
      <w:r>
        <w:t>(   ) b) pig</w:t>
      </w:r>
    </w:p>
    <w:p>
      <w:pPr>
        <w:keepNext/>
        <w:spacing w:before="120"/>
      </w:pPr>
      <w:r>
        <w:t>5. 🔊  "Oink, oink!"</w:t>
      </w:r>
    </w:p>
    <w:p>
      <w:pPr>
        <w:spacing w:after="0"/>
        <w:ind w:left="454"/>
      </w:pPr>
      <w:r>
        <w:t>(   ) a) sheep</w:t>
      </w:r>
    </w:p>
    <w:p>
      <w:pPr>
        <w:spacing w:after="0"/>
        <w:ind w:left="454"/>
      </w:pPr>
      <w:r>
        <w:t>(   ) b) cat</w:t>
      </w:r>
    </w:p>
    <w:p>
      <w:pPr>
        <w:spacing w:after="0"/>
        <w:ind w:left="454"/>
      </w:pPr>
      <w:r>
        <w:t>(   ) c) pig</w:t>
      </w:r>
    </w:p>
    <w:p>
      <w:pPr>
        <w:keepNext/>
        <w:spacing w:before="120"/>
      </w:pPr>
      <w:r>
        <w:t>6. 🔊  "Baa, baa!"</w:t>
      </w:r>
    </w:p>
    <w:p>
      <w:pPr>
        <w:spacing w:after="0"/>
        <w:ind w:left="454"/>
      </w:pPr>
      <w:r>
        <w:t>(   ) a) dog</w:t>
      </w:r>
    </w:p>
    <w:p>
      <w:pPr>
        <w:spacing w:after="0"/>
        <w:ind w:left="454"/>
      </w:pPr>
      <w:r>
        <w:t>(   ) b) sheep</w:t>
      </w:r>
    </w:p>
    <w:p>
      <w:pPr>
        <w:pStyle w:val="Heading2"/>
      </w:pPr>
      <w:r>
        <w:t>2. What animal is it?</w:t>
      </w:r>
    </w:p>
    <w:p>
      <w:r>
        <w:rPr>
          <w:i/>
        </w:rPr>
        <w:t>Olhe a figura e escolha o nome do animal. (Look and choose.)</w:t>
      </w:r>
    </w:p>
    <w:p>
      <w:pPr>
        <w:keepNext/>
        <w:spacing w:before="120"/>
      </w:pPr>
      <w:r>
        <w:t>1. 🐶  What animal is it?</w:t>
      </w:r>
    </w:p>
    <w:p>
      <w:pPr>
        <w:spacing w:after="0"/>
        <w:ind w:left="454"/>
      </w:pPr>
      <w:r>
        <w:t>(   ) a) dog</w:t>
      </w:r>
    </w:p>
    <w:p>
      <w:pPr>
        <w:spacing w:after="0"/>
        <w:ind w:left="454"/>
      </w:pPr>
      <w:r>
        <w:t>(   ) b) duck</w:t>
      </w:r>
    </w:p>
    <w:p>
      <w:pPr>
        <w:keepNext/>
        <w:spacing w:before="120"/>
      </w:pPr>
      <w:r>
        <w:t>2. 🐱  What animal is it?</w:t>
      </w:r>
    </w:p>
    <w:p>
      <w:pPr>
        <w:spacing w:after="0"/>
        <w:ind w:left="454"/>
      </w:pPr>
      <w:r>
        <w:t>(   ) a) pig</w:t>
      </w:r>
    </w:p>
    <w:p>
      <w:pPr>
        <w:spacing w:after="0"/>
        <w:ind w:left="454"/>
      </w:pPr>
      <w:r>
        <w:t>(   ) b) cat</w:t>
      </w:r>
    </w:p>
    <w:p>
      <w:pPr>
        <w:keepNext/>
        <w:spacing w:before="120"/>
      </w:pPr>
      <w:r>
        <w:t>3. 🐮  What animal is it?</w:t>
      </w:r>
    </w:p>
    <w:p>
      <w:pPr>
        <w:spacing w:after="0"/>
        <w:ind w:left="454"/>
      </w:pPr>
      <w:r>
        <w:t>(   ) a) sheep</w:t>
      </w:r>
    </w:p>
    <w:p>
      <w:pPr>
        <w:spacing w:after="0"/>
        <w:ind w:left="454"/>
      </w:pPr>
      <w:r>
        <w:t>(   ) b) dog</w:t>
      </w:r>
    </w:p>
    <w:p>
      <w:pPr>
        <w:spacing w:after="0"/>
        <w:ind w:left="454"/>
      </w:pPr>
      <w:r>
        <w:t>(   ) c) cow</w:t>
      </w:r>
    </w:p>
    <w:p>
      <w:pPr>
        <w:keepNext/>
        <w:spacing w:before="120"/>
      </w:pPr>
      <w:r>
        <w:t>4. 🦆  What animal is it?</w:t>
      </w:r>
    </w:p>
    <w:p>
      <w:pPr>
        <w:spacing w:after="0"/>
        <w:ind w:left="454"/>
      </w:pPr>
      <w:r>
        <w:t>(   ) a) duck</w:t>
      </w:r>
    </w:p>
    <w:p>
      <w:pPr>
        <w:spacing w:after="0"/>
        <w:ind w:left="454"/>
      </w:pPr>
      <w:r>
        <w:t>(   ) b) cow</w:t>
      </w:r>
    </w:p>
    <w:p>
      <w:pPr>
        <w:pStyle w:val="Heading2"/>
      </w:pPr>
      <w:r>
        <w:t>3. Yes or no?</w:t>
      </w:r>
    </w:p>
    <w:p>
      <w:r>
        <w:rPr>
          <w:i/>
        </w:rPr>
        <w:t>Olhe a figura e ouça a frase. Está certo? (Yes = sim / No = não)</w:t>
      </w:r>
    </w:p>
    <w:p>
      <w:pPr>
        <w:keepNext/>
        <w:spacing w:before="120"/>
      </w:pPr>
      <w:r>
        <w:t>1. 🐶  The dog says "woof".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🐱  The cat says "moo".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🦆  The duck says "quack".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🐷  The pig says "meow".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Who says that?</w:t>
      </w:r>
    </w:p>
    <w:p>
      <w:pPr>
        <w:spacing w:after="0"/>
      </w:pPr>
      <w:r>
        <w:t>1) b) dog</w:t>
      </w:r>
    </w:p>
    <w:p>
      <w:pPr>
        <w:spacing w:after="0"/>
      </w:pPr>
      <w:r>
        <w:t>2) a) cat</w:t>
      </w:r>
    </w:p>
    <w:p>
      <w:pPr>
        <w:spacing w:after="0"/>
      </w:pPr>
      <w:r>
        <w:t>3) b) cow</w:t>
      </w:r>
    </w:p>
    <w:p>
      <w:pPr>
        <w:spacing w:after="0"/>
      </w:pPr>
      <w:r>
        <w:t>4) a) duck</w:t>
      </w:r>
    </w:p>
    <w:p>
      <w:pPr>
        <w:spacing w:after="0"/>
      </w:pPr>
      <w:r>
        <w:t>5) c) pig</w:t>
      </w:r>
    </w:p>
    <w:p>
      <w:pPr>
        <w:spacing w:after="0"/>
      </w:pPr>
      <w:r>
        <w:t>6) b) sheep</w:t>
      </w:r>
    </w:p>
    <w:p>
      <w:r>
        <w:rPr>
          <w:b/>
        </w:rPr>
        <w:t>2. What animal is it?</w:t>
      </w:r>
    </w:p>
    <w:p>
      <w:pPr>
        <w:spacing w:after="0"/>
      </w:pPr>
      <w:r>
        <w:t>1) a) dog</w:t>
      </w:r>
    </w:p>
    <w:p>
      <w:pPr>
        <w:spacing w:after="0"/>
      </w:pPr>
      <w:r>
        <w:t>2) b) cat</w:t>
      </w:r>
    </w:p>
    <w:p>
      <w:pPr>
        <w:spacing w:after="0"/>
      </w:pPr>
      <w:r>
        <w:t>3) c) cow</w:t>
      </w:r>
    </w:p>
    <w:p>
      <w:pPr>
        <w:spacing w:after="0"/>
      </w:pPr>
      <w:r>
        <w:t>4) a) duck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2025-08-29T00:00:00Z</dcterms:created>
  <dcterms:modified xsi:type="dcterms:W3CDTF">2025-08-29T00:00:00Z</dcterms:modified>
  <cp:category/>
</cp:coreProperties>
</file>