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Animal sounds: o que o bicho diz?</w:t>
      </w:r>
    </w:p>
    <w:p>
      <w:r>
        <w:rPr>
          <w:color w:val="6B6B6B"/>
          <w:sz w:val="18"/>
        </w:rPr>
        <w:t>4 anos e 5 anos · Animals (animais)</w:t>
      </w:r>
    </w:p>
    <w:p>
      <w:pPr>
        <w:pStyle w:val="Heading2"/>
      </w:pPr>
      <w:r>
        <w:t>1. Animal sounds</w:t>
      </w:r>
    </w:p>
    <w:p>
      <w:r>
        <w:rPr>
          <w:i/>
        </w:rPr>
        <w:t>Qual é o som do animal? (What sound does it make?)</w:t>
      </w:r>
    </w:p>
    <w:p>
      <w:pPr>
        <w:keepNext/>
        <w:spacing w:before="120"/>
      </w:pPr>
      <w:r>
        <w:t>1. 🐱  Cat</w:t>
      </w:r>
    </w:p>
    <w:p>
      <w:pPr>
        <w:spacing w:after="0"/>
        <w:ind w:left="454"/>
      </w:pPr>
      <w:r>
        <w:t>(   ) a) meow</w:t>
      </w:r>
    </w:p>
    <w:p>
      <w:pPr>
        <w:spacing w:after="0"/>
        <w:ind w:left="454"/>
      </w:pPr>
      <w:r>
        <w:t>(   ) b) moo</w:t>
      </w:r>
    </w:p>
    <w:p>
      <w:pPr>
        <w:keepNext/>
        <w:spacing w:before="120"/>
      </w:pPr>
      <w:r>
        <w:t>2. 🐮  Cow</w:t>
      </w:r>
    </w:p>
    <w:p>
      <w:pPr>
        <w:spacing w:after="0"/>
        <w:ind w:left="454"/>
      </w:pPr>
      <w:r>
        <w:t>(   ) a) woof</w:t>
      </w:r>
    </w:p>
    <w:p>
      <w:pPr>
        <w:spacing w:after="0"/>
        <w:ind w:left="454"/>
      </w:pPr>
      <w:r>
        <w:t>(   ) b) moo</w:t>
      </w:r>
    </w:p>
    <w:p>
      <w:pPr>
        <w:keepNext/>
        <w:spacing w:before="120"/>
      </w:pPr>
      <w:r>
        <w:t>3. 🐶  Dog</w:t>
      </w:r>
    </w:p>
    <w:p>
      <w:pPr>
        <w:spacing w:after="0"/>
        <w:ind w:left="454"/>
      </w:pPr>
      <w:r>
        <w:t>(   ) a) woof</w:t>
      </w:r>
    </w:p>
    <w:p>
      <w:pPr>
        <w:spacing w:after="0"/>
        <w:ind w:left="454"/>
      </w:pPr>
      <w:r>
        <w:t>(   ) b) quack</w:t>
      </w:r>
    </w:p>
    <w:p>
      <w:pPr>
        <w:keepNext/>
        <w:spacing w:before="120"/>
      </w:pPr>
      <w:r>
        <w:t>4. 🦆  Duck</w:t>
      </w:r>
    </w:p>
    <w:p>
      <w:pPr>
        <w:spacing w:after="0"/>
        <w:ind w:left="454"/>
      </w:pPr>
      <w:r>
        <w:t>(   ) a) meow</w:t>
      </w:r>
    </w:p>
    <w:p>
      <w:pPr>
        <w:spacing w:after="0"/>
        <w:ind w:left="454"/>
      </w:pPr>
      <w:r>
        <w:t>(   ) b) quack</w:t>
      </w:r>
    </w:p>
    <w:p>
      <w:pPr>
        <w:keepNext/>
        <w:spacing w:before="120"/>
      </w:pPr>
      <w:r>
        <w:t>5. 🐑  Sheep</w:t>
      </w:r>
    </w:p>
    <w:p>
      <w:pPr>
        <w:spacing w:after="0"/>
        <w:ind w:left="454"/>
      </w:pPr>
      <w:r>
        <w:t>(   ) a) baa</w:t>
      </w:r>
    </w:p>
    <w:p>
      <w:pPr>
        <w:spacing w:after="0"/>
        <w:ind w:left="454"/>
      </w:pPr>
      <w:r>
        <w:t>(   ) b) woof</w:t>
      </w:r>
    </w:p>
    <w:p>
      <w:pPr>
        <w:pStyle w:val="Heading2"/>
      </w:pPr>
      <w:r>
        <w:t>2. How many?</w:t>
      </w:r>
    </w:p>
    <w:p>
      <w:r>
        <w:rPr>
          <w:i/>
        </w:rPr>
        <w:t>Conte os animais e escolha o número. (Count and choose.)</w:t>
      </w:r>
    </w:p>
    <w:p>
      <w:pPr>
        <w:keepNext/>
        <w:spacing w:before="120"/>
      </w:pPr>
      <w:r>
        <w:t>1. 🐶🐶🐶  How many dogs?</w:t>
      </w:r>
    </w:p>
    <w:p>
      <w:pPr>
        <w:spacing w:after="0"/>
        <w:ind w:left="454"/>
      </w:pPr>
      <w:r>
        <w:t>(   ) a) three</w:t>
      </w:r>
    </w:p>
    <w:p>
      <w:pPr>
        <w:spacing w:after="0"/>
        <w:ind w:left="454"/>
      </w:pPr>
      <w:r>
        <w:t>(   ) b) two</w:t>
      </w:r>
    </w:p>
    <w:p>
      <w:pPr>
        <w:spacing w:after="0"/>
        <w:ind w:left="454"/>
      </w:pPr>
      <w:r>
        <w:t>(   ) c) five</w:t>
      </w:r>
    </w:p>
    <w:p>
      <w:pPr>
        <w:keepNext/>
        <w:spacing w:before="120"/>
      </w:pPr>
      <w:r>
        <w:t>2. 🐢🐢  How many turtles?</w:t>
      </w:r>
    </w:p>
    <w:p>
      <w:pPr>
        <w:spacing w:after="0"/>
        <w:ind w:left="454"/>
      </w:pPr>
      <w:r>
        <w:t>(   ) a) four</w:t>
      </w:r>
    </w:p>
    <w:p>
      <w:pPr>
        <w:spacing w:after="0"/>
        <w:ind w:left="454"/>
      </w:pPr>
      <w:r>
        <w:t>(   ) b) two</w:t>
      </w:r>
    </w:p>
    <w:p>
      <w:pPr>
        <w:spacing w:after="0"/>
        <w:ind w:left="454"/>
      </w:pPr>
      <w:r>
        <w:t>(   ) c) one</w:t>
      </w:r>
    </w:p>
    <w:p>
      <w:pPr>
        <w:keepNext/>
        <w:spacing w:before="120"/>
      </w:pPr>
      <w:r>
        <w:t>3. 🐮🐮🐮🐮  How many cows?</w:t>
      </w:r>
    </w:p>
    <w:p>
      <w:pPr>
        <w:spacing w:after="0"/>
        <w:ind w:left="454"/>
      </w:pPr>
      <w:r>
        <w:t>(   ) a) three</w:t>
      </w:r>
    </w:p>
    <w:p>
      <w:pPr>
        <w:spacing w:after="0"/>
        <w:ind w:left="454"/>
      </w:pPr>
      <w:r>
        <w:t>(   ) b) six</w:t>
      </w:r>
    </w:p>
    <w:p>
      <w:pPr>
        <w:spacing w:after="0"/>
        <w:ind w:left="454"/>
      </w:pPr>
      <w:r>
        <w:t>(   ) c) four</w:t>
      </w:r>
    </w:p>
    <w:p>
      <w:pPr>
        <w:keepNext/>
        <w:spacing w:before="120"/>
      </w:pPr>
      <w:r>
        <w:t>4. 🐥  How many chicks?</w:t>
      </w:r>
    </w:p>
    <w:p>
      <w:pPr>
        <w:spacing w:after="0"/>
        <w:ind w:left="454"/>
      </w:pPr>
      <w:r>
        <w:t>(   ) a) one</w:t>
      </w:r>
    </w:p>
    <w:p>
      <w:pPr>
        <w:spacing w:after="0"/>
        <w:ind w:left="454"/>
      </w:pPr>
      <w:r>
        <w:t>(   ) b) two</w:t>
      </w:r>
    </w:p>
    <w:p>
      <w:pPr>
        <w:spacing w:after="0"/>
        <w:ind w:left="454"/>
      </w:pPr>
      <w:r>
        <w:t>(   ) c) three</w:t>
      </w:r>
    </w:p>
    <w:p>
      <w:pPr>
        <w:keepNext/>
        <w:spacing w:before="120"/>
      </w:pPr>
      <w:r>
        <w:t>5. 🐑🐑🐑🐑🐑  How many sheep?</w:t>
      </w:r>
    </w:p>
    <w:p>
      <w:pPr>
        <w:spacing w:after="0"/>
        <w:ind w:left="454"/>
      </w:pPr>
      <w:r>
        <w:t>(   ) a) four</w:t>
      </w:r>
    </w:p>
    <w:p>
      <w:pPr>
        <w:spacing w:after="0"/>
        <w:ind w:left="454"/>
      </w:pPr>
      <w:r>
        <w:t>(   ) b) five</w:t>
      </w:r>
    </w:p>
    <w:p>
      <w:pPr>
        <w:spacing w:after="0"/>
        <w:ind w:left="454"/>
      </w:pPr>
      <w:r>
        <w:t>(   ) c) seven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Animal sounds</w:t>
      </w:r>
    </w:p>
    <w:p>
      <w:pPr>
        <w:spacing w:after="0"/>
      </w:pPr>
      <w:r>
        <w:t>1) a) meow</w:t>
      </w:r>
    </w:p>
    <w:p>
      <w:pPr>
        <w:spacing w:after="0"/>
      </w:pPr>
      <w:r>
        <w:t>2) b) moo</w:t>
      </w:r>
    </w:p>
    <w:p>
      <w:pPr>
        <w:spacing w:after="0"/>
      </w:pPr>
      <w:r>
        <w:t>3) a) woof</w:t>
      </w:r>
    </w:p>
    <w:p>
      <w:pPr>
        <w:spacing w:after="0"/>
      </w:pPr>
      <w:r>
        <w:t>4) b) quack</w:t>
      </w:r>
    </w:p>
    <w:p>
      <w:pPr>
        <w:spacing w:after="0"/>
      </w:pPr>
      <w:r>
        <w:t>5) a) baa</w:t>
      </w:r>
    </w:p>
    <w:p>
      <w:r>
        <w:rPr>
          <w:b/>
        </w:rPr>
        <w:t>2. How many?</w:t>
      </w:r>
    </w:p>
    <w:p>
      <w:pPr>
        <w:spacing w:after="0"/>
      </w:pPr>
      <w:r>
        <w:t>1) a) three</w:t>
      </w:r>
    </w:p>
    <w:p>
      <w:pPr>
        <w:spacing w:after="0"/>
      </w:pPr>
      <w:r>
        <w:t>2) b) two</w:t>
      </w:r>
    </w:p>
    <w:p>
      <w:pPr>
        <w:spacing w:after="0"/>
      </w:pPr>
      <w:r>
        <w:t>3) c) four</w:t>
      </w:r>
    </w:p>
    <w:p>
      <w:pPr>
        <w:spacing w:after="0"/>
      </w:pPr>
      <w:r>
        <w:t>4) a) one</w:t>
      </w:r>
    </w:p>
    <w:p>
      <w:pPr>
        <w:spacing w:after="0"/>
      </w:pPr>
      <w:r>
        <w:t>5) b) five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2024-03-26T00:00:00Z</dcterms:created>
  <dcterms:modified xsi:type="dcterms:W3CDTF">2024-03-26T00:00:00Z</dcterms:modified>
  <cp:category/>
</cp:coreProperties>
</file>