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Animals: bichinhos da casa e da fazenda</w:t>
      </w:r>
    </w:p>
    <w:p>
      <w:r>
        <w:rPr>
          <w:color w:val="6B6B6B"/>
          <w:sz w:val="18"/>
        </w:rPr>
        <w:t>3 anos e 4 anos · Animals (animais)</w:t>
      </w:r>
    </w:p>
    <w:p>
      <w:pPr>
        <w:pStyle w:val="Heading2"/>
      </w:pPr>
      <w:r>
        <w:t>1. What animal is it?</w:t>
      </w:r>
    </w:p>
    <w:p>
      <w:r>
        <w:rPr>
          <w:i/>
        </w:rPr>
        <w:t>Olhe o bichinho e escolha o nome. (Look and choose.)</w:t>
      </w:r>
    </w:p>
    <w:p>
      <w:pPr>
        <w:keepNext/>
        <w:spacing w:before="120"/>
      </w:pPr>
      <w:r>
        <w:t>1. 🐶  What is it?</w:t>
      </w:r>
    </w:p>
    <w:p>
      <w:pPr>
        <w:spacing w:after="0"/>
        <w:ind w:left="454"/>
      </w:pPr>
      <w:r>
        <w:t>(   ) a) dog</w:t>
      </w:r>
    </w:p>
    <w:p>
      <w:pPr>
        <w:spacing w:after="0"/>
        <w:ind w:left="454"/>
      </w:pPr>
      <w:r>
        <w:t>(   ) b) cat</w:t>
      </w:r>
    </w:p>
    <w:p>
      <w:pPr>
        <w:keepNext/>
        <w:spacing w:before="120"/>
      </w:pPr>
      <w:r>
        <w:t>2. 🐱  What is it?</w:t>
      </w:r>
    </w:p>
    <w:p>
      <w:pPr>
        <w:spacing w:after="0"/>
        <w:ind w:left="454"/>
      </w:pPr>
      <w:r>
        <w:t>(   ) a) fish</w:t>
      </w:r>
    </w:p>
    <w:p>
      <w:pPr>
        <w:spacing w:after="0"/>
        <w:ind w:left="454"/>
      </w:pPr>
      <w:r>
        <w:t>(   ) b) cat</w:t>
      </w:r>
    </w:p>
    <w:p>
      <w:pPr>
        <w:keepNext/>
        <w:spacing w:before="120"/>
      </w:pPr>
      <w:r>
        <w:t>3. 🐮  What is it?</w:t>
      </w:r>
    </w:p>
    <w:p>
      <w:pPr>
        <w:spacing w:after="0"/>
        <w:ind w:left="454"/>
      </w:pPr>
      <w:r>
        <w:t>(   ) a) cow</w:t>
      </w:r>
    </w:p>
    <w:p>
      <w:pPr>
        <w:spacing w:after="0"/>
        <w:ind w:left="454"/>
      </w:pPr>
      <w:r>
        <w:t>(   ) b) duck</w:t>
      </w:r>
    </w:p>
    <w:p>
      <w:pPr>
        <w:keepNext/>
        <w:spacing w:before="120"/>
      </w:pPr>
      <w:r>
        <w:t>4. 🐷  What is it?</w:t>
      </w:r>
    </w:p>
    <w:p>
      <w:pPr>
        <w:spacing w:after="0"/>
        <w:ind w:left="454"/>
      </w:pPr>
      <w:r>
        <w:t>(   ) a) horse</w:t>
      </w:r>
    </w:p>
    <w:p>
      <w:pPr>
        <w:spacing w:after="0"/>
        <w:ind w:left="454"/>
      </w:pPr>
      <w:r>
        <w:t>(   ) b) pig</w:t>
      </w:r>
    </w:p>
    <w:p>
      <w:pPr>
        <w:keepNext/>
        <w:spacing w:before="120"/>
      </w:pPr>
      <w:r>
        <w:t>5. 🐔  What is it?</w:t>
      </w:r>
    </w:p>
    <w:p>
      <w:pPr>
        <w:spacing w:after="0"/>
        <w:ind w:left="454"/>
      </w:pPr>
      <w:r>
        <w:t>(   ) a) chicken</w:t>
      </w:r>
    </w:p>
    <w:p>
      <w:pPr>
        <w:spacing w:after="0"/>
        <w:ind w:left="454"/>
      </w:pPr>
      <w:r>
        <w:t>(   ) b) dog</w:t>
      </w:r>
    </w:p>
    <w:p>
      <w:pPr>
        <w:keepNext/>
        <w:spacing w:before="120"/>
      </w:pPr>
      <w:r>
        <w:t>6. 🐟  What is it?</w:t>
      </w:r>
    </w:p>
    <w:p>
      <w:pPr>
        <w:spacing w:after="0"/>
        <w:ind w:left="454"/>
      </w:pPr>
      <w:r>
        <w:t>(   ) a) cat</w:t>
      </w:r>
    </w:p>
    <w:p>
      <w:pPr>
        <w:spacing w:after="0"/>
        <w:ind w:left="454"/>
      </w:pPr>
      <w:r>
        <w:t>(   ) b) fish</w:t>
      </w:r>
    </w:p>
    <w:p>
      <w:pPr>
        <w:pStyle w:val="Heading2"/>
      </w:pPr>
      <w:r>
        <w:t>2. Yes or no?</w:t>
      </w:r>
    </w:p>
    <w:p>
      <w:r>
        <w:rPr>
          <w:i/>
        </w:rPr>
        <w:t>A professora lê a frase. Está certo? (Yes = sim / No = não)</w:t>
      </w:r>
    </w:p>
    <w:p>
      <w:pPr>
        <w:keepNext/>
        <w:spacing w:before="120"/>
      </w:pPr>
      <w:r>
        <w:t>1. 🐴  It's a horse.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2. 🦆  It's a cat.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3. 🐑  It's a sheep.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4. 🐰  It's a dog.</w:t>
      </w:r>
    </w:p>
    <w:p>
      <w:pPr>
        <w:ind w:left="454"/>
      </w:pPr>
      <w:r>
        <w:t>(   ) Yes        (   ) No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What animal is it?</w:t>
      </w:r>
    </w:p>
    <w:p>
      <w:pPr>
        <w:spacing w:after="0"/>
      </w:pPr>
      <w:r>
        <w:t>1) a) dog</w:t>
      </w:r>
    </w:p>
    <w:p>
      <w:pPr>
        <w:spacing w:after="0"/>
      </w:pPr>
      <w:r>
        <w:t>2) b) cat</w:t>
      </w:r>
    </w:p>
    <w:p>
      <w:pPr>
        <w:spacing w:after="0"/>
      </w:pPr>
      <w:r>
        <w:t>3) a) cow</w:t>
      </w:r>
    </w:p>
    <w:p>
      <w:pPr>
        <w:spacing w:after="0"/>
      </w:pPr>
      <w:r>
        <w:t>4) b) pig</w:t>
      </w:r>
    </w:p>
    <w:p>
      <w:pPr>
        <w:spacing w:after="0"/>
      </w:pPr>
      <w:r>
        <w:t>5) a) chicken</w:t>
      </w:r>
    </w:p>
    <w:p>
      <w:pPr>
        <w:spacing w:after="0"/>
      </w:pPr>
      <w:r>
        <w:t>6) b) fish</w:t>
      </w:r>
    </w:p>
    <w:p>
      <w:r>
        <w:rPr>
          <w:b/>
        </w:rPr>
        <w:t>2. Yes or no?</w:t>
      </w:r>
    </w:p>
    <w:p>
      <w:pPr>
        <w:spacing w:after="0"/>
      </w:pPr>
      <w:r>
        <w:t>1) Yes</w:t>
      </w:r>
    </w:p>
    <w:p>
      <w:pPr>
        <w:spacing w:after="0"/>
      </w:pPr>
      <w:r>
        <w:t>2) No</w:t>
      </w:r>
    </w:p>
    <w:p>
      <w:pPr>
        <w:spacing w:after="0"/>
      </w:pPr>
      <w:r>
        <w:t>3) Yes</w:t>
      </w:r>
    </w:p>
    <w:p>
      <w:pPr>
        <w:spacing w:after="0"/>
      </w:pPr>
      <w:r>
        <w:t>4) No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2026-10-23T00:00:00Z</dcterms:created>
  <dcterms:modified xsi:type="dcterms:W3CDTF">2026-10-23T00:00:00Z</dcterms:modified>
  <cp:category/>
</cp:coreProperties>
</file>