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Animals: os animais e o que eles fazem</w:t>
      </w:r>
    </w:p>
    <w:p>
      <w:r>
        <w:rPr>
          <w:color w:val="6B6B6B"/>
          <w:sz w:val="18"/>
        </w:rPr>
        <w:t>2º ano e 3º ano · Animals (animais)</w:t>
      </w:r>
    </w:p>
    <w:p>
      <w:pPr>
        <w:pStyle w:val="Heading2"/>
      </w:pPr>
      <w:r>
        <w:t>1. Which animal?</w:t>
      </w:r>
    </w:p>
    <w:p>
      <w:r>
        <w:rPr>
          <w:i/>
        </w:rPr>
        <w:t>Leia a descrição e escolha o animal. (Read and choose the animal.)</w:t>
      </w:r>
    </w:p>
    <w:p>
      <w:pPr>
        <w:keepNext/>
        <w:spacing w:before="120"/>
      </w:pPr>
      <w:r>
        <w:t>1. 💧  It lives in the water and swims.</w:t>
      </w:r>
    </w:p>
    <w:p>
      <w:pPr>
        <w:spacing w:after="0"/>
        <w:ind w:left="454"/>
      </w:pPr>
      <w:r>
        <w:t>(   ) a) cow</w:t>
      </w:r>
    </w:p>
    <w:p>
      <w:pPr>
        <w:spacing w:after="0"/>
        <w:ind w:left="454"/>
      </w:pPr>
      <w:r>
        <w:t>(   ) b) fish</w:t>
      </w:r>
    </w:p>
    <w:p>
      <w:pPr>
        <w:spacing w:after="0"/>
        <w:ind w:left="454"/>
      </w:pPr>
      <w:r>
        <w:t>(   ) c) dog</w:t>
      </w:r>
    </w:p>
    <w:p>
      <w:pPr>
        <w:keepNext/>
        <w:spacing w:before="120"/>
      </w:pPr>
      <w:r>
        <w:t>2. 🥛  It says "moo" and gives us milk.</w:t>
      </w:r>
    </w:p>
    <w:p>
      <w:pPr>
        <w:spacing w:after="0"/>
        <w:ind w:left="454"/>
      </w:pPr>
      <w:r>
        <w:t>(   ) a) cow</w:t>
      </w:r>
    </w:p>
    <w:p>
      <w:pPr>
        <w:spacing w:after="0"/>
        <w:ind w:left="454"/>
      </w:pPr>
      <w:r>
        <w:t>(   ) b) cat</w:t>
      </w:r>
    </w:p>
    <w:p>
      <w:pPr>
        <w:spacing w:after="0"/>
        <w:ind w:left="454"/>
      </w:pPr>
      <w:r>
        <w:t>(   ) c) fish</w:t>
      </w:r>
    </w:p>
    <w:p>
      <w:pPr>
        <w:keepNext/>
        <w:spacing w:before="120"/>
      </w:pPr>
      <w:r>
        <w:t>3. 🦴  It barks and is a great friend.</w:t>
      </w:r>
    </w:p>
    <w:p>
      <w:pPr>
        <w:spacing w:after="0"/>
        <w:ind w:left="454"/>
      </w:pPr>
      <w:r>
        <w:t>(   ) a) cat</w:t>
      </w:r>
    </w:p>
    <w:p>
      <w:pPr>
        <w:spacing w:after="0"/>
        <w:ind w:left="454"/>
      </w:pPr>
      <w:r>
        <w:t>(   ) b) fish</w:t>
      </w:r>
    </w:p>
    <w:p>
      <w:pPr>
        <w:spacing w:after="0"/>
        <w:ind w:left="454"/>
      </w:pPr>
      <w:r>
        <w:t>(   ) c) dog</w:t>
      </w:r>
    </w:p>
    <w:p>
      <w:pPr>
        <w:keepNext/>
        <w:spacing w:before="120"/>
      </w:pPr>
      <w:r>
        <w:t>4. 😴  It says "meow" and likes to sleep.</w:t>
      </w:r>
    </w:p>
    <w:p>
      <w:pPr>
        <w:spacing w:after="0"/>
        <w:ind w:left="454"/>
      </w:pPr>
      <w:r>
        <w:t>(   ) a) cat</w:t>
      </w:r>
    </w:p>
    <w:p>
      <w:pPr>
        <w:spacing w:after="0"/>
        <w:ind w:left="454"/>
      </w:pPr>
      <w:r>
        <w:t>(   ) b) cow</w:t>
      </w:r>
    </w:p>
    <w:p>
      <w:pPr>
        <w:spacing w:after="0"/>
        <w:ind w:left="454"/>
      </w:pPr>
      <w:r>
        <w:t>(   ) c) dog</w:t>
      </w:r>
    </w:p>
    <w:p>
      <w:pPr>
        <w:pStyle w:val="Heading2"/>
      </w:pPr>
      <w:r>
        <w:t>2. Complete with the animal</w:t>
      </w:r>
    </w:p>
    <w:p>
      <w:r>
        <w:rPr>
          <w:i/>
        </w:rPr>
        <w:t>Complete com o animal certo. (Complete with the correct animal.)</w:t>
      </w:r>
    </w:p>
    <w:p>
      <w:r>
        <w:rPr>
          <w:b/>
        </w:rPr>
        <w:t>Word bank:  dog  |  cat  |  fish  |  cow  |  bird</w:t>
      </w:r>
    </w:p>
    <w:p>
      <w:pPr>
        <w:keepNext/>
        <w:spacing w:before="120"/>
      </w:pPr>
      <w:r>
        <w:t>1. 🐶  The ______________ says "woof woof".</w:t>
      </w:r>
    </w:p>
    <w:p>
      <w:pPr>
        <w:keepNext/>
        <w:spacing w:before="120"/>
      </w:pPr>
      <w:r>
        <w:t>2. 🐟  The ______________ lives in the sea and has fins.</w:t>
      </w:r>
    </w:p>
    <w:p>
      <w:pPr>
        <w:keepNext/>
        <w:spacing w:before="120"/>
      </w:pPr>
      <w:r>
        <w:t>3. 🐄  The ______________ gives us milk.</w:t>
      </w:r>
    </w:p>
    <w:p>
      <w:pPr>
        <w:keepNext/>
        <w:spacing w:before="120"/>
      </w:pPr>
      <w:r>
        <w:t>4. 🐱  The ______________ says "meow".</w:t>
      </w:r>
    </w:p>
    <w:p>
      <w:pPr>
        <w:keepNext/>
        <w:spacing w:before="120"/>
      </w:pPr>
      <w:r>
        <w:t>5. 🐦  The ______________ has wings and can fly.</w:t>
      </w:r>
    </w:p>
    <w:p>
      <w:pPr>
        <w:pStyle w:val="Heading2"/>
      </w:pPr>
      <w:r>
        <w:t>3. What does it do?</w:t>
      </w:r>
    </w:p>
    <w:p>
      <w:r>
        <w:rPr>
          <w:i/>
        </w:rPr>
        <w:t>Escolha a palavra certa. (Choose the correct word.)</w:t>
      </w:r>
    </w:p>
    <w:p>
      <w:pPr>
        <w:keepNext/>
        <w:spacing w:before="120"/>
      </w:pPr>
      <w:r>
        <w:t>1. 🐶  A dog ___.</w:t>
      </w:r>
    </w:p>
    <w:p>
      <w:pPr>
        <w:spacing w:after="0"/>
        <w:ind w:left="454"/>
      </w:pPr>
      <w:r>
        <w:t>(   ) a) barks</w:t>
      </w:r>
    </w:p>
    <w:p>
      <w:pPr>
        <w:spacing w:after="0"/>
        <w:ind w:left="454"/>
      </w:pPr>
      <w:r>
        <w:t>(   ) b) swims</w:t>
      </w:r>
    </w:p>
    <w:p>
      <w:pPr>
        <w:keepNext/>
        <w:spacing w:before="120"/>
      </w:pPr>
      <w:r>
        <w:t>2. 🐟  A fish ___.</w:t>
      </w:r>
    </w:p>
    <w:p>
      <w:pPr>
        <w:spacing w:after="0"/>
        <w:ind w:left="454"/>
      </w:pPr>
      <w:r>
        <w:t>(   ) a) flies</w:t>
      </w:r>
    </w:p>
    <w:p>
      <w:pPr>
        <w:spacing w:after="0"/>
        <w:ind w:left="454"/>
      </w:pPr>
      <w:r>
        <w:t>(   ) b) swims</w:t>
      </w:r>
    </w:p>
    <w:p>
      <w:pPr>
        <w:keepNext/>
        <w:spacing w:before="120"/>
      </w:pPr>
      <w:r>
        <w:t>3. 🐄  A cow ___.</w:t>
      </w:r>
    </w:p>
    <w:p>
      <w:pPr>
        <w:spacing w:after="0"/>
        <w:ind w:left="454"/>
      </w:pPr>
      <w:r>
        <w:t>(   ) a) gives milk</w:t>
      </w:r>
    </w:p>
    <w:p>
      <w:pPr>
        <w:spacing w:after="0"/>
        <w:ind w:left="454"/>
      </w:pPr>
      <w:r>
        <w:t>(   ) b) gives eggs</w:t>
      </w:r>
    </w:p>
    <w:p>
      <w:pPr>
        <w:keepNext/>
        <w:spacing w:before="120"/>
      </w:pPr>
      <w:r>
        <w:t>4. 🐔  A chicken ___.</w:t>
      </w:r>
    </w:p>
    <w:p>
      <w:pPr>
        <w:spacing w:after="0"/>
        <w:ind w:left="454"/>
      </w:pPr>
      <w:r>
        <w:t>(   ) a) gives milk</w:t>
      </w:r>
    </w:p>
    <w:p>
      <w:pPr>
        <w:spacing w:after="0"/>
        <w:ind w:left="454"/>
      </w:pPr>
      <w:r>
        <w:t>(   ) b) gives eggs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Which animal?</w:t>
      </w:r>
    </w:p>
    <w:p>
      <w:pPr>
        <w:spacing w:after="0"/>
      </w:pPr>
      <w:r>
        <w:t>1) b) fish</w:t>
      </w:r>
    </w:p>
    <w:p>
      <w:pPr>
        <w:spacing w:after="0"/>
      </w:pPr>
      <w:r>
        <w:t>2) a) cow</w:t>
      </w:r>
    </w:p>
    <w:p>
      <w:pPr>
        <w:spacing w:after="0"/>
      </w:pPr>
      <w:r>
        <w:t>3) c) dog</w:t>
      </w:r>
    </w:p>
    <w:p>
      <w:pPr>
        <w:spacing w:after="0"/>
      </w:pPr>
      <w:r>
        <w:t>4) a) cat</w:t>
      </w:r>
    </w:p>
    <w:p>
      <w:r>
        <w:rPr>
          <w:b/>
        </w:rPr>
        <w:t>2. Complete with the animal</w:t>
      </w:r>
    </w:p>
    <w:p>
      <w:pPr>
        <w:spacing w:after="0"/>
      </w:pPr>
      <w:r>
        <w:t>1) dog</w:t>
      </w:r>
    </w:p>
    <w:p>
      <w:pPr>
        <w:spacing w:after="0"/>
      </w:pPr>
      <w:r>
        <w:t>2) fish</w:t>
      </w:r>
    </w:p>
    <w:p>
      <w:pPr>
        <w:spacing w:after="0"/>
      </w:pPr>
      <w:r>
        <w:t>3) cow</w:t>
      </w:r>
    </w:p>
    <w:p>
      <w:pPr>
        <w:spacing w:after="0"/>
      </w:pPr>
      <w:r>
        <w:t>4) cat</w:t>
      </w:r>
    </w:p>
    <w:p>
      <w:pPr>
        <w:spacing w:after="0"/>
      </w:pPr>
      <w:r>
        <w:t>5) bird</w:t>
      </w:r>
    </w:p>
    <w:p>
      <w:r>
        <w:rPr>
          <w:b/>
        </w:rPr>
        <w:t>3. What does it do?</w:t>
      </w:r>
    </w:p>
    <w:p>
      <w:pPr>
        <w:spacing w:after="0"/>
      </w:pPr>
      <w:r>
        <w:t>1) a) barks</w:t>
      </w:r>
    </w:p>
    <w:p>
      <w:pPr>
        <w:spacing w:after="0"/>
      </w:pPr>
      <w:r>
        <w:t>2) b) swims</w:t>
      </w:r>
    </w:p>
    <w:p>
      <w:pPr>
        <w:spacing w:after="0"/>
      </w:pPr>
      <w:r>
        <w:t>3) a) gives milk</w:t>
      </w:r>
    </w:p>
    <w:p>
      <w:pPr>
        <w:spacing w:after="0"/>
      </w:pPr>
      <w:r>
        <w:t>4) b) gives eggs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2026-08-05T00:00:00Z</dcterms:created>
  <dcterms:modified xsi:type="dcterms:W3CDTF">2026-08-05T00:00:00Z</dcterms:modified>
  <cp:category/>
</cp:coreProperties>
</file>