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Match the letters: maiúsculas e minúsculas</w:t>
      </w:r>
    </w:p>
    <w:p>
      <w:r>
        <w:rPr>
          <w:color w:val="6B6B6B"/>
          <w:sz w:val="18"/>
        </w:rPr>
        <w:t>4 anos e 5 anos · Alphabet (alfabeto)</w:t>
      </w:r>
    </w:p>
    <w:p>
      <w:pPr>
        <w:pStyle w:val="Heading2"/>
      </w:pPr>
      <w:r>
        <w:t>1. Match the letters</w:t>
      </w:r>
    </w:p>
    <w:p>
      <w:r>
        <w:rPr>
          <w:i/>
        </w:rPr>
        <w:t>Encontre a letra minúscula que combina com a maiúscula. (Match the capital letter to the lowercase letter.)</w:t>
      </w:r>
    </w:p>
    <w:p>
      <w:pPr>
        <w:keepNext/>
        <w:spacing w:before="120"/>
      </w:pPr>
      <w:r>
        <w:t>1. 🔤  A</w:t>
      </w:r>
    </w:p>
    <w:p>
      <w:pPr>
        <w:spacing w:after="0"/>
        <w:ind w:left="454"/>
      </w:pPr>
      <w:r>
        <w:t>(   ) a) h</w:t>
      </w:r>
    </w:p>
    <w:p>
      <w:pPr>
        <w:spacing w:after="0"/>
        <w:ind w:left="454"/>
      </w:pPr>
      <w:r>
        <w:t>(   ) b) a</w:t>
      </w:r>
    </w:p>
    <w:p>
      <w:pPr>
        <w:spacing w:after="0"/>
        <w:ind w:left="454"/>
      </w:pPr>
      <w:r>
        <w:t>(   ) c) e</w:t>
      </w:r>
    </w:p>
    <w:p>
      <w:pPr>
        <w:keepNext/>
        <w:spacing w:before="120"/>
      </w:pPr>
      <w:r>
        <w:t>2. 🔤  B</w:t>
      </w:r>
    </w:p>
    <w:p>
      <w:pPr>
        <w:spacing w:after="0"/>
        <w:ind w:left="454"/>
      </w:pPr>
      <w:r>
        <w:t>(   ) a) b</w:t>
      </w:r>
    </w:p>
    <w:p>
      <w:pPr>
        <w:spacing w:after="0"/>
        <w:ind w:left="454"/>
      </w:pPr>
      <w:r>
        <w:t>(   ) b) d</w:t>
      </w:r>
    </w:p>
    <w:p>
      <w:pPr>
        <w:spacing w:after="0"/>
        <w:ind w:left="454"/>
      </w:pPr>
      <w:r>
        <w:t>(   ) c) g</w:t>
      </w:r>
    </w:p>
    <w:p>
      <w:pPr>
        <w:keepNext/>
        <w:spacing w:before="120"/>
      </w:pPr>
      <w:r>
        <w:t>3. 🔤  C</w:t>
      </w:r>
    </w:p>
    <w:p>
      <w:pPr>
        <w:spacing w:after="0"/>
        <w:ind w:left="454"/>
      </w:pPr>
      <w:r>
        <w:t>(   ) a) i</w:t>
      </w:r>
    </w:p>
    <w:p>
      <w:pPr>
        <w:spacing w:after="0"/>
        <w:ind w:left="454"/>
      </w:pPr>
      <w:r>
        <w:t>(   ) b) e</w:t>
      </w:r>
    </w:p>
    <w:p>
      <w:pPr>
        <w:spacing w:after="0"/>
        <w:ind w:left="454"/>
      </w:pPr>
      <w:r>
        <w:t>(   ) c) c</w:t>
      </w:r>
    </w:p>
    <w:p>
      <w:pPr>
        <w:keepNext/>
        <w:spacing w:before="120"/>
      </w:pPr>
      <w:r>
        <w:t>4. 🔤  D</w:t>
      </w:r>
    </w:p>
    <w:p>
      <w:pPr>
        <w:spacing w:after="0"/>
        <w:ind w:left="454"/>
      </w:pPr>
      <w:r>
        <w:t>(   ) a) b</w:t>
      </w:r>
    </w:p>
    <w:p>
      <w:pPr>
        <w:spacing w:after="0"/>
        <w:ind w:left="454"/>
      </w:pPr>
      <w:r>
        <w:t>(   ) b) d</w:t>
      </w:r>
    </w:p>
    <w:p>
      <w:pPr>
        <w:spacing w:after="0"/>
        <w:ind w:left="454"/>
      </w:pPr>
      <w:r>
        <w:t>(   ) c) f</w:t>
      </w:r>
    </w:p>
    <w:p>
      <w:pPr>
        <w:keepNext/>
        <w:spacing w:before="120"/>
      </w:pPr>
      <w:r>
        <w:t>5. 🔤  E</w:t>
      </w:r>
    </w:p>
    <w:p>
      <w:pPr>
        <w:spacing w:after="0"/>
        <w:ind w:left="454"/>
      </w:pPr>
      <w:r>
        <w:t>(   ) a) e</w:t>
      </w:r>
    </w:p>
    <w:p>
      <w:pPr>
        <w:spacing w:after="0"/>
        <w:ind w:left="454"/>
      </w:pPr>
      <w:r>
        <w:t>(   ) b) a</w:t>
      </w:r>
    </w:p>
    <w:p>
      <w:pPr>
        <w:spacing w:after="0"/>
        <w:ind w:left="454"/>
      </w:pPr>
      <w:r>
        <w:t>(   ) c) c</w:t>
      </w:r>
    </w:p>
    <w:p>
      <w:pPr>
        <w:keepNext/>
        <w:spacing w:before="120"/>
      </w:pPr>
      <w:r>
        <w:t>6. 🔤  F</w:t>
      </w:r>
    </w:p>
    <w:p>
      <w:pPr>
        <w:spacing w:after="0"/>
        <w:ind w:left="454"/>
      </w:pPr>
      <w:r>
        <w:t>(   ) a) h</w:t>
      </w:r>
    </w:p>
    <w:p>
      <w:pPr>
        <w:spacing w:after="0"/>
        <w:ind w:left="454"/>
      </w:pPr>
      <w:r>
        <w:t>(   ) b) i</w:t>
      </w:r>
    </w:p>
    <w:p>
      <w:pPr>
        <w:spacing w:after="0"/>
        <w:ind w:left="454"/>
      </w:pPr>
      <w:r>
        <w:t>(   ) c) f</w:t>
      </w:r>
    </w:p>
    <w:p>
      <w:pPr>
        <w:keepNext/>
        <w:spacing w:before="120"/>
      </w:pPr>
      <w:r>
        <w:t>7. 🔤  G</w:t>
      </w:r>
    </w:p>
    <w:p>
      <w:pPr>
        <w:spacing w:after="0"/>
        <w:ind w:left="454"/>
      </w:pPr>
      <w:r>
        <w:t>(   ) a) g</w:t>
      </w:r>
    </w:p>
    <w:p>
      <w:pPr>
        <w:spacing w:after="0"/>
        <w:ind w:left="454"/>
      </w:pPr>
      <w:r>
        <w:t>(   ) b) c</w:t>
      </w:r>
    </w:p>
    <w:p>
      <w:pPr>
        <w:spacing w:after="0"/>
        <w:ind w:left="454"/>
      </w:pPr>
      <w:r>
        <w:t>(   ) c) a</w:t>
      </w:r>
    </w:p>
    <w:p>
      <w:pPr>
        <w:keepNext/>
        <w:spacing w:before="120"/>
      </w:pPr>
      <w:r>
        <w:t>8. 🔤  H</w:t>
      </w:r>
    </w:p>
    <w:p>
      <w:pPr>
        <w:spacing w:after="0"/>
        <w:ind w:left="454"/>
      </w:pPr>
      <w:r>
        <w:t>(   ) a) b</w:t>
      </w:r>
    </w:p>
    <w:p>
      <w:pPr>
        <w:spacing w:after="0"/>
        <w:ind w:left="454"/>
      </w:pPr>
      <w:r>
        <w:t>(   ) b) h</w:t>
      </w:r>
    </w:p>
    <w:p>
      <w:pPr>
        <w:spacing w:after="0"/>
        <w:ind w:left="454"/>
      </w:pPr>
      <w:r>
        <w:t>(   ) c) d</w:t>
      </w:r>
    </w:p>
    <w:p>
      <w:pPr>
        <w:keepNext/>
        <w:spacing w:before="120"/>
      </w:pPr>
      <w:r>
        <w:t>9. 🔤  I</w:t>
      </w:r>
    </w:p>
    <w:p>
      <w:pPr>
        <w:spacing w:after="0"/>
        <w:ind w:left="454"/>
      </w:pPr>
      <w:r>
        <w:t>(   ) a) f</w:t>
      </w:r>
    </w:p>
    <w:p>
      <w:pPr>
        <w:spacing w:after="0"/>
        <w:ind w:left="454"/>
      </w:pPr>
      <w:r>
        <w:t>(   ) b) e</w:t>
      </w:r>
    </w:p>
    <w:p>
      <w:pPr>
        <w:spacing w:after="0"/>
        <w:ind w:left="454"/>
      </w:pPr>
      <w:r>
        <w:t>(   ) c) i</w:t>
      </w:r>
    </w:p>
    <w:p>
      <w:pPr>
        <w:pStyle w:val="Heading2"/>
      </w:pPr>
      <w:r>
        <w:t>2. I spy something blue!</w:t>
      </w:r>
    </w:p>
    <w:p>
      <w:r>
        <w:rPr>
          <w:i/>
        </w:rPr>
        <w:t>Olhe a figura. É azul? (Is it blue? Yes = sim / No = não)</w:t>
      </w:r>
    </w:p>
    <w:p>
      <w:pPr>
        <w:keepNext/>
        <w:spacing w:before="120"/>
      </w:pPr>
      <w:r>
        <w:t>1. 🐳  The whale is blue.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🍓  The strawberry is blue.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🫐  The blueberries are blue.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4. 🌻  The sunflower is blue.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5. 💧  The water drop is blue.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Match the letters</w:t>
      </w:r>
    </w:p>
    <w:p>
      <w:pPr>
        <w:spacing w:after="0"/>
      </w:pPr>
      <w:r>
        <w:t>1) b) a</w:t>
      </w:r>
    </w:p>
    <w:p>
      <w:pPr>
        <w:spacing w:after="0"/>
      </w:pPr>
      <w:r>
        <w:t>2) a) b</w:t>
      </w:r>
    </w:p>
    <w:p>
      <w:pPr>
        <w:spacing w:after="0"/>
      </w:pPr>
      <w:r>
        <w:t>3) c) c</w:t>
      </w:r>
    </w:p>
    <w:p>
      <w:pPr>
        <w:spacing w:after="0"/>
      </w:pPr>
      <w:r>
        <w:t>4) b) d</w:t>
      </w:r>
    </w:p>
    <w:p>
      <w:pPr>
        <w:spacing w:after="0"/>
      </w:pPr>
      <w:r>
        <w:t>5) a) e</w:t>
      </w:r>
    </w:p>
    <w:p>
      <w:pPr>
        <w:spacing w:after="0"/>
      </w:pPr>
      <w:r>
        <w:t>6) c) f</w:t>
      </w:r>
    </w:p>
    <w:p>
      <w:pPr>
        <w:spacing w:after="0"/>
      </w:pPr>
      <w:r>
        <w:t>7) a) g</w:t>
      </w:r>
    </w:p>
    <w:p>
      <w:pPr>
        <w:spacing w:after="0"/>
      </w:pPr>
      <w:r>
        <w:t>8) b) h</w:t>
      </w:r>
    </w:p>
    <w:p>
      <w:pPr>
        <w:spacing w:after="0"/>
      </w:pPr>
      <w:r>
        <w:t>9) c) i</w:t>
      </w:r>
    </w:p>
    <w:p>
      <w:r>
        <w:rPr>
          <w:b/>
        </w:rPr>
        <w:t>2. I spy something blue!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p>
      <w:pPr>
        <w:spacing w:after="0"/>
      </w:pPr>
      <w:r>
        <w:t>4) No</w:t>
      </w:r>
    </w:p>
    <w:p>
      <w:pPr>
        <w:spacing w:after="0"/>
      </w:pPr>
      <w:r>
        <w:t>5) Yes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