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Fruits! Frutas em inglês</w:t>
      </w:r>
    </w:p>
    <w:p>
      <w:r>
        <w:rPr>
          <w:color w:val="6B6B6B"/>
          <w:sz w:val="18"/>
        </w:rPr>
        <w:t>3 anos · Food and fruits (alimentos)</w:t>
      </w:r>
    </w:p>
    <w:p>
      <w:pPr>
        <w:pStyle w:val="Heading2"/>
      </w:pPr>
      <w:r>
        <w:t>1. Pick the fruit</w:t>
      </w:r>
    </w:p>
    <w:p>
      <w:r>
        <w:rPr>
          <w:i/>
        </w:rPr>
        <w:t>A professora lê o nome da fruta em voz alta e a criança aponta a figura certa. (Pick the fruit.)</w:t>
      </w:r>
    </w:p>
    <w:p>
      <w:pPr>
        <w:keepNext/>
        <w:spacing w:before="120"/>
      </w:pPr>
      <w:r>
        <w:t>1. Onde está a apple?</w:t>
      </w:r>
    </w:p>
    <w:p>
      <w:pPr>
        <w:spacing w:after="0"/>
        <w:ind w:left="454"/>
      </w:pPr>
      <w:r>
        <w:t>(   ) a) 🍎</w:t>
      </w:r>
    </w:p>
    <w:p>
      <w:pPr>
        <w:spacing w:after="0"/>
        <w:ind w:left="454"/>
      </w:pPr>
      <w:r>
        <w:t>(   ) b) 🍌</w:t>
      </w:r>
    </w:p>
    <w:p>
      <w:pPr>
        <w:spacing w:after="0"/>
        <w:ind w:left="454"/>
      </w:pPr>
      <w:r>
        <w:t>(   ) c) 🍇</w:t>
      </w:r>
    </w:p>
    <w:p>
      <w:pPr>
        <w:keepNext/>
        <w:spacing w:before="120"/>
      </w:pPr>
      <w:r>
        <w:t>2. Onde está a banana?</w:t>
      </w:r>
    </w:p>
    <w:p>
      <w:pPr>
        <w:spacing w:after="0"/>
        <w:ind w:left="454"/>
      </w:pPr>
      <w:r>
        <w:t>(   ) a) 🍊</w:t>
      </w:r>
    </w:p>
    <w:p>
      <w:pPr>
        <w:spacing w:after="0"/>
        <w:ind w:left="454"/>
      </w:pPr>
      <w:r>
        <w:t>(   ) b) 🍌</w:t>
      </w:r>
    </w:p>
    <w:p>
      <w:pPr>
        <w:spacing w:after="0"/>
        <w:ind w:left="454"/>
      </w:pPr>
      <w:r>
        <w:t>(   ) c) 🍎</w:t>
      </w:r>
    </w:p>
    <w:p>
      <w:pPr>
        <w:keepNext/>
        <w:spacing w:before="120"/>
      </w:pPr>
      <w:r>
        <w:t>3. Onde está a orange?</w:t>
      </w:r>
    </w:p>
    <w:p>
      <w:pPr>
        <w:spacing w:after="0"/>
        <w:ind w:left="454"/>
      </w:pPr>
      <w:r>
        <w:t>(   ) a) 🍇</w:t>
      </w:r>
    </w:p>
    <w:p>
      <w:pPr>
        <w:spacing w:after="0"/>
        <w:ind w:left="454"/>
      </w:pPr>
      <w:r>
        <w:t>(   ) b) 🍎</w:t>
      </w:r>
    </w:p>
    <w:p>
      <w:pPr>
        <w:spacing w:after="0"/>
        <w:ind w:left="454"/>
      </w:pPr>
      <w:r>
        <w:t>(   ) c) 🍊</w:t>
      </w:r>
    </w:p>
    <w:p>
      <w:pPr>
        <w:keepNext/>
        <w:spacing w:before="120"/>
      </w:pPr>
      <w:r>
        <w:t>4. Onde estão as grapes?</w:t>
      </w:r>
    </w:p>
    <w:p>
      <w:pPr>
        <w:spacing w:after="0"/>
        <w:ind w:left="454"/>
      </w:pPr>
      <w:r>
        <w:t>(   ) a) 🍇</w:t>
      </w:r>
    </w:p>
    <w:p>
      <w:pPr>
        <w:spacing w:after="0"/>
        <w:ind w:left="454"/>
      </w:pPr>
      <w:r>
        <w:t>(   ) b) 🍌</w:t>
      </w:r>
    </w:p>
    <w:p>
      <w:pPr>
        <w:spacing w:after="0"/>
        <w:ind w:left="454"/>
      </w:pPr>
      <w:r>
        <w:t>(   ) c) 🍊</w:t>
      </w:r>
    </w:p>
    <w:p>
      <w:pPr>
        <w:pStyle w:val="Heading2"/>
      </w:pPr>
      <w:r>
        <w:t>2. Say the word</w:t>
      </w:r>
    </w:p>
    <w:p>
      <w:r>
        <w:rPr>
          <w:i/>
        </w:rPr>
        <w:t>Olhe a figura e diga o nome da fruta em inglês. A professora ajuda a achar a palavra no banco e completa a lacuna. (Say the word.)</w:t>
      </w:r>
    </w:p>
    <w:p>
      <w:r>
        <w:rPr>
          <w:b/>
        </w:rPr>
        <w:t>Word bank:  apple  |  banana  |  orange  |  strawberry</w:t>
      </w:r>
    </w:p>
    <w:p>
      <w:pPr>
        <w:keepNext/>
        <w:spacing w:before="120"/>
      </w:pPr>
      <w:r>
        <w:t>1. 🍓  🍓 = ______________</w:t>
      </w:r>
    </w:p>
    <w:p>
      <w:pPr>
        <w:keepNext/>
        <w:spacing w:before="120"/>
      </w:pPr>
      <w:r>
        <w:t>2. 🍎  🍎 = ______________</w:t>
      </w:r>
    </w:p>
    <w:p>
      <w:pPr>
        <w:keepNext/>
        <w:spacing w:before="120"/>
      </w:pPr>
      <w:r>
        <w:t>3. 🍌  🍌 = ______________</w:t>
      </w:r>
    </w:p>
    <w:p>
      <w:pPr>
        <w:keepNext/>
        <w:spacing w:before="120"/>
      </w:pPr>
      <w:r>
        <w:t>4. 🍊  🍊 = ______________</w:t>
      </w:r>
    </w:p>
    <w:p>
      <w:pPr>
        <w:pStyle w:val="Heading2"/>
      </w:pPr>
      <w:r>
        <w:t>3. Yes or no?</w:t>
      </w:r>
    </w:p>
    <w:p>
      <w:r>
        <w:rPr>
          <w:i/>
        </w:rPr>
        <w:t>Veja a figura. A professora lê a frase e a criança responde: Yes (sim) ou No (não)? (Yes or no?)</w:t>
      </w:r>
    </w:p>
    <w:p>
      <w:pPr>
        <w:keepNext/>
        <w:spacing w:before="120"/>
      </w:pPr>
      <w:r>
        <w:t>1. 🍌  This is a banana.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🍇  This is an apple.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🍊  This is an orange.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🍎  This is a strawberry.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Pick the fruit</w:t>
      </w:r>
    </w:p>
    <w:p>
      <w:pPr>
        <w:spacing w:after="0"/>
      </w:pPr>
      <w:r>
        <w:t>1) a) 🍎</w:t>
      </w:r>
    </w:p>
    <w:p>
      <w:pPr>
        <w:spacing w:after="0"/>
      </w:pPr>
      <w:r>
        <w:t>2) b) 🍌</w:t>
      </w:r>
    </w:p>
    <w:p>
      <w:pPr>
        <w:spacing w:after="0"/>
      </w:pPr>
      <w:r>
        <w:t>3) c) 🍊</w:t>
      </w:r>
    </w:p>
    <w:p>
      <w:pPr>
        <w:spacing w:after="0"/>
      </w:pPr>
      <w:r>
        <w:t>4) a) 🍇</w:t>
      </w:r>
    </w:p>
    <w:p>
      <w:r>
        <w:rPr>
          <w:b/>
        </w:rPr>
        <w:t>2. Say the word</w:t>
      </w:r>
    </w:p>
    <w:p>
      <w:pPr>
        <w:spacing w:after="0"/>
      </w:pPr>
      <w:r>
        <w:t>1) strawberry</w:t>
      </w:r>
    </w:p>
    <w:p>
      <w:pPr>
        <w:spacing w:after="0"/>
      </w:pPr>
      <w:r>
        <w:t>2) apple</w:t>
      </w:r>
    </w:p>
    <w:p>
      <w:pPr>
        <w:spacing w:after="0"/>
      </w:pPr>
      <w:r>
        <w:t>3) banana</w:t>
      </w:r>
    </w:p>
    <w:p>
      <w:pPr>
        <w:spacing w:after="0"/>
      </w:pPr>
      <w:r>
        <w:t>4) orange</w:t>
      </w:r>
    </w:p>
    <w:p>
      <w:r>
        <w:rPr>
          <w:b/>
        </w:rPr>
        <w:t>3.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No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2026-10-26T00:00:00Z</dcterms:created>
  <dcterms:modified xsi:type="dcterms:W3CDTF">2026-10-26T00:00:00Z</dcterms:modified>
  <cp:category/>
</cp:coreProperties>
</file>