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Lanche na Viagem de Ônibus</w:t>
      </w:r>
    </w:p>
    <w:p>
      <w:r>
        <w:rPr>
          <w:color w:val="6B6B6B"/>
          <w:sz w:val="18"/>
        </w:rPr>
        <w:t>1º ano · Food and fruits (alimentos)</w:t>
      </w:r>
    </w:p>
    <w:p>
      <w:pPr>
        <w:pStyle w:val="Heading2"/>
      </w:pPr>
      <w:r>
        <w:t>1. Pick the food</w:t>
      </w:r>
    </w:p>
    <w:p>
      <w:r>
        <w:rPr>
          <w:i/>
        </w:rPr>
        <w:t>Escolha a resposta certa. (Choose the right answer.)</w:t>
      </w:r>
    </w:p>
    <w:p>
      <w:pPr>
        <w:keepNext/>
        <w:spacing w:before="120"/>
      </w:pPr>
      <w:r>
        <w:t>1. 🍎  Qual é esta fruta? 🍎</w:t>
      </w:r>
    </w:p>
    <w:p>
      <w:pPr>
        <w:spacing w:after="0"/>
        <w:ind w:left="454"/>
      </w:pPr>
      <w:r>
        <w:t>(   ) a) apple</w:t>
      </w:r>
    </w:p>
    <w:p>
      <w:pPr>
        <w:spacing w:after="0"/>
        <w:ind w:left="454"/>
      </w:pPr>
      <w:r>
        <w:t>(   ) b) banana</w:t>
      </w:r>
    </w:p>
    <w:p>
      <w:pPr>
        <w:spacing w:after="0"/>
        <w:ind w:left="454"/>
      </w:pPr>
      <w:r>
        <w:t>(   ) c) grape</w:t>
      </w:r>
    </w:p>
    <w:p>
      <w:pPr>
        <w:keepNext/>
        <w:spacing w:before="120"/>
      </w:pPr>
      <w:r>
        <w:t>2. 🍌  Qual é esta fruta? 🍌</w:t>
      </w:r>
    </w:p>
    <w:p>
      <w:pPr>
        <w:spacing w:after="0"/>
        <w:ind w:left="454"/>
      </w:pPr>
      <w:r>
        <w:t>(   ) a) orange</w:t>
      </w:r>
    </w:p>
    <w:p>
      <w:pPr>
        <w:spacing w:after="0"/>
        <w:ind w:left="454"/>
      </w:pPr>
      <w:r>
        <w:t>(   ) b) banana</w:t>
      </w:r>
    </w:p>
    <w:p>
      <w:pPr>
        <w:spacing w:after="0"/>
        <w:ind w:left="454"/>
      </w:pPr>
      <w:r>
        <w:t>(   ) c) apple</w:t>
      </w:r>
    </w:p>
    <w:p>
      <w:pPr>
        <w:keepNext/>
        <w:spacing w:before="120"/>
      </w:pPr>
      <w:r>
        <w:t>3. 🍞  Qual é este alimento? 🍞</w:t>
      </w:r>
    </w:p>
    <w:p>
      <w:pPr>
        <w:spacing w:after="0"/>
        <w:ind w:left="454"/>
      </w:pPr>
      <w:r>
        <w:t>(   ) a) milk</w:t>
      </w:r>
    </w:p>
    <w:p>
      <w:pPr>
        <w:spacing w:after="0"/>
        <w:ind w:left="454"/>
      </w:pPr>
      <w:r>
        <w:t>(   ) b) cake</w:t>
      </w:r>
    </w:p>
    <w:p>
      <w:pPr>
        <w:spacing w:after="0"/>
        <w:ind w:left="454"/>
      </w:pPr>
      <w:r>
        <w:t>(   ) c) bread</w:t>
      </w:r>
    </w:p>
    <w:p>
      <w:pPr>
        <w:keepNext/>
        <w:spacing w:before="120"/>
      </w:pPr>
      <w:r>
        <w:t>4. 🥛  Qual é esta bebida? 🥛</w:t>
      </w:r>
    </w:p>
    <w:p>
      <w:pPr>
        <w:spacing w:after="0"/>
        <w:ind w:left="454"/>
      </w:pPr>
      <w:r>
        <w:t>(   ) a) milk</w:t>
      </w:r>
    </w:p>
    <w:p>
      <w:pPr>
        <w:spacing w:after="0"/>
        <w:ind w:left="454"/>
      </w:pPr>
      <w:r>
        <w:t>(   ) b) juice</w:t>
      </w:r>
    </w:p>
    <w:p>
      <w:pPr>
        <w:spacing w:after="0"/>
        <w:ind w:left="454"/>
      </w:pPr>
      <w:r>
        <w:t>(   ) c) water</w:t>
      </w:r>
    </w:p>
    <w:p>
      <w:pPr>
        <w:pStyle w:val="Heading2"/>
      </w:pPr>
      <w:r>
        <w:t>2. Fill in the blank</w:t>
      </w:r>
    </w:p>
    <w:p>
      <w:r>
        <w:rPr>
          <w:i/>
        </w:rPr>
        <w:t>Olhe o emoji e complete com a palavra certa do banco. (Look and complete with the right word.)</w:t>
      </w:r>
    </w:p>
    <w:p>
      <w:r>
        <w:rPr>
          <w:b/>
        </w:rPr>
        <w:t>Word bank:  grapes  |  cake  |  orange  |  water</w:t>
      </w:r>
    </w:p>
    <w:p>
      <w:pPr>
        <w:keepNext/>
        <w:spacing w:before="120"/>
      </w:pPr>
      <w:r>
        <w:t>1. 🍊  I eat an ______________ on the bus. 🍊</w:t>
      </w:r>
    </w:p>
    <w:p>
      <w:pPr>
        <w:keepNext/>
        <w:spacing w:before="120"/>
      </w:pPr>
      <w:r>
        <w:t>2. 🍇  I eat ______________ on the bus. 🍇</w:t>
      </w:r>
    </w:p>
    <w:p>
      <w:pPr>
        <w:keepNext/>
        <w:spacing w:before="120"/>
      </w:pPr>
      <w:r>
        <w:t>3. 🍰  I eat ______________ on the bus. 🍰</w:t>
      </w:r>
    </w:p>
    <w:p>
      <w:pPr>
        <w:keepNext/>
        <w:spacing w:before="120"/>
      </w:pPr>
      <w:r>
        <w:t>4. 💧  I drink ______________ on the bus. 💧</w:t>
      </w:r>
    </w:p>
    <w:p>
      <w:pPr>
        <w:pStyle w:val="Heading2"/>
      </w:pPr>
      <w:r>
        <w:t>3. True or false</w:t>
      </w:r>
    </w:p>
    <w:p>
      <w:r>
        <w:rPr>
          <w:i/>
        </w:rPr>
        <w:t>Olhe a figura e marque True (verdadeiro) ou False (falso). (Look at the picture and answer.)</w:t>
      </w:r>
    </w:p>
    <w:p>
      <w:pPr>
        <w:keepNext/>
        <w:spacing w:before="120"/>
      </w:pPr>
      <w:r>
        <w:t>1. 🍌  🍌 = banana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🍞  🍞 = apple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🥛  🥛 = milk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🍇  🍇 = cake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Pick the food</w:t>
      </w:r>
    </w:p>
    <w:p>
      <w:pPr>
        <w:spacing w:after="0"/>
      </w:pPr>
      <w:r>
        <w:t>1) a) apple</w:t>
      </w:r>
    </w:p>
    <w:p>
      <w:pPr>
        <w:spacing w:after="0"/>
      </w:pPr>
      <w:r>
        <w:t>2) b) banana</w:t>
      </w:r>
    </w:p>
    <w:p>
      <w:pPr>
        <w:spacing w:after="0"/>
      </w:pPr>
      <w:r>
        <w:t>3) c) bread</w:t>
      </w:r>
    </w:p>
    <w:p>
      <w:pPr>
        <w:spacing w:after="0"/>
      </w:pPr>
      <w:r>
        <w:t>4) a) milk</w:t>
      </w:r>
    </w:p>
    <w:p>
      <w:r>
        <w:rPr>
          <w:b/>
        </w:rPr>
        <w:t>2. Fill in the blank</w:t>
      </w:r>
    </w:p>
    <w:p>
      <w:pPr>
        <w:spacing w:after="0"/>
      </w:pPr>
      <w:r>
        <w:t>1) orange</w:t>
      </w:r>
    </w:p>
    <w:p>
      <w:pPr>
        <w:spacing w:after="0"/>
      </w:pPr>
      <w:r>
        <w:t>2) grapes</w:t>
      </w:r>
    </w:p>
    <w:p>
      <w:pPr>
        <w:spacing w:after="0"/>
      </w:pPr>
      <w:r>
        <w:t>3) cake</w:t>
      </w:r>
    </w:p>
    <w:p>
      <w:pPr>
        <w:spacing w:after="0"/>
      </w:pPr>
      <w:r>
        <w:t>4) water</w:t>
      </w:r>
    </w:p>
    <w:p>
      <w:r>
        <w:rPr>
          <w:b/>
        </w:rPr>
        <w:t>3. True or false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