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Vocabulário avançado em contexto</w:t>
      </w:r>
    </w:p>
    <w:p>
      <w:r>
        <w:rPr>
          <w:color w:val="6B6B6B"/>
          <w:sz w:val="18"/>
        </w:rPr>
        <w:t>2ª série e 3ª série · Reading comprehension (interpretação) · BNCC: EM13LGG403</w:t>
      </w:r>
    </w:p>
    <w:p>
      <w:pPr>
        <w:pStyle w:val="Heading2"/>
      </w:pPr>
      <w:r>
        <w:t>1. Meaning</w:t>
      </w:r>
    </w:p>
    <w:p>
      <w:r>
        <w:rPr>
          <w:i/>
        </w:rPr>
        <w:t>Choose the best definition for each word.</w:t>
      </w:r>
    </w:p>
    <w:p>
      <w:pPr>
        <w:keepNext/>
        <w:spacing w:before="120"/>
      </w:pPr>
      <w:r>
        <w:t>1. acrimony</w:t>
      </w:r>
    </w:p>
    <w:p>
      <w:pPr>
        <w:spacing w:after="0"/>
        <w:ind w:left="454"/>
      </w:pPr>
      <w:r>
        <w:t>(   ) a) bitterness and anger, especially in an argument</w:t>
      </w:r>
    </w:p>
    <w:p>
      <w:pPr>
        <w:spacing w:after="0"/>
        <w:ind w:left="454"/>
      </w:pPr>
      <w:r>
        <w:t>(   ) b) great happiness and celebration</w:t>
      </w:r>
    </w:p>
    <w:p>
      <w:pPr>
        <w:spacing w:after="0"/>
        <w:ind w:left="454"/>
      </w:pPr>
      <w:r>
        <w:t>(   ) c) a formal agreement between two groups</w:t>
      </w:r>
    </w:p>
    <w:p>
      <w:pPr>
        <w:spacing w:after="0"/>
        <w:ind w:left="454"/>
      </w:pPr>
      <w:r>
        <w:t>(   ) d) a feeling of deep calm</w:t>
      </w:r>
    </w:p>
    <w:p>
      <w:pPr>
        <w:keepNext/>
        <w:spacing w:before="120"/>
      </w:pPr>
      <w:r>
        <w:t>2. brusque</w:t>
      </w:r>
    </w:p>
    <w:p>
      <w:pPr>
        <w:spacing w:after="0"/>
        <w:ind w:left="454"/>
      </w:pPr>
      <w:r>
        <w:t>(   ) a) very polite and patient</w:t>
      </w:r>
    </w:p>
    <w:p>
      <w:pPr>
        <w:spacing w:after="0"/>
        <w:ind w:left="454"/>
      </w:pPr>
      <w:r>
        <w:t>(   ) b) short and abrupt in manner, sometimes seeming rude</w:t>
      </w:r>
    </w:p>
    <w:p>
      <w:pPr>
        <w:spacing w:after="0"/>
        <w:ind w:left="454"/>
      </w:pPr>
      <w:r>
        <w:t>(   ) c) shy and quiet</w:t>
      </w:r>
    </w:p>
    <w:p>
      <w:pPr>
        <w:spacing w:after="0"/>
        <w:ind w:left="454"/>
      </w:pPr>
      <w:r>
        <w:t>(   ) d) funny and entertaining</w:t>
      </w:r>
    </w:p>
    <w:p>
      <w:pPr>
        <w:keepNext/>
        <w:spacing w:before="120"/>
      </w:pPr>
      <w:r>
        <w:t>3. circumspect</w:t>
      </w:r>
    </w:p>
    <w:p>
      <w:pPr>
        <w:spacing w:after="0"/>
        <w:ind w:left="454"/>
      </w:pPr>
      <w:r>
        <w:t>(   ) a) careless and impulsive</w:t>
      </w:r>
    </w:p>
    <w:p>
      <w:pPr>
        <w:spacing w:after="0"/>
        <w:ind w:left="454"/>
      </w:pPr>
      <w:r>
        <w:t>(   ) b) round in shape</w:t>
      </w:r>
    </w:p>
    <w:p>
      <w:pPr>
        <w:spacing w:after="0"/>
        <w:ind w:left="454"/>
      </w:pPr>
      <w:r>
        <w:t>(   ) c) careful to consider all risks before acting</w:t>
      </w:r>
    </w:p>
    <w:p>
      <w:pPr>
        <w:spacing w:after="0"/>
        <w:ind w:left="454"/>
      </w:pPr>
      <w:r>
        <w:t>(   ) d) extremely generous</w:t>
      </w:r>
    </w:p>
    <w:p>
      <w:pPr>
        <w:keepNext/>
        <w:spacing w:before="120"/>
      </w:pPr>
      <w:r>
        <w:t>4. derivative</w:t>
      </w:r>
    </w:p>
    <w:p>
      <w:pPr>
        <w:spacing w:after="0"/>
        <w:ind w:left="454"/>
      </w:pPr>
      <w:r>
        <w:t>(   ) a) completely new and original</w:t>
      </w:r>
    </w:p>
    <w:p>
      <w:pPr>
        <w:spacing w:after="0"/>
        <w:ind w:left="454"/>
      </w:pPr>
      <w:r>
        <w:t>(   ) b) very expensive</w:t>
      </w:r>
    </w:p>
    <w:p>
      <w:pPr>
        <w:spacing w:after="0"/>
        <w:ind w:left="454"/>
      </w:pPr>
      <w:r>
        <w:t>(   ) c) difficult to understand</w:t>
      </w:r>
    </w:p>
    <w:p>
      <w:pPr>
        <w:spacing w:after="0"/>
        <w:ind w:left="454"/>
      </w:pPr>
      <w:r>
        <w:t>(   ) d) copied from or based on other works; not original</w:t>
      </w:r>
    </w:p>
    <w:p>
      <w:pPr>
        <w:keepNext/>
        <w:spacing w:before="120"/>
      </w:pPr>
      <w:r>
        <w:t>5. empirical</w:t>
      </w:r>
    </w:p>
    <w:p>
      <w:pPr>
        <w:spacing w:after="0"/>
        <w:ind w:left="454"/>
      </w:pPr>
      <w:r>
        <w:t>(   ) a) based on observation or experiment</w:t>
      </w:r>
    </w:p>
    <w:p>
      <w:pPr>
        <w:spacing w:after="0"/>
        <w:ind w:left="454"/>
      </w:pPr>
      <w:r>
        <w:t>(   ) b) based only on opinions</w:t>
      </w:r>
    </w:p>
    <w:p>
      <w:pPr>
        <w:spacing w:after="0"/>
        <w:ind w:left="454"/>
      </w:pPr>
      <w:r>
        <w:t>(   ) c) related to an empire</w:t>
      </w:r>
    </w:p>
    <w:p>
      <w:pPr>
        <w:spacing w:after="0"/>
        <w:ind w:left="454"/>
      </w:pPr>
      <w:r>
        <w:t>(   ) d) impossible to prove</w:t>
      </w:r>
    </w:p>
    <w:p>
      <w:pPr>
        <w:pStyle w:val="Heading2"/>
      </w:pPr>
      <w:r>
        <w:t>2. Use the words</w:t>
      </w:r>
    </w:p>
    <w:p>
      <w:r>
        <w:rPr>
          <w:i/>
        </w:rPr>
        <w:t>Complete each sentence with a word from the box.</w:t>
      </w:r>
    </w:p>
    <w:p>
      <w:r>
        <w:rPr>
          <w:b/>
        </w:rPr>
        <w:t>Word bank:  acrimony  |  brusque  |  circumspect  |  derivative  |  empirical</w:t>
      </w:r>
    </w:p>
    <w:p>
      <w:pPr>
        <w:keepNext/>
        <w:spacing w:before="120"/>
      </w:pPr>
      <w:r>
        <w:t>1. The debate ended in ______________, with both sides parting in anger.</w:t>
      </w:r>
    </w:p>
    <w:p>
      <w:pPr>
        <w:keepNext/>
        <w:spacing w:before="120"/>
      </w:pPr>
      <w:r>
        <w:t>2. His ______________ manner can be off-putting, even though he doesn't intend to be rude.</w:t>
      </w:r>
    </w:p>
    <w:p>
      <w:pPr>
        <w:keepNext/>
        <w:spacing w:before="120"/>
      </w:pPr>
      <w:r>
        <w:t>3. Given the risks involved, he advised a more ______________ approach to the investment.</w:t>
      </w:r>
    </w:p>
    <w:p>
      <w:pPr>
        <w:keepNext/>
        <w:spacing w:before="120"/>
      </w:pPr>
      <w:r>
        <w:t>4. Critics dismissed the movie as ______________, noting its similarity to earlier works.</w:t>
      </w:r>
    </w:p>
    <w:p>
      <w:pPr>
        <w:keepNext/>
        <w:spacing w:before="120"/>
      </w:pPr>
      <w:r>
        <w:t>5. Her conclusions were based on ______________ evidence collected in numerous studies.</w:t>
      </w:r>
    </w:p>
    <w:p>
      <w:pPr>
        <w:pStyle w:val="Heading2"/>
      </w:pPr>
      <w:r>
        <w:t>3. Synonym or antonym?</w:t>
      </w:r>
    </w:p>
    <w:p>
      <w:r>
        <w:rPr>
          <w:i/>
        </w:rPr>
        <w:t>Choose the correct option.</w:t>
      </w:r>
    </w:p>
    <w:p>
      <w:pPr>
        <w:keepNext/>
        <w:spacing w:before="120"/>
      </w:pPr>
      <w:r>
        <w:t>1. Which word is closest in meaning to "circumspect"?</w:t>
      </w:r>
    </w:p>
    <w:p>
      <w:pPr>
        <w:spacing w:after="0"/>
        <w:ind w:left="454"/>
      </w:pPr>
      <w:r>
        <w:t>(   ) a) reckless</w:t>
      </w:r>
    </w:p>
    <w:p>
      <w:pPr>
        <w:spacing w:after="0"/>
        <w:ind w:left="454"/>
      </w:pPr>
      <w:r>
        <w:t>(   ) b) cautious</w:t>
      </w:r>
    </w:p>
    <w:p>
      <w:pPr>
        <w:spacing w:after="0"/>
        <w:ind w:left="454"/>
      </w:pPr>
      <w:r>
        <w:t>(   ) c) cheerful</w:t>
      </w:r>
    </w:p>
    <w:p>
      <w:pPr>
        <w:keepNext/>
        <w:spacing w:before="120"/>
      </w:pPr>
      <w:r>
        <w:t>2. Which word is the opposite of "derivative"?</w:t>
      </w:r>
    </w:p>
    <w:p>
      <w:pPr>
        <w:spacing w:after="0"/>
        <w:ind w:left="454"/>
      </w:pPr>
      <w:r>
        <w:t>(   ) a) original</w:t>
      </w:r>
    </w:p>
    <w:p>
      <w:pPr>
        <w:spacing w:after="0"/>
        <w:ind w:left="454"/>
      </w:pPr>
      <w:r>
        <w:t>(   ) b) imitative</w:t>
      </w:r>
    </w:p>
    <w:p>
      <w:pPr>
        <w:spacing w:after="0"/>
        <w:ind w:left="454"/>
      </w:pPr>
      <w:r>
        <w:t>(   ) c) secondary</w:t>
      </w:r>
    </w:p>
    <w:p>
      <w:pPr>
        <w:keepNext/>
        <w:spacing w:before="120"/>
      </w:pPr>
      <w:r>
        <w:t>3. Which word is the opposite of "acrimony"?</w:t>
      </w:r>
    </w:p>
    <w:p>
      <w:pPr>
        <w:spacing w:after="0"/>
        <w:ind w:left="454"/>
      </w:pPr>
      <w:r>
        <w:t>(   ) a) hostility</w:t>
      </w:r>
    </w:p>
    <w:p>
      <w:pPr>
        <w:spacing w:after="0"/>
        <w:ind w:left="454"/>
      </w:pPr>
      <w:r>
        <w:t>(   ) b) resentment</w:t>
      </w:r>
    </w:p>
    <w:p>
      <w:pPr>
        <w:spacing w:after="0"/>
        <w:ind w:left="454"/>
      </w:pPr>
      <w:r>
        <w:t>(   ) c) goodwill</w:t>
      </w:r>
    </w:p>
    <w:p>
      <w:pPr>
        <w:pStyle w:val="Heading2"/>
      </w:pPr>
      <w:r>
        <w:t>4. Your turn</w:t>
      </w:r>
    </w:p>
    <w:p>
      <w:r>
        <w:rPr>
          <w:i/>
        </w:rPr>
        <w:t>Write your own sentence using one of the words.</w:t>
      </w:r>
    </w:p>
    <w:p>
      <w:pPr>
        <w:keepNext/>
        <w:spacing w:before="120"/>
      </w:pPr>
      <w:r>
        <w:t>1. Write a sentence with "empirical" or "brusque".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Meaning</w:t>
      </w:r>
    </w:p>
    <w:p>
      <w:pPr>
        <w:spacing w:after="0"/>
      </w:pPr>
      <w:r>
        <w:t>1) a) bitterness and anger, especially in an argument</w:t>
      </w:r>
    </w:p>
    <w:p>
      <w:pPr>
        <w:spacing w:after="0"/>
      </w:pPr>
      <w:r>
        <w:t>2) b) short and abrupt in manner, sometimes seeming rude</w:t>
      </w:r>
    </w:p>
    <w:p>
      <w:pPr>
        <w:spacing w:after="0"/>
      </w:pPr>
      <w:r>
        <w:t>3) c) careful to consider all risks before acting</w:t>
      </w:r>
    </w:p>
    <w:p>
      <w:pPr>
        <w:spacing w:after="0"/>
      </w:pPr>
      <w:r>
        <w:t>4) d) copied from or based on other works; not original</w:t>
      </w:r>
    </w:p>
    <w:p>
      <w:pPr>
        <w:spacing w:after="0"/>
      </w:pPr>
      <w:r>
        <w:t>5) a) based on observation or experiment</w:t>
      </w:r>
    </w:p>
    <w:p>
      <w:r>
        <w:rPr>
          <w:b/>
        </w:rPr>
        <w:t>2. Use the words</w:t>
      </w:r>
    </w:p>
    <w:p>
      <w:pPr>
        <w:spacing w:after="0"/>
      </w:pPr>
      <w:r>
        <w:t>1) acrimony</w:t>
      </w:r>
    </w:p>
    <w:p>
      <w:pPr>
        <w:spacing w:after="0"/>
      </w:pPr>
      <w:r>
        <w:t>2) brusque</w:t>
      </w:r>
    </w:p>
    <w:p>
      <w:pPr>
        <w:spacing w:after="0"/>
      </w:pPr>
      <w:r>
        <w:t>3) circumspect</w:t>
      </w:r>
    </w:p>
    <w:p>
      <w:pPr>
        <w:spacing w:after="0"/>
      </w:pPr>
      <w:r>
        <w:t>4) derivative</w:t>
      </w:r>
    </w:p>
    <w:p>
      <w:pPr>
        <w:spacing w:after="0"/>
      </w:pPr>
      <w:r>
        <w:t>5) empirical</w:t>
      </w:r>
    </w:p>
    <w:p>
      <w:r>
        <w:rPr>
          <w:b/>
        </w:rPr>
        <w:t>3. Synonym or antonym?</w:t>
      </w:r>
    </w:p>
    <w:p>
      <w:pPr>
        <w:spacing w:after="0"/>
      </w:pPr>
      <w:r>
        <w:t>1) b) cautious</w:t>
      </w:r>
    </w:p>
    <w:p>
      <w:pPr>
        <w:spacing w:after="0"/>
      </w:pPr>
      <w:r>
        <w:t>2) a) original</w:t>
      </w:r>
    </w:p>
    <w:p>
      <w:pPr>
        <w:spacing w:after="0"/>
      </w:pPr>
      <w:r>
        <w:t>3) c) goodwill</w:t>
      </w:r>
    </w:p>
    <w:p>
      <w:r>
        <w:rPr>
          <w:b/>
        </w:rPr>
        <w:t>4. Your turn</w:t>
      </w:r>
    </w:p>
    <w:p>
      <w:pPr>
        <w:spacing w:after="0"/>
      </w:pPr>
      <w:r>
        <w:t>1) Scientists need empirical data before they can accept a new theory.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2024-05-06T00:00:00Z</dcterms:created>
  <dcterms:modified xsi:type="dcterms:W3CDTF">2024-05-06T00:00:00Z</dcterms:modified>
  <cp:category/>
</cp:coreProperties>
</file>