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Vocabulário avançado e idioms</w:t>
      </w:r>
    </w:p>
    <w:p>
      <w:r>
        <w:rPr>
          <w:color w:val="6B6B6B"/>
          <w:sz w:val="18"/>
        </w:rPr>
        <w:t>1ª série ao 3ª série · Cognates and false cognates · BNCC: EM13LGG103, EM13LGG403</w:t>
      </w:r>
    </w:p>
    <w:p>
      <w:pPr>
        <w:pStyle w:val="Heading2"/>
      </w:pPr>
      <w:r>
        <w:t>1. Advanced vocabulary</w:t>
      </w:r>
    </w:p>
    <w:p>
      <w:r>
        <w:rPr>
          <w:i/>
        </w:rPr>
        <w:t>Many advanced English words are cognates of Portuguese words. Choose the best meaning of the word in CAPITAL LETTERS.</w:t>
      </w:r>
    </w:p>
    <w:p>
      <w:pPr>
        <w:keepNext/>
        <w:spacing w:before="120"/>
      </w:pPr>
      <w:r>
        <w:t>1. Scientists studied the ANOMALY in the weather patterns to understand its cause.</w:t>
      </w:r>
    </w:p>
    <w:p>
      <w:pPr>
        <w:spacing w:after="0"/>
        <w:ind w:left="454"/>
      </w:pPr>
      <w:r>
        <w:t>(   ) a) something normal and expected</w:t>
      </w:r>
    </w:p>
    <w:p>
      <w:pPr>
        <w:spacing w:after="0"/>
        <w:ind w:left="454"/>
      </w:pPr>
      <w:r>
        <w:t>(   ) b) something unusual that is different from what is expected</w:t>
      </w:r>
    </w:p>
    <w:p>
      <w:pPr>
        <w:spacing w:after="0"/>
        <w:ind w:left="454"/>
      </w:pPr>
      <w:r>
        <w:t>(   ) c) a type of weather forecast</w:t>
      </w:r>
    </w:p>
    <w:p>
      <w:pPr>
        <w:keepNext/>
        <w:spacing w:before="120"/>
      </w:pPr>
      <w:r>
        <w:t>2. The instructions for assembling the furniture were so CONVOLUTED that we couldn't put it together.</w:t>
      </w:r>
    </w:p>
    <w:p>
      <w:pPr>
        <w:spacing w:after="0"/>
        <w:ind w:left="454"/>
      </w:pPr>
      <w:r>
        <w:t>(   ) a) very short</w:t>
      </w:r>
    </w:p>
    <w:p>
      <w:pPr>
        <w:spacing w:after="0"/>
        <w:ind w:left="454"/>
      </w:pPr>
      <w:r>
        <w:t>(   ) b) very complicated and difficult to follow</w:t>
      </w:r>
    </w:p>
    <w:p>
      <w:pPr>
        <w:spacing w:after="0"/>
        <w:ind w:left="454"/>
      </w:pPr>
      <w:r>
        <w:t>(   ) c) written in another language</w:t>
      </w:r>
    </w:p>
    <w:p>
      <w:pPr>
        <w:spacing w:after="0"/>
        <w:ind w:left="454"/>
      </w:pPr>
      <w:r>
        <w:t>(   ) d) very clear</w:t>
      </w:r>
    </w:p>
    <w:p>
      <w:pPr>
        <w:keepNext/>
        <w:spacing w:before="120"/>
      </w:pPr>
      <w:r>
        <w:t>3. The beauty of the sunset was EPHEMERAL, lasting only a moment before fading.</w:t>
      </w:r>
    </w:p>
    <w:p>
      <w:pPr>
        <w:spacing w:after="0"/>
        <w:ind w:left="454"/>
      </w:pPr>
      <w:r>
        <w:t>(   ) a) lasting a very short time</w:t>
      </w:r>
    </w:p>
    <w:p>
      <w:pPr>
        <w:spacing w:after="0"/>
        <w:ind w:left="454"/>
      </w:pPr>
      <w:r>
        <w:t>(   ) b) lasting forever</w:t>
      </w:r>
    </w:p>
    <w:p>
      <w:pPr>
        <w:spacing w:after="0"/>
        <w:ind w:left="454"/>
      </w:pPr>
      <w:r>
        <w:t>(   ) c) very colorful</w:t>
      </w:r>
    </w:p>
    <w:p>
      <w:pPr>
        <w:keepNext/>
        <w:spacing w:before="120"/>
      </w:pPr>
      <w:r>
        <w:t>4. Smoking has many PERNICIOUS effects on health that can be long-lasting and severe.</w:t>
      </w:r>
    </w:p>
    <w:p>
      <w:pPr>
        <w:spacing w:after="0"/>
        <w:ind w:left="454"/>
      </w:pPr>
      <w:r>
        <w:t>(   ) a) positive</w:t>
      </w:r>
    </w:p>
    <w:p>
      <w:pPr>
        <w:spacing w:after="0"/>
        <w:ind w:left="454"/>
      </w:pPr>
      <w:r>
        <w:t>(   ) b) funny</w:t>
      </w:r>
    </w:p>
    <w:p>
      <w:pPr>
        <w:spacing w:after="0"/>
        <w:ind w:left="454"/>
      </w:pPr>
      <w:r>
        <w:t>(   ) c) very harmful</w:t>
      </w:r>
    </w:p>
    <w:p>
      <w:pPr>
        <w:keepNext/>
        <w:spacing w:before="120"/>
      </w:pPr>
      <w:r>
        <w:t>5. Smartphones are UBIQUITOUS these days; almost everyone seems to have one.</w:t>
      </w:r>
    </w:p>
    <w:p>
      <w:pPr>
        <w:spacing w:after="0"/>
        <w:ind w:left="454"/>
      </w:pPr>
      <w:r>
        <w:t>(   ) a) very expensive</w:t>
      </w:r>
    </w:p>
    <w:p>
      <w:pPr>
        <w:spacing w:after="0"/>
        <w:ind w:left="454"/>
      </w:pPr>
      <w:r>
        <w:t>(   ) b) rare</w:t>
      </w:r>
    </w:p>
    <w:p>
      <w:pPr>
        <w:spacing w:after="0"/>
        <w:ind w:left="454"/>
      </w:pPr>
      <w:r>
        <w:t>(   ) c) old-fashioned</w:t>
      </w:r>
    </w:p>
    <w:p>
      <w:pPr>
        <w:spacing w:after="0"/>
        <w:ind w:left="454"/>
      </w:pPr>
      <w:r>
        <w:t>(   ) d) found everywhere</w:t>
      </w:r>
    </w:p>
    <w:p>
      <w:pPr>
        <w:pStyle w:val="Heading2"/>
      </w:pPr>
      <w:r>
        <w:t>2. Use the right word</w:t>
      </w:r>
    </w:p>
    <w:p>
      <w:r>
        <w:rPr>
          <w:i/>
        </w:rPr>
        <w:t>Complete each sentence with a word from the box.</w:t>
      </w:r>
    </w:p>
    <w:p>
      <w:r>
        <w:rPr>
          <w:b/>
        </w:rPr>
        <w:t>Word bank:  anomaly  |  convoluted  |  ephemeral  |  pernicious  |  ubiquitous</w:t>
      </w:r>
    </w:p>
    <w:p>
      <w:pPr>
        <w:keepNext/>
        <w:spacing w:before="120"/>
      </w:pPr>
      <w:r>
        <w:t>1. Fake news can have a ______________ influence on public opinion.</w:t>
      </w:r>
    </w:p>
    <w:p>
      <w:pPr>
        <w:keepNext/>
        <w:spacing w:before="120"/>
      </w:pPr>
      <w:r>
        <w:t>2. Fame on social media is often ______________: today everyone knows you, next week nobody remembers.</w:t>
      </w:r>
    </w:p>
    <w:p>
      <w:pPr>
        <w:keepNext/>
        <w:spacing w:before="120"/>
      </w:pPr>
      <w:r>
        <w:t>3. Coffee shops are ______________ in big cities; there is one on every corner.</w:t>
      </w:r>
    </w:p>
    <w:p>
      <w:pPr>
        <w:keepNext/>
        <w:spacing w:before="120"/>
      </w:pPr>
      <w:r>
        <w:t>4. A snowy day in Fortaleza would be a real ______________.</w:t>
      </w:r>
    </w:p>
    <w:p>
      <w:pPr>
        <w:keepNext/>
        <w:spacing w:before="120"/>
      </w:pPr>
      <w:r>
        <w:t>5. The plot of the movie was so ______________ that nobody understood the ending.</w:t>
      </w:r>
    </w:p>
    <w:p>
      <w:pPr>
        <w:pStyle w:val="Heading2"/>
      </w:pPr>
      <w:r>
        <w:t>3. Idiomatic expressions</w:t>
      </w:r>
    </w:p>
    <w:p>
      <w:r>
        <w:rPr>
          <w:i/>
        </w:rPr>
        <w:t>Choose the meaning of each idiom.</w:t>
      </w:r>
    </w:p>
    <w:p>
      <w:pPr>
        <w:keepNext/>
        <w:spacing w:before="120"/>
      </w:pPr>
      <w:r>
        <w:t>1. "The new car cost me an arm and a leg." — To cost an arm and a leg means…</w:t>
      </w:r>
    </w:p>
    <w:p>
      <w:pPr>
        <w:spacing w:after="0"/>
        <w:ind w:left="454"/>
      </w:pPr>
      <w:r>
        <w:t>(   ) a) to be very expensive</w:t>
      </w:r>
    </w:p>
    <w:p>
      <w:pPr>
        <w:spacing w:after="0"/>
        <w:ind w:left="454"/>
      </w:pPr>
      <w:r>
        <w:t>(   ) b) to cause an accident</w:t>
      </w:r>
    </w:p>
    <w:p>
      <w:pPr>
        <w:spacing w:after="0"/>
        <w:ind w:left="454"/>
      </w:pPr>
      <w:r>
        <w:t>(   ) c) to be very cheap</w:t>
      </w:r>
    </w:p>
    <w:p>
      <w:pPr>
        <w:keepNext/>
        <w:spacing w:before="120"/>
      </w:pPr>
      <w:r>
        <w:t>2. "As soon as the company became successful, everyone wanted to jump on the bandwagon." — To jump on the bandwagon means…</w:t>
      </w:r>
    </w:p>
    <w:p>
      <w:pPr>
        <w:spacing w:after="0"/>
        <w:ind w:left="454"/>
      </w:pPr>
      <w:r>
        <w:t>(   ) a) to start a music band</w:t>
      </w:r>
    </w:p>
    <w:p>
      <w:pPr>
        <w:spacing w:after="0"/>
        <w:ind w:left="454"/>
      </w:pPr>
      <w:r>
        <w:t>(   ) b) to criticize something popular</w:t>
      </w:r>
    </w:p>
    <w:p>
      <w:pPr>
        <w:spacing w:after="0"/>
        <w:ind w:left="454"/>
      </w:pPr>
      <w:r>
        <w:t>(   ) c) to join something once it becomes popular or successful</w:t>
      </w:r>
    </w:p>
    <w:p>
      <w:pPr>
        <w:keepNext/>
        <w:spacing w:before="120"/>
      </w:pPr>
      <w:r>
        <w:t>3. "Don't worry, the test was a piece of cake." — A piece of cake means…</w:t>
      </w:r>
    </w:p>
    <w:p>
      <w:pPr>
        <w:spacing w:after="0"/>
        <w:ind w:left="454"/>
      </w:pPr>
      <w:r>
        <w:t>(   ) a) something delicious</w:t>
      </w:r>
    </w:p>
    <w:p>
      <w:pPr>
        <w:spacing w:after="0"/>
        <w:ind w:left="454"/>
      </w:pPr>
      <w:r>
        <w:t>(   ) b) something very easy</w:t>
      </w:r>
    </w:p>
    <w:p>
      <w:pPr>
        <w:spacing w:after="0"/>
        <w:ind w:left="454"/>
      </w:pPr>
      <w:r>
        <w:t>(   ) c) something very long</w:t>
      </w:r>
    </w:p>
    <w:p>
      <w:pPr>
        <w:keepNext/>
        <w:spacing w:before="120"/>
      </w:pPr>
      <w:r>
        <w:t>4. "I'm feeling under the weather today, so I'll stay home." — Under the weather means…</w:t>
      </w:r>
    </w:p>
    <w:p>
      <w:pPr>
        <w:spacing w:after="0"/>
        <w:ind w:left="454"/>
      </w:pPr>
      <w:r>
        <w:t>(   ) a) a little sick</w:t>
      </w:r>
    </w:p>
    <w:p>
      <w:pPr>
        <w:spacing w:after="0"/>
        <w:ind w:left="454"/>
      </w:pPr>
      <w:r>
        <w:t>(   ) b) very happy</w:t>
      </w:r>
    </w:p>
    <w:p>
      <w:pPr>
        <w:spacing w:after="0"/>
        <w:ind w:left="454"/>
      </w:pPr>
      <w:r>
        <w:t>(   ) c) wet from the rain</w:t>
      </w:r>
    </w:p>
    <w:p>
      <w:pPr>
        <w:spacing w:after="0"/>
        <w:ind w:left="454"/>
      </w:pPr>
      <w:r>
        <w:t>(   ) d) very busy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Advanced vocabulary</w:t>
      </w:r>
    </w:p>
    <w:p>
      <w:pPr>
        <w:spacing w:after="0"/>
      </w:pPr>
      <w:r>
        <w:t>1) b) something unusual that is different from what is expected</w:t>
      </w:r>
    </w:p>
    <w:p>
      <w:pPr>
        <w:spacing w:after="0"/>
      </w:pPr>
      <w:r>
        <w:t>2) b) very complicated and difficult to follow</w:t>
      </w:r>
    </w:p>
    <w:p>
      <w:pPr>
        <w:spacing w:after="0"/>
      </w:pPr>
      <w:r>
        <w:t>3) a) lasting a very short time</w:t>
      </w:r>
    </w:p>
    <w:p>
      <w:pPr>
        <w:spacing w:after="0"/>
      </w:pPr>
      <w:r>
        <w:t>4) c) very harmful</w:t>
      </w:r>
    </w:p>
    <w:p>
      <w:pPr>
        <w:spacing w:after="0"/>
      </w:pPr>
      <w:r>
        <w:t>5) d) found everywhere</w:t>
      </w:r>
    </w:p>
    <w:p>
      <w:r>
        <w:rPr>
          <w:b/>
        </w:rPr>
        <w:t>2. Use the right word</w:t>
      </w:r>
    </w:p>
    <w:p>
      <w:pPr>
        <w:spacing w:after="0"/>
      </w:pPr>
      <w:r>
        <w:t>1) pernicious</w:t>
      </w:r>
    </w:p>
    <w:p>
      <w:pPr>
        <w:spacing w:after="0"/>
      </w:pPr>
      <w:r>
        <w:t>2) ephemeral</w:t>
      </w:r>
    </w:p>
    <w:p>
      <w:pPr>
        <w:spacing w:after="0"/>
      </w:pPr>
      <w:r>
        <w:t>3) ubiquitous</w:t>
      </w:r>
    </w:p>
    <w:p>
      <w:pPr>
        <w:spacing w:after="0"/>
      </w:pPr>
      <w:r>
        <w:t>4) anomaly</w:t>
      </w:r>
    </w:p>
    <w:p>
      <w:pPr>
        <w:spacing w:after="0"/>
      </w:pPr>
      <w:r>
        <w:t>5) convoluted</w:t>
      </w:r>
    </w:p>
    <w:p>
      <w:r>
        <w:rPr>
          <w:b/>
        </w:rPr>
        <w:t>3. Idiomatic expressions</w:t>
      </w:r>
    </w:p>
    <w:p>
      <w:pPr>
        <w:spacing w:after="0"/>
      </w:pPr>
      <w:r>
        <w:t>1) a) to be very expensive</w:t>
      </w:r>
    </w:p>
    <w:p>
      <w:pPr>
        <w:spacing w:after="0"/>
      </w:pPr>
      <w:r>
        <w:t>2) c) to join something once it becomes popular or successful</w:t>
      </w:r>
    </w:p>
    <w:p>
      <w:pPr>
        <w:spacing w:after="0"/>
      </w:pPr>
      <w:r>
        <w:t>3) b) something very easy</w:t>
      </w:r>
    </w:p>
    <w:p>
      <w:pPr>
        <w:spacing w:after="0"/>
      </w:pPr>
      <w:r>
        <w:t>4) a) a little sick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