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Advanced Grammar: reported speech, relative clauses, voz passiva e condicionais</w:t>
      </w:r>
    </w:p>
    <w:p>
      <w:r>
        <w:rPr>
          <w:color w:val="6B6B6B"/>
          <w:sz w:val="18"/>
        </w:rPr>
        <w:t>2ª série e 3ª série · Reported speech · BNCC: EM13LGG103</w:t>
      </w:r>
    </w:p>
    <w:p>
      <w:pPr>
        <w:pStyle w:val="Heading2"/>
      </w:pPr>
      <w:r>
        <w:t>1. Reported speech</w:t>
      </w:r>
    </w:p>
    <w:p>
      <w:r>
        <w:rPr>
          <w:i/>
        </w:rPr>
        <w:t>Complete the sentences in reported speech.</w:t>
      </w:r>
    </w:p>
    <w:p>
      <w:pPr>
        <w:keepNext/>
        <w:spacing w:before="120"/>
      </w:pPr>
      <w:r>
        <w:t>1. She said, "I'm going to the library." → She said she ______________ going to the library.</w:t>
      </w:r>
    </w:p>
    <w:p>
      <w:pPr>
        <w:keepNext/>
        <w:spacing w:before="120"/>
      </w:pPr>
      <w:r>
        <w:t>2. "We have finished our homework," they said. → They said they ______________ finished their homework.</w:t>
      </w:r>
    </w:p>
    <w:p>
      <w:pPr>
        <w:keepNext/>
        <w:spacing w:before="120"/>
      </w:pPr>
      <w:r>
        <w:t>3. He said, "I can help you tomorrow." → He said he ______________ help me the next day.</w:t>
      </w:r>
    </w:p>
    <w:p>
      <w:pPr>
        <w:keepNext/>
        <w:spacing w:before="120"/>
      </w:pPr>
      <w:r>
        <w:t>4. "I didn't see John yesterday," Mary said. → Mary said she ______________ seen John the day before.</w:t>
      </w:r>
    </w:p>
    <w:p>
      <w:pPr>
        <w:pStyle w:val="Heading2"/>
      </w:pPr>
      <w:r>
        <w:t>2. Relative clauses</w:t>
      </w:r>
    </w:p>
    <w:p>
      <w:r>
        <w:rPr>
          <w:i/>
        </w:rPr>
        <w:t>Complete with the correct relative pronoun.</w:t>
      </w:r>
    </w:p>
    <w:p>
      <w:r>
        <w:rPr>
          <w:b/>
        </w:rPr>
        <w:t>Word bank:  who  |  which  |  where  |  whose</w:t>
      </w:r>
    </w:p>
    <w:p>
      <w:pPr>
        <w:keepNext/>
        <w:spacing w:before="120"/>
      </w:pPr>
      <w:r>
        <w:t>1. The girl ______________ won the prize is my sister.</w:t>
      </w:r>
    </w:p>
    <w:p>
      <w:pPr>
        <w:keepNext/>
        <w:spacing w:before="120"/>
      </w:pPr>
      <w:r>
        <w:t>2. That's the book ______________ I told you about.</w:t>
      </w:r>
    </w:p>
    <w:p>
      <w:pPr>
        <w:keepNext/>
        <w:spacing w:before="120"/>
      </w:pPr>
      <w:r>
        <w:t>3. The city ______________ I was born is very beautiful.</w:t>
      </w:r>
    </w:p>
    <w:p>
      <w:pPr>
        <w:keepNext/>
        <w:spacing w:before="120"/>
      </w:pPr>
      <w:r>
        <w:t>4. He is the student ______________ parents are teachers.</w:t>
      </w:r>
    </w:p>
    <w:p>
      <w:pPr>
        <w:pStyle w:val="Heading2"/>
      </w:pPr>
      <w:r>
        <w:t>3. Passive voice (mixed tenses)</w:t>
      </w:r>
    </w:p>
    <w:p>
      <w:r>
        <w:rPr>
          <w:i/>
        </w:rPr>
        <w:t>Complete the sentences with the correct passive form.</w:t>
      </w:r>
    </w:p>
    <w:p>
      <w:pPr>
        <w:keepNext/>
        <w:spacing w:before="120"/>
      </w:pPr>
      <w:r>
        <w:t>1. People speak English all over the world. → English ______________ all over the world.</w:t>
      </w:r>
    </w:p>
    <w:p>
      <w:pPr>
        <w:keepNext/>
        <w:spacing w:before="120"/>
      </w:pPr>
      <w:r>
        <w:t>2. They will publish the results next week. → The results ______________ next week.</w:t>
      </w:r>
    </w:p>
    <w:p>
      <w:pPr>
        <w:keepNext/>
        <w:spacing w:before="120"/>
      </w:pPr>
      <w:r>
        <w:t>3. The mechanic has repaired my car. → My car ______________ by the mechanic.</w:t>
      </w:r>
    </w:p>
    <w:p>
      <w:pPr>
        <w:keepNext/>
        <w:spacing w:before="120"/>
      </w:pPr>
      <w:r>
        <w:t>4. Someone stole her bag yesterday. → Her bag ______________ yesterday.</w:t>
      </w:r>
    </w:p>
    <w:p>
      <w:pPr>
        <w:pStyle w:val="Heading2"/>
      </w:pPr>
      <w:r>
        <w:t>4. Conditional sentences</w:t>
      </w:r>
    </w:p>
    <w:p>
      <w:r>
        <w:rPr>
          <w:i/>
        </w:rPr>
        <w:t>Complete the sentences with the correct form of the verb in parentheses.</w:t>
      </w:r>
    </w:p>
    <w:p>
      <w:pPr>
        <w:keepNext/>
        <w:spacing w:before="120"/>
      </w:pPr>
      <w:r>
        <w:t>1. If I ______________ (study) more, I will pass the test.</w:t>
      </w:r>
    </w:p>
    <w:p>
      <w:pPr>
        <w:keepNext/>
        <w:spacing w:before="120"/>
      </w:pPr>
      <w:r>
        <w:t>2. If it ______________ (rain) tomorrow, we will stay home.</w:t>
      </w:r>
    </w:p>
    <w:p>
      <w:pPr>
        <w:keepNext/>
        <w:spacing w:before="120"/>
      </w:pPr>
      <w:r>
        <w:t>3. If I ______________ (be) you, I would travel more.</w:t>
      </w:r>
    </w:p>
    <w:p>
      <w:pPr>
        <w:keepNext/>
        <w:spacing w:before="120"/>
      </w:pPr>
      <w:r>
        <w:t>4. If they had known the truth, they ______________ (act) differently.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Reported speech</w:t>
      </w:r>
    </w:p>
    <w:p>
      <w:pPr>
        <w:spacing w:after="0"/>
      </w:pPr>
      <w:r>
        <w:t>1) was</w:t>
      </w:r>
    </w:p>
    <w:p>
      <w:pPr>
        <w:spacing w:after="0"/>
      </w:pPr>
      <w:r>
        <w:t>2) had</w:t>
      </w:r>
    </w:p>
    <w:p>
      <w:pPr>
        <w:spacing w:after="0"/>
      </w:pPr>
      <w:r>
        <w:t>3) could</w:t>
      </w:r>
    </w:p>
    <w:p>
      <w:pPr>
        <w:spacing w:after="0"/>
      </w:pPr>
      <w:r>
        <w:t>4) hadn't</w:t>
      </w:r>
    </w:p>
    <w:p>
      <w:r>
        <w:rPr>
          <w:b/>
        </w:rPr>
        <w:t>2. Relative clauses</w:t>
      </w:r>
    </w:p>
    <w:p>
      <w:pPr>
        <w:spacing w:after="0"/>
      </w:pPr>
      <w:r>
        <w:t>1) who</w:t>
      </w:r>
    </w:p>
    <w:p>
      <w:pPr>
        <w:spacing w:after="0"/>
      </w:pPr>
      <w:r>
        <w:t>2) which</w:t>
      </w:r>
    </w:p>
    <w:p>
      <w:pPr>
        <w:spacing w:after="0"/>
      </w:pPr>
      <w:r>
        <w:t>3) where</w:t>
      </w:r>
    </w:p>
    <w:p>
      <w:pPr>
        <w:spacing w:after="0"/>
      </w:pPr>
      <w:r>
        <w:t>4) whose</w:t>
      </w:r>
    </w:p>
    <w:p>
      <w:r>
        <w:rPr>
          <w:b/>
        </w:rPr>
        <w:t>3. Passive voice (mixed tenses)</w:t>
      </w:r>
    </w:p>
    <w:p>
      <w:pPr>
        <w:spacing w:after="0"/>
      </w:pPr>
      <w:r>
        <w:t>1) is spoken</w:t>
      </w:r>
    </w:p>
    <w:p>
      <w:pPr>
        <w:spacing w:after="0"/>
      </w:pPr>
      <w:r>
        <w:t>2) will be published</w:t>
      </w:r>
    </w:p>
    <w:p>
      <w:pPr>
        <w:spacing w:after="0"/>
      </w:pPr>
      <w:r>
        <w:t>3) has been repaired</w:t>
      </w:r>
    </w:p>
    <w:p>
      <w:pPr>
        <w:spacing w:after="0"/>
      </w:pPr>
      <w:r>
        <w:t>4) was stolen</w:t>
      </w:r>
    </w:p>
    <w:p>
      <w:r>
        <w:rPr>
          <w:b/>
        </w:rPr>
        <w:t>4. Conditional sentences</w:t>
      </w:r>
    </w:p>
    <w:p>
      <w:pPr>
        <w:spacing w:after="0"/>
      </w:pPr>
      <w:r>
        <w:t>1) study</w:t>
      </w:r>
    </w:p>
    <w:p>
      <w:pPr>
        <w:spacing w:after="0"/>
      </w:pPr>
      <w:r>
        <w:t>2) rains</w:t>
      </w:r>
    </w:p>
    <w:p>
      <w:pPr>
        <w:spacing w:after="0"/>
      </w:pPr>
      <w:r>
        <w:t>3) were</w:t>
      </w:r>
    </w:p>
    <w:p>
      <w:pPr>
        <w:spacing w:after="0"/>
      </w:pPr>
      <w:r>
        <w:t>4) would have acted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2025-10-29T00:00:00Z</dcterms:created>
  <dcterms:modified xsi:type="dcterms:W3CDTF">2025-10-29T00:00:00Z</dcterms:modified>
  <cp:category/>
</cp:coreProperties>
</file>